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956A3" w14:textId="77777777" w:rsidR="00EA64DC" w:rsidRDefault="00EA64DC" w:rsidP="00EA64DC">
      <w:pPr>
        <w:pStyle w:val="Sinespaciado"/>
        <w:jc w:val="center"/>
        <w:rPr>
          <w:rFonts w:ascii="Arial" w:hAnsi="Arial" w:cs="Arial"/>
          <w:sz w:val="24"/>
          <w:szCs w:val="24"/>
          <w:lang w:val="es-CO"/>
        </w:rPr>
      </w:pPr>
      <w:r w:rsidRPr="001935F6">
        <w:rPr>
          <w:rFonts w:ascii="Arial" w:hAnsi="Arial" w:cs="Arial"/>
          <w:noProof/>
          <w:sz w:val="24"/>
          <w:szCs w:val="24"/>
          <w:lang w:val="es-CO" w:eastAsia="es-CO"/>
        </w:rPr>
        <w:drawing>
          <wp:inline distT="0" distB="0" distL="0" distR="0" wp14:anchorId="0C91E96C" wp14:editId="54B492A6">
            <wp:extent cx="2658110" cy="871855"/>
            <wp:effectExtent l="0" t="0" r="889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110" cy="871855"/>
                    </a:xfrm>
                    <a:prstGeom prst="rect">
                      <a:avLst/>
                    </a:prstGeom>
                    <a:noFill/>
                  </pic:spPr>
                </pic:pic>
              </a:graphicData>
            </a:graphic>
          </wp:inline>
        </w:drawing>
      </w:r>
    </w:p>
    <w:p w14:paraId="181D8655" w14:textId="77777777" w:rsidR="00EA64DC" w:rsidRPr="001935F6" w:rsidRDefault="00EA64DC" w:rsidP="00EA64DC">
      <w:pPr>
        <w:pStyle w:val="Sinespaciado"/>
        <w:jc w:val="center"/>
        <w:rPr>
          <w:rFonts w:ascii="Edwardian Script ITC" w:eastAsia="Pinyon Script" w:hAnsi="Edwardian Script ITC" w:cs="Arial"/>
          <w:b/>
          <w:sz w:val="34"/>
          <w:szCs w:val="34"/>
          <w:lang w:val="es-ES"/>
        </w:rPr>
      </w:pPr>
      <w:r w:rsidRPr="001935F6">
        <w:rPr>
          <w:rFonts w:ascii="Edwardian Script ITC" w:eastAsia="Pinyon Script" w:hAnsi="Edwardian Script ITC" w:cs="Arial"/>
          <w:b/>
          <w:sz w:val="34"/>
          <w:szCs w:val="34"/>
          <w:lang w:val="es-ES"/>
        </w:rPr>
        <w:t>Rama Legislativa del Poder Público</w:t>
      </w:r>
    </w:p>
    <w:p w14:paraId="3FB7198F" w14:textId="77777777" w:rsidR="00EA64DC" w:rsidRPr="001935F6" w:rsidRDefault="00EA64DC" w:rsidP="00EA64DC">
      <w:pPr>
        <w:pStyle w:val="Sinespaciado"/>
        <w:jc w:val="center"/>
        <w:rPr>
          <w:rFonts w:ascii="Edwardian Script ITC" w:eastAsia="Pinyon Script" w:hAnsi="Edwardian Script ITC" w:cs="Arial"/>
          <w:b/>
          <w:sz w:val="34"/>
          <w:szCs w:val="34"/>
          <w:lang w:val="es-ES"/>
        </w:rPr>
      </w:pPr>
      <w:r w:rsidRPr="001935F6">
        <w:rPr>
          <w:rFonts w:ascii="Edwardian Script ITC" w:eastAsia="Pinyon Script" w:hAnsi="Edwardian Script ITC" w:cs="Arial"/>
          <w:b/>
          <w:sz w:val="34"/>
          <w:szCs w:val="34"/>
          <w:lang w:val="es-ES"/>
        </w:rPr>
        <w:t>Comisión Séptima Constitucional Permanente</w:t>
      </w:r>
    </w:p>
    <w:p w14:paraId="6E5C6301" w14:textId="77777777" w:rsidR="00EA64DC" w:rsidRPr="001935F6" w:rsidRDefault="00EA64DC" w:rsidP="00EA64DC">
      <w:pPr>
        <w:pStyle w:val="Sinespaciado"/>
        <w:jc w:val="center"/>
        <w:rPr>
          <w:rFonts w:ascii="Edwardian Script ITC" w:eastAsia="Pinyon Script" w:hAnsi="Edwardian Script ITC" w:cs="Arial"/>
          <w:b/>
          <w:sz w:val="34"/>
          <w:szCs w:val="34"/>
          <w:lang w:val="es-CO"/>
        </w:rPr>
      </w:pPr>
      <w:r w:rsidRPr="001935F6">
        <w:rPr>
          <w:rFonts w:ascii="Edwardian Script ITC" w:eastAsia="Pinyon Script" w:hAnsi="Edwardian Script ITC" w:cs="Arial"/>
          <w:b/>
          <w:sz w:val="34"/>
          <w:szCs w:val="34"/>
          <w:lang w:val="es-ES"/>
        </w:rPr>
        <w:t xml:space="preserve">Sesión Ordinaria miércoles </w:t>
      </w:r>
      <w:r>
        <w:rPr>
          <w:rFonts w:ascii="Edwardian Script ITC" w:eastAsia="Pinyon Script" w:hAnsi="Edwardian Script ITC" w:cs="Arial"/>
          <w:b/>
          <w:sz w:val="34"/>
          <w:szCs w:val="34"/>
          <w:lang w:val="es-ES"/>
        </w:rPr>
        <w:t>12 de abril de 2023</w:t>
      </w:r>
    </w:p>
    <w:p w14:paraId="694F1852" w14:textId="77777777" w:rsidR="00EA64DC" w:rsidRPr="001935F6" w:rsidRDefault="00EA64DC" w:rsidP="00EA64DC">
      <w:pPr>
        <w:pStyle w:val="Sinespaciado"/>
        <w:jc w:val="center"/>
        <w:rPr>
          <w:rFonts w:ascii="Arial" w:eastAsia="Pinyon Script" w:hAnsi="Arial" w:cs="Arial"/>
          <w:sz w:val="24"/>
          <w:szCs w:val="24"/>
          <w:lang w:val="es-CO"/>
        </w:rPr>
      </w:pPr>
    </w:p>
    <w:p w14:paraId="1A64DE7A" w14:textId="77777777" w:rsidR="00EA64DC" w:rsidRPr="00BC6830" w:rsidRDefault="00EA64DC" w:rsidP="00EA64DC">
      <w:pPr>
        <w:pStyle w:val="Sinespaciado"/>
        <w:jc w:val="center"/>
        <w:rPr>
          <w:rFonts w:ascii="Arial" w:eastAsia="Pinyon Script" w:hAnsi="Arial" w:cs="Arial"/>
          <w:b/>
          <w:lang w:val="es-CO"/>
        </w:rPr>
      </w:pPr>
      <w:r w:rsidRPr="00BC6830">
        <w:rPr>
          <w:rFonts w:ascii="Arial" w:eastAsia="Pinyon Script" w:hAnsi="Arial" w:cs="Arial"/>
          <w:b/>
          <w:lang w:val="es-CO"/>
        </w:rPr>
        <w:t>ACTA No.</w:t>
      </w:r>
      <w:r w:rsidR="00635E65">
        <w:rPr>
          <w:rFonts w:ascii="Arial" w:eastAsia="Pinyon Script" w:hAnsi="Arial" w:cs="Arial"/>
          <w:b/>
          <w:lang w:val="es-CO"/>
        </w:rPr>
        <w:t xml:space="preserve"> 27</w:t>
      </w:r>
    </w:p>
    <w:p w14:paraId="2AB7BC3F" w14:textId="77777777" w:rsidR="00EA64DC" w:rsidRPr="00BC6830" w:rsidRDefault="00EA64DC" w:rsidP="00EA64DC">
      <w:pPr>
        <w:pStyle w:val="Sinespaciado"/>
        <w:jc w:val="both"/>
        <w:rPr>
          <w:rFonts w:ascii="Arial" w:eastAsia="Pinyon Script" w:hAnsi="Arial" w:cs="Arial"/>
          <w:lang w:val="es-CO"/>
        </w:rPr>
      </w:pPr>
    </w:p>
    <w:p w14:paraId="65BD9321" w14:textId="77777777" w:rsidR="00EA64DC" w:rsidRPr="00BC6830" w:rsidRDefault="00EA64DC" w:rsidP="00EA64DC">
      <w:pPr>
        <w:pStyle w:val="Sinespaciado"/>
        <w:jc w:val="both"/>
        <w:rPr>
          <w:rFonts w:ascii="Arial" w:eastAsia="Times New Roman" w:hAnsi="Arial" w:cs="Arial"/>
          <w:lang w:val="es-CO"/>
        </w:rPr>
      </w:pPr>
      <w:r w:rsidRPr="00BC6830">
        <w:rPr>
          <w:rFonts w:ascii="Arial" w:eastAsia="Times New Roman" w:hAnsi="Arial" w:cs="Arial"/>
          <w:lang w:val="es-CO"/>
        </w:rPr>
        <w:t>En la ciudad de Bogotá D.C., siendo las 10.</w:t>
      </w:r>
      <w:r w:rsidR="006E5851" w:rsidRPr="00BC6830">
        <w:rPr>
          <w:rFonts w:ascii="Arial" w:eastAsia="Times New Roman" w:hAnsi="Arial" w:cs="Arial"/>
          <w:lang w:val="es-CO"/>
        </w:rPr>
        <w:t>44</w:t>
      </w:r>
      <w:r w:rsidRPr="00BC6830">
        <w:rPr>
          <w:rFonts w:ascii="Arial" w:eastAsia="Times New Roman" w:hAnsi="Arial" w:cs="Arial"/>
          <w:lang w:val="es-CO"/>
        </w:rPr>
        <w:t xml:space="preserve"> horas del día miércoles 12 de abril de 2023, se reunieron en el recinto de </w:t>
      </w:r>
      <w:r w:rsidRPr="00BC6830">
        <w:rPr>
          <w:rFonts w:ascii="Arial" w:eastAsia="Calibri" w:hAnsi="Arial" w:cs="Arial"/>
          <w:lang w:val="es-CO"/>
        </w:rPr>
        <w:t>s</w:t>
      </w:r>
      <w:r w:rsidRPr="00BC6830">
        <w:rPr>
          <w:rFonts w:ascii="Arial" w:eastAsia="Times New Roman" w:hAnsi="Arial" w:cs="Arial"/>
          <w:lang w:val="es-CO"/>
        </w:rPr>
        <w:t>esiones de la Comisión Séptima Constitucional</w:t>
      </w:r>
      <w:r w:rsidRPr="00BC6830">
        <w:rPr>
          <w:rFonts w:ascii="Arial" w:eastAsia="Calibri" w:hAnsi="Arial" w:cs="Arial"/>
          <w:lang w:val="es-CO"/>
        </w:rPr>
        <w:t xml:space="preserve"> Permanente, los</w:t>
      </w:r>
      <w:r w:rsidRPr="00BC6830">
        <w:rPr>
          <w:rFonts w:ascii="Arial" w:eastAsia="Times New Roman" w:hAnsi="Arial" w:cs="Arial"/>
          <w:lang w:val="es-CO"/>
        </w:rPr>
        <w:t xml:space="preserve"> H. Representantes miembros de la </w:t>
      </w:r>
      <w:r w:rsidRPr="00BC6830">
        <w:rPr>
          <w:rFonts w:ascii="Arial" w:eastAsia="Calibri" w:hAnsi="Arial" w:cs="Arial"/>
          <w:lang w:val="es-CO"/>
        </w:rPr>
        <w:t>misma</w:t>
      </w:r>
      <w:r w:rsidR="006E5851" w:rsidRPr="00BC6830">
        <w:rPr>
          <w:rFonts w:ascii="Arial" w:eastAsia="Calibri" w:hAnsi="Arial" w:cs="Arial"/>
          <w:lang w:val="es-CO"/>
        </w:rPr>
        <w:t>,</w:t>
      </w:r>
      <w:r w:rsidRPr="00BC6830">
        <w:rPr>
          <w:rFonts w:ascii="Arial" w:eastAsia="Calibri" w:hAnsi="Arial" w:cs="Arial"/>
          <w:lang w:val="es-CO"/>
        </w:rPr>
        <w:t xml:space="preserve"> </w:t>
      </w:r>
      <w:r w:rsidRPr="00BC6830">
        <w:rPr>
          <w:rFonts w:ascii="Arial" w:eastAsia="Times New Roman" w:hAnsi="Arial" w:cs="Arial"/>
          <w:lang w:val="es-CO"/>
        </w:rPr>
        <w:t>presidiendo el H. Representante Agmeth José Escaf Tijerino.</w:t>
      </w:r>
    </w:p>
    <w:p w14:paraId="34C23573" w14:textId="77777777" w:rsidR="00EA64DC" w:rsidRPr="00BC6830" w:rsidRDefault="00EA64DC" w:rsidP="00EA64DC">
      <w:pPr>
        <w:pStyle w:val="Sinespaciado"/>
        <w:rPr>
          <w:rFonts w:ascii="Arial" w:hAnsi="Arial" w:cs="Arial"/>
          <w:lang w:val="es-CO"/>
        </w:rPr>
      </w:pPr>
    </w:p>
    <w:p w14:paraId="19895C2A" w14:textId="77777777" w:rsidR="001C1E4B" w:rsidRPr="00BC6830" w:rsidRDefault="009D49E0" w:rsidP="00EA64DC">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0702DF">
        <w:rPr>
          <w:rStyle w:val="TNR21"/>
          <w:rFonts w:ascii="Arial" w:hAnsi="Arial" w:cs="Arial"/>
          <w:sz w:val="22"/>
          <w:lang w:val="es-CO"/>
        </w:rPr>
        <w:t>Buenos días damas y caballeros, v</w:t>
      </w:r>
      <w:r w:rsidR="006146DD" w:rsidRPr="00BC6830">
        <w:rPr>
          <w:rStyle w:val="TNR21"/>
          <w:rFonts w:ascii="Arial" w:hAnsi="Arial" w:cs="Arial"/>
          <w:sz w:val="22"/>
          <w:lang w:val="es-CO"/>
        </w:rPr>
        <w:t>amos a dar inicio a nuestra sesión del día de hoy miércoles 12 de abril</w:t>
      </w:r>
      <w:r w:rsidR="001C1E4B" w:rsidRPr="00BC6830">
        <w:rPr>
          <w:rStyle w:val="TNR21"/>
          <w:rFonts w:ascii="Arial" w:hAnsi="Arial" w:cs="Arial"/>
          <w:sz w:val="22"/>
          <w:lang w:val="es-CO"/>
        </w:rPr>
        <w:t>,</w:t>
      </w:r>
      <w:r w:rsidR="006146DD" w:rsidRPr="00BC6830">
        <w:rPr>
          <w:rStyle w:val="TNR21"/>
          <w:rFonts w:ascii="Arial" w:hAnsi="Arial" w:cs="Arial"/>
          <w:sz w:val="22"/>
          <w:lang w:val="es-CO"/>
        </w:rPr>
        <w:t xml:space="preserve"> invitamos a todas y a todos los presentes que por favor nos colaboren con los teléfonos en la función de vibrador o en silencio</w:t>
      </w:r>
      <w:r w:rsidR="001C1E4B" w:rsidRPr="00BC6830">
        <w:rPr>
          <w:rStyle w:val="TNR21"/>
          <w:rFonts w:ascii="Arial" w:hAnsi="Arial" w:cs="Arial"/>
          <w:sz w:val="22"/>
          <w:lang w:val="es-CO"/>
        </w:rPr>
        <w:t>,</w:t>
      </w:r>
      <w:r w:rsidR="006146DD" w:rsidRPr="00BC6830">
        <w:rPr>
          <w:rStyle w:val="TNR21"/>
          <w:rFonts w:ascii="Arial" w:hAnsi="Arial" w:cs="Arial"/>
          <w:sz w:val="22"/>
          <w:lang w:val="es-CO"/>
        </w:rPr>
        <w:t xml:space="preserve"> a las personas ajenas a los </w:t>
      </w:r>
      <w:r w:rsidR="000702DF">
        <w:rPr>
          <w:rStyle w:val="TNR21"/>
          <w:rFonts w:ascii="Arial" w:hAnsi="Arial" w:cs="Arial"/>
          <w:sz w:val="22"/>
          <w:lang w:val="es-CO"/>
        </w:rPr>
        <w:t>h</w:t>
      </w:r>
      <w:r w:rsidR="006146DD" w:rsidRPr="00BC6830">
        <w:rPr>
          <w:rStyle w:val="TNR21"/>
          <w:rFonts w:ascii="Arial" w:hAnsi="Arial" w:cs="Arial"/>
          <w:sz w:val="22"/>
          <w:lang w:val="es-CO"/>
        </w:rPr>
        <w:t xml:space="preserve">onorables y las </w:t>
      </w:r>
      <w:r w:rsidR="000702DF">
        <w:rPr>
          <w:rStyle w:val="TNR21"/>
          <w:rFonts w:ascii="Arial" w:hAnsi="Arial" w:cs="Arial"/>
          <w:sz w:val="22"/>
          <w:lang w:val="es-CO"/>
        </w:rPr>
        <w:t>h</w:t>
      </w:r>
      <w:r w:rsidR="006146DD" w:rsidRPr="00BC6830">
        <w:rPr>
          <w:rStyle w:val="TNR21"/>
          <w:rFonts w:ascii="Arial" w:hAnsi="Arial" w:cs="Arial"/>
          <w:sz w:val="22"/>
          <w:lang w:val="es-CO"/>
        </w:rPr>
        <w:t>onorable</w:t>
      </w:r>
      <w:r w:rsidR="000702DF">
        <w:rPr>
          <w:rStyle w:val="TNR21"/>
          <w:rFonts w:ascii="Arial" w:hAnsi="Arial" w:cs="Arial"/>
          <w:sz w:val="22"/>
          <w:lang w:val="es-CO"/>
        </w:rPr>
        <w:t>s c</w:t>
      </w:r>
      <w:r w:rsidR="006146DD" w:rsidRPr="00BC6830">
        <w:rPr>
          <w:rStyle w:val="TNR21"/>
          <w:rFonts w:ascii="Arial" w:hAnsi="Arial" w:cs="Arial"/>
          <w:sz w:val="22"/>
          <w:lang w:val="es-CO"/>
        </w:rPr>
        <w:t>ongresistas</w:t>
      </w:r>
      <w:r w:rsidR="00CB6FF2" w:rsidRPr="00BC6830">
        <w:rPr>
          <w:rStyle w:val="TNR21"/>
          <w:rFonts w:ascii="Arial" w:hAnsi="Arial" w:cs="Arial"/>
          <w:sz w:val="22"/>
          <w:lang w:val="es-CO"/>
        </w:rPr>
        <w:t xml:space="preserve"> </w:t>
      </w:r>
      <w:r w:rsidR="006146DD" w:rsidRPr="00BC6830">
        <w:rPr>
          <w:rStyle w:val="TNR21"/>
          <w:rFonts w:ascii="Arial" w:hAnsi="Arial" w:cs="Arial"/>
          <w:sz w:val="22"/>
          <w:lang w:val="es-CO"/>
        </w:rPr>
        <w:t>les agradecemos tomen sus lugares en las barras</w:t>
      </w:r>
      <w:r w:rsidR="001C1E4B" w:rsidRPr="00BC6830">
        <w:rPr>
          <w:rStyle w:val="TNR21"/>
          <w:rFonts w:ascii="Arial" w:hAnsi="Arial" w:cs="Arial"/>
          <w:sz w:val="22"/>
          <w:lang w:val="es-CO"/>
        </w:rPr>
        <w:t>,</w:t>
      </w:r>
      <w:r w:rsidR="006146DD" w:rsidRPr="00BC6830">
        <w:rPr>
          <w:rStyle w:val="TNR21"/>
          <w:rFonts w:ascii="Arial" w:hAnsi="Arial" w:cs="Arial"/>
          <w:sz w:val="22"/>
          <w:lang w:val="es-CO"/>
        </w:rPr>
        <w:t xml:space="preserve"> a los asesores y asesoras también por favor guardar la mayor discreción en los comentarios en voz alta para poder tener el nivel de concentración necesario para el debate</w:t>
      </w:r>
      <w:r w:rsidR="001C1E4B"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1C1E4B" w:rsidRPr="00BC6830">
        <w:rPr>
          <w:rStyle w:val="TNR21"/>
          <w:rFonts w:ascii="Arial" w:hAnsi="Arial" w:cs="Arial"/>
          <w:sz w:val="22"/>
          <w:lang w:val="es-CO"/>
        </w:rPr>
        <w:t>B</w:t>
      </w:r>
      <w:r w:rsidR="006146DD" w:rsidRPr="00BC6830">
        <w:rPr>
          <w:rStyle w:val="TNR21"/>
          <w:rFonts w:ascii="Arial" w:hAnsi="Arial" w:cs="Arial"/>
          <w:sz w:val="22"/>
          <w:lang w:val="es-CO"/>
        </w:rPr>
        <w:t>uenos días damas y caballeros daremos inicio a nuestra sesión el día de hoy</w:t>
      </w:r>
      <w:r w:rsidR="001C1E4B" w:rsidRPr="00BC6830">
        <w:rPr>
          <w:rStyle w:val="TNR21"/>
          <w:rFonts w:ascii="Arial" w:hAnsi="Arial" w:cs="Arial"/>
          <w:sz w:val="22"/>
          <w:lang w:val="es-CO"/>
        </w:rPr>
        <w:t>,</w:t>
      </w:r>
      <w:r w:rsidR="006146DD" w:rsidRPr="00BC6830">
        <w:rPr>
          <w:rStyle w:val="TNR21"/>
          <w:rFonts w:ascii="Arial" w:hAnsi="Arial" w:cs="Arial"/>
          <w:sz w:val="22"/>
          <w:lang w:val="es-CO"/>
        </w:rPr>
        <w:t xml:space="preserve"> la Mesa Directiva de la Comisión Séptima Constitucional Permanente le desea un feliz día a las </w:t>
      </w:r>
      <w:r w:rsidR="000702DF">
        <w:rPr>
          <w:rStyle w:val="TNR21"/>
          <w:rFonts w:ascii="Arial" w:hAnsi="Arial" w:cs="Arial"/>
          <w:sz w:val="22"/>
          <w:lang w:val="es-CO"/>
        </w:rPr>
        <w:t>h</w:t>
      </w:r>
      <w:r w:rsidR="006146DD" w:rsidRPr="00BC6830">
        <w:rPr>
          <w:rStyle w:val="TNR21"/>
          <w:rFonts w:ascii="Arial" w:hAnsi="Arial" w:cs="Arial"/>
          <w:sz w:val="22"/>
          <w:lang w:val="es-CO"/>
        </w:rPr>
        <w:t xml:space="preserve">onorables y </w:t>
      </w:r>
      <w:r w:rsidR="000702DF">
        <w:rPr>
          <w:rStyle w:val="TNR21"/>
          <w:rFonts w:ascii="Arial" w:hAnsi="Arial" w:cs="Arial"/>
          <w:sz w:val="22"/>
          <w:lang w:val="es-CO"/>
        </w:rPr>
        <w:t>h</w:t>
      </w:r>
      <w:r w:rsidR="006146DD" w:rsidRPr="00BC6830">
        <w:rPr>
          <w:rStyle w:val="TNR21"/>
          <w:rFonts w:ascii="Arial" w:hAnsi="Arial" w:cs="Arial"/>
          <w:sz w:val="22"/>
          <w:lang w:val="es-CO"/>
        </w:rPr>
        <w:t xml:space="preserve">onorable </w:t>
      </w:r>
      <w:r w:rsidR="000702DF">
        <w:rPr>
          <w:rStyle w:val="TNR21"/>
          <w:rFonts w:ascii="Arial" w:hAnsi="Arial" w:cs="Arial"/>
          <w:sz w:val="22"/>
          <w:lang w:val="es-CO"/>
        </w:rPr>
        <w:t>r</w:t>
      </w:r>
      <w:r w:rsidR="006146DD" w:rsidRPr="00BC6830">
        <w:rPr>
          <w:rStyle w:val="TNR21"/>
          <w:rFonts w:ascii="Arial" w:hAnsi="Arial" w:cs="Arial"/>
          <w:sz w:val="22"/>
          <w:lang w:val="es-CO"/>
        </w:rPr>
        <w:t>epresentantes de la Comisión Séptima</w:t>
      </w:r>
      <w:r w:rsidR="00A95D4C" w:rsidRPr="00BC6830">
        <w:rPr>
          <w:rStyle w:val="TNR21"/>
          <w:rFonts w:ascii="Arial" w:hAnsi="Arial" w:cs="Arial"/>
          <w:sz w:val="22"/>
          <w:lang w:val="es-CO"/>
        </w:rPr>
        <w:t>,</w:t>
      </w:r>
      <w:r w:rsidR="006146DD" w:rsidRPr="00BC6830">
        <w:rPr>
          <w:rStyle w:val="TNR21"/>
          <w:rFonts w:ascii="Arial" w:hAnsi="Arial" w:cs="Arial"/>
          <w:sz w:val="22"/>
          <w:lang w:val="es-CO"/>
        </w:rPr>
        <w:t xml:space="preserve"> para todas y todos un buen día a todos nuestros invitados y acompañantes</w:t>
      </w:r>
      <w:r w:rsidR="00CB6FF2" w:rsidRPr="00BC6830">
        <w:rPr>
          <w:rStyle w:val="TNR21"/>
          <w:rFonts w:ascii="Arial" w:hAnsi="Arial" w:cs="Arial"/>
          <w:sz w:val="22"/>
          <w:lang w:val="es-CO"/>
        </w:rPr>
        <w:t xml:space="preserve"> </w:t>
      </w:r>
      <w:r w:rsidR="006146DD" w:rsidRPr="00BC6830">
        <w:rPr>
          <w:rStyle w:val="TNR21"/>
          <w:rFonts w:ascii="Arial" w:hAnsi="Arial" w:cs="Arial"/>
          <w:sz w:val="22"/>
          <w:lang w:val="es-CO"/>
        </w:rPr>
        <w:t>el día de hoy</w:t>
      </w:r>
      <w:r w:rsidR="001C1E4B" w:rsidRPr="00BC6830">
        <w:rPr>
          <w:rStyle w:val="TNR21"/>
          <w:rFonts w:ascii="Arial" w:hAnsi="Arial" w:cs="Arial"/>
          <w:sz w:val="22"/>
          <w:lang w:val="es-CO"/>
        </w:rPr>
        <w:t>,</w:t>
      </w:r>
      <w:r w:rsidR="006146DD" w:rsidRPr="00BC6830">
        <w:rPr>
          <w:rStyle w:val="TNR21"/>
          <w:rFonts w:ascii="Arial" w:hAnsi="Arial" w:cs="Arial"/>
          <w:sz w:val="22"/>
          <w:lang w:val="es-CO"/>
        </w:rPr>
        <w:t xml:space="preserve"> a nuestro equipo de talento humano de la Comisión Séptima el equipo administrativo y por supuesto a las y los colombianos que nos están viendo a través d</w:t>
      </w:r>
      <w:r w:rsidR="00A95D4C" w:rsidRPr="00BC6830">
        <w:rPr>
          <w:rStyle w:val="TNR21"/>
          <w:rFonts w:ascii="Arial" w:hAnsi="Arial" w:cs="Arial"/>
          <w:sz w:val="22"/>
          <w:lang w:val="es-CO"/>
        </w:rPr>
        <w:t>e</w:t>
      </w:r>
      <w:r w:rsidR="006146DD" w:rsidRPr="00BC6830">
        <w:rPr>
          <w:rStyle w:val="TNR21"/>
          <w:rFonts w:ascii="Arial" w:hAnsi="Arial" w:cs="Arial"/>
          <w:sz w:val="22"/>
          <w:lang w:val="es-CO"/>
        </w:rPr>
        <w:t xml:space="preserve"> nuestra transmisión en este preciso momento</w:t>
      </w:r>
      <w:r w:rsidR="001C1E4B" w:rsidRPr="00BC6830">
        <w:rPr>
          <w:rStyle w:val="TNR21"/>
          <w:rFonts w:ascii="Arial" w:hAnsi="Arial" w:cs="Arial"/>
          <w:sz w:val="22"/>
          <w:lang w:val="es-CO"/>
        </w:rPr>
        <w:t>,</w:t>
      </w:r>
      <w:r w:rsidR="006146DD" w:rsidRPr="00BC6830">
        <w:rPr>
          <w:rStyle w:val="TNR21"/>
          <w:rFonts w:ascii="Arial" w:hAnsi="Arial" w:cs="Arial"/>
          <w:sz w:val="22"/>
          <w:lang w:val="es-CO"/>
        </w:rPr>
        <w:t xml:space="preserve"> señor Secretario muy buenos días por favor sírvase llamar a lista y verificar quórum</w:t>
      </w:r>
      <w:r w:rsidR="001C1E4B" w:rsidRPr="00BC6830">
        <w:rPr>
          <w:rStyle w:val="TNR21"/>
          <w:rFonts w:ascii="Arial" w:hAnsi="Arial" w:cs="Arial"/>
          <w:sz w:val="22"/>
          <w:lang w:val="es-CO"/>
        </w:rPr>
        <w:t>.</w:t>
      </w:r>
    </w:p>
    <w:p w14:paraId="45A17380" w14:textId="77777777" w:rsidR="001C1E4B" w:rsidRPr="00BC6830" w:rsidRDefault="001C1E4B" w:rsidP="00EA64DC">
      <w:pPr>
        <w:pStyle w:val="Sinespaciado"/>
        <w:jc w:val="both"/>
        <w:rPr>
          <w:rStyle w:val="TNR21"/>
          <w:rFonts w:ascii="Arial" w:hAnsi="Arial" w:cs="Arial"/>
          <w:sz w:val="22"/>
          <w:lang w:val="es-CO"/>
        </w:rPr>
      </w:pPr>
    </w:p>
    <w:p w14:paraId="5DD8D0D6" w14:textId="77777777" w:rsidR="001C1E4B" w:rsidRPr="00BC6830" w:rsidRDefault="009D49E0" w:rsidP="00EA64DC">
      <w:pPr>
        <w:pStyle w:val="Sinespaciado"/>
        <w:jc w:val="both"/>
        <w:rPr>
          <w:rStyle w:val="TNR21"/>
          <w:rFonts w:ascii="Arial" w:hAnsi="Arial" w:cs="Arial"/>
          <w:sz w:val="22"/>
          <w:lang w:val="es-CO"/>
        </w:rPr>
      </w:pPr>
      <w:r w:rsidRPr="00BC6830">
        <w:rPr>
          <w:rStyle w:val="TNR21"/>
          <w:rFonts w:ascii="Arial" w:hAnsi="Arial" w:cs="Arial"/>
          <w:b/>
          <w:sz w:val="22"/>
          <w:lang w:val="es-CO"/>
        </w:rPr>
        <w:t>El Secretario</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1C1E4B" w:rsidRPr="00BC6830">
        <w:rPr>
          <w:rStyle w:val="TNR21"/>
          <w:rFonts w:ascii="Arial" w:hAnsi="Arial" w:cs="Arial"/>
          <w:sz w:val="22"/>
          <w:lang w:val="es-CO"/>
        </w:rPr>
        <w:t>B</w:t>
      </w:r>
      <w:r w:rsidR="006146DD" w:rsidRPr="00BC6830">
        <w:rPr>
          <w:rStyle w:val="TNR21"/>
          <w:rFonts w:ascii="Arial" w:hAnsi="Arial" w:cs="Arial"/>
          <w:sz w:val="22"/>
          <w:lang w:val="es-CO"/>
        </w:rPr>
        <w:t xml:space="preserve">uenos días a todos los </w:t>
      </w:r>
      <w:r w:rsidR="000702DF">
        <w:rPr>
          <w:rStyle w:val="TNR21"/>
          <w:rFonts w:ascii="Arial" w:hAnsi="Arial" w:cs="Arial"/>
          <w:sz w:val="22"/>
          <w:lang w:val="es-CO"/>
        </w:rPr>
        <w:t>r</w:t>
      </w:r>
      <w:r w:rsidR="006146DD" w:rsidRPr="00BC6830">
        <w:rPr>
          <w:rStyle w:val="TNR21"/>
          <w:rFonts w:ascii="Arial" w:hAnsi="Arial" w:cs="Arial"/>
          <w:sz w:val="22"/>
          <w:lang w:val="es-CO"/>
        </w:rPr>
        <w:t xml:space="preserve">epresentantes y </w:t>
      </w:r>
      <w:r w:rsidR="008F7C18" w:rsidRPr="00BC6830">
        <w:rPr>
          <w:rStyle w:val="TNR21"/>
          <w:rFonts w:ascii="Arial" w:hAnsi="Arial" w:cs="Arial"/>
          <w:sz w:val="22"/>
          <w:lang w:val="es-CO"/>
        </w:rPr>
        <w:t xml:space="preserve">las </w:t>
      </w:r>
      <w:r w:rsidR="000702DF">
        <w:rPr>
          <w:rStyle w:val="TNR21"/>
          <w:rFonts w:ascii="Arial" w:hAnsi="Arial" w:cs="Arial"/>
          <w:sz w:val="22"/>
          <w:lang w:val="es-CO"/>
        </w:rPr>
        <w:t>r</w:t>
      </w:r>
      <w:r w:rsidR="006146DD" w:rsidRPr="00BC6830">
        <w:rPr>
          <w:rStyle w:val="TNR21"/>
          <w:rFonts w:ascii="Arial" w:hAnsi="Arial" w:cs="Arial"/>
          <w:sz w:val="22"/>
          <w:lang w:val="es-CO"/>
        </w:rPr>
        <w:t>epresentantes de esta Comisión Séptima</w:t>
      </w:r>
      <w:r w:rsidR="001C1E4B"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1C1E4B" w:rsidRPr="00BC6830">
        <w:rPr>
          <w:rStyle w:val="TNR21"/>
          <w:rFonts w:ascii="Arial" w:hAnsi="Arial" w:cs="Arial"/>
          <w:sz w:val="22"/>
          <w:lang w:val="es-CO"/>
        </w:rPr>
        <w:t>S</w:t>
      </w:r>
      <w:r w:rsidR="006146DD" w:rsidRPr="00BC6830">
        <w:rPr>
          <w:rStyle w:val="TNR21"/>
          <w:rFonts w:ascii="Arial" w:hAnsi="Arial" w:cs="Arial"/>
          <w:sz w:val="22"/>
          <w:lang w:val="es-CO"/>
        </w:rPr>
        <w:t>iendo las 10:44 damos inicio y procedemos a verificar el quórum</w:t>
      </w:r>
      <w:r w:rsidR="00750AF3" w:rsidRPr="00BC6830">
        <w:rPr>
          <w:rStyle w:val="TNR21"/>
          <w:rFonts w:ascii="Arial" w:hAnsi="Arial" w:cs="Arial"/>
          <w:sz w:val="22"/>
          <w:lang w:val="es-CO"/>
        </w:rPr>
        <w:t>.</w:t>
      </w:r>
      <w:r w:rsidR="006146DD" w:rsidRPr="00BC6830">
        <w:rPr>
          <w:rStyle w:val="TNR21"/>
          <w:rFonts w:ascii="Arial" w:hAnsi="Arial" w:cs="Arial"/>
          <w:sz w:val="22"/>
          <w:lang w:val="es-CO"/>
        </w:rPr>
        <w:t xml:space="preserve"> </w:t>
      </w:r>
    </w:p>
    <w:p w14:paraId="61D08BB0" w14:textId="77777777" w:rsidR="008F7C18" w:rsidRPr="00BC6830" w:rsidRDefault="008F7C18" w:rsidP="00EA64DC">
      <w:pPr>
        <w:pStyle w:val="Sinespaciado"/>
        <w:jc w:val="both"/>
        <w:rPr>
          <w:rStyle w:val="TNR21"/>
          <w:rFonts w:ascii="Arial" w:hAnsi="Arial" w:cs="Arial"/>
          <w:sz w:val="22"/>
          <w:lang w:val="es-CO"/>
        </w:rPr>
      </w:pPr>
    </w:p>
    <w:p w14:paraId="188BD900" w14:textId="77777777" w:rsidR="008F7C18" w:rsidRPr="00852765" w:rsidRDefault="008F7C18" w:rsidP="008F7C18">
      <w:pPr>
        <w:pStyle w:val="Sinespaciado"/>
        <w:jc w:val="both"/>
        <w:rPr>
          <w:rFonts w:ascii="Arial" w:hAnsi="Arial" w:cs="Arial"/>
          <w:i/>
          <w:lang w:val="es-CO"/>
        </w:rPr>
      </w:pPr>
      <w:r w:rsidRPr="00852765">
        <w:rPr>
          <w:rFonts w:ascii="Arial" w:hAnsi="Arial" w:cs="Arial"/>
          <w:i/>
          <w:lang w:val="es-CO"/>
        </w:rPr>
        <w:t>ALFONSO JURADO MARTHA LISBETH</w:t>
      </w:r>
    </w:p>
    <w:p w14:paraId="4810845B" w14:textId="77777777" w:rsidR="008F7C18" w:rsidRPr="00852765" w:rsidRDefault="008F7C18" w:rsidP="008F7C18">
      <w:pPr>
        <w:pStyle w:val="Sinespaciado"/>
        <w:jc w:val="both"/>
        <w:rPr>
          <w:rFonts w:ascii="Arial" w:hAnsi="Arial" w:cs="Arial"/>
          <w:i/>
          <w:lang w:val="es-CO"/>
        </w:rPr>
      </w:pPr>
      <w:r w:rsidRPr="00852765">
        <w:rPr>
          <w:rFonts w:ascii="Arial" w:hAnsi="Arial" w:cs="Arial"/>
          <w:i/>
          <w:lang w:val="es-CO"/>
        </w:rPr>
        <w:t>ARCHILA SUAREZ HUGO ALFONSO</w:t>
      </w:r>
    </w:p>
    <w:p w14:paraId="3CB2691B" w14:textId="77777777" w:rsidR="008F7C18" w:rsidRPr="00852765" w:rsidRDefault="008F7C18" w:rsidP="008F7C18">
      <w:pPr>
        <w:pStyle w:val="Sinespaciado"/>
        <w:jc w:val="both"/>
        <w:rPr>
          <w:rFonts w:ascii="Arial" w:hAnsi="Arial" w:cs="Arial"/>
          <w:i/>
          <w:lang w:val="es-CO"/>
        </w:rPr>
      </w:pPr>
      <w:r w:rsidRPr="00852765">
        <w:rPr>
          <w:rFonts w:ascii="Arial" w:hAnsi="Arial" w:cs="Arial"/>
          <w:i/>
          <w:lang w:val="es-CO"/>
        </w:rPr>
        <w:t>ÁVILA MORALES CAMILO ESTEBAN</w:t>
      </w:r>
    </w:p>
    <w:p w14:paraId="237706AE" w14:textId="77777777" w:rsidR="008F7C18" w:rsidRPr="00852765" w:rsidRDefault="008F7C18" w:rsidP="008F7C18">
      <w:pPr>
        <w:pStyle w:val="Sinespaciado"/>
        <w:jc w:val="both"/>
        <w:rPr>
          <w:rFonts w:ascii="Arial" w:hAnsi="Arial" w:cs="Arial"/>
          <w:i/>
          <w:lang w:val="es-CO"/>
        </w:rPr>
      </w:pPr>
      <w:r w:rsidRPr="00852765">
        <w:rPr>
          <w:rFonts w:ascii="Arial" w:hAnsi="Arial" w:cs="Arial"/>
          <w:i/>
          <w:lang w:val="es-CO"/>
        </w:rPr>
        <w:t>CARRASCAL ROJAS MARÍA FERNANDA</w:t>
      </w:r>
    </w:p>
    <w:p w14:paraId="2847FAD5" w14:textId="77777777" w:rsidR="008F7C18" w:rsidRPr="00852765" w:rsidRDefault="008F7C18" w:rsidP="008F7C18">
      <w:pPr>
        <w:pStyle w:val="Sinespaciado"/>
        <w:jc w:val="both"/>
        <w:rPr>
          <w:rFonts w:ascii="Arial" w:hAnsi="Arial" w:cs="Arial"/>
          <w:i/>
          <w:lang w:val="es-CO"/>
        </w:rPr>
      </w:pPr>
      <w:r w:rsidRPr="00852765">
        <w:rPr>
          <w:rFonts w:ascii="Arial" w:hAnsi="Arial" w:cs="Arial"/>
          <w:i/>
          <w:lang w:val="es-CO"/>
        </w:rPr>
        <w:t>CHAPARRO CHAPARRO HÉCTOR DAVID</w:t>
      </w:r>
    </w:p>
    <w:p w14:paraId="6C6E8B01" w14:textId="77777777" w:rsidR="008F7C18" w:rsidRPr="00852765" w:rsidRDefault="008F7C18" w:rsidP="008F7C18">
      <w:pPr>
        <w:pStyle w:val="Sinespaciado"/>
        <w:jc w:val="both"/>
        <w:rPr>
          <w:rFonts w:ascii="Arial" w:hAnsi="Arial" w:cs="Arial"/>
          <w:i/>
          <w:lang w:val="es-CO"/>
        </w:rPr>
      </w:pPr>
      <w:r w:rsidRPr="00852765">
        <w:rPr>
          <w:rFonts w:ascii="Arial" w:hAnsi="Arial" w:cs="Arial"/>
          <w:i/>
          <w:lang w:val="es-CO"/>
        </w:rPr>
        <w:t>CORZO ÁLVAREZ JUAN FELIPE</w:t>
      </w:r>
    </w:p>
    <w:p w14:paraId="67D78618" w14:textId="77777777" w:rsidR="008F7C18" w:rsidRPr="00852765" w:rsidRDefault="008F7C18" w:rsidP="008F7C18">
      <w:pPr>
        <w:pStyle w:val="Sinespaciado"/>
        <w:jc w:val="both"/>
        <w:rPr>
          <w:rFonts w:ascii="Arial" w:hAnsi="Arial" w:cs="Arial"/>
          <w:i/>
          <w:lang w:val="es-CO"/>
        </w:rPr>
      </w:pPr>
      <w:r w:rsidRPr="00852765">
        <w:rPr>
          <w:rFonts w:ascii="Arial" w:hAnsi="Arial" w:cs="Arial"/>
          <w:i/>
          <w:lang w:val="es-CO"/>
        </w:rPr>
        <w:t xml:space="preserve">CRISTO CORREA JAIRO HUMBERTO </w:t>
      </w:r>
    </w:p>
    <w:p w14:paraId="524033BD" w14:textId="77777777" w:rsidR="008F7C18" w:rsidRPr="00852765" w:rsidRDefault="008F7C18" w:rsidP="008F7C18">
      <w:pPr>
        <w:pStyle w:val="Sinespaciado"/>
        <w:jc w:val="both"/>
        <w:rPr>
          <w:rFonts w:ascii="Arial" w:hAnsi="Arial" w:cs="Arial"/>
          <w:i/>
          <w:lang w:val="es-CO"/>
        </w:rPr>
      </w:pPr>
      <w:r w:rsidRPr="00852765">
        <w:rPr>
          <w:rFonts w:ascii="Arial" w:hAnsi="Arial" w:cs="Arial"/>
          <w:i/>
          <w:lang w:val="es-CO"/>
        </w:rPr>
        <w:t>ESCAF TIJERINO AGMETH JOSÉ</w:t>
      </w:r>
    </w:p>
    <w:p w14:paraId="040DBE85" w14:textId="77777777" w:rsidR="008F7C18" w:rsidRPr="00852765" w:rsidRDefault="008F7C18" w:rsidP="008F7C18">
      <w:pPr>
        <w:pStyle w:val="Sinespaciado"/>
        <w:jc w:val="both"/>
        <w:rPr>
          <w:rFonts w:ascii="Arial" w:hAnsi="Arial" w:cs="Arial"/>
          <w:i/>
          <w:lang w:val="es-CO"/>
        </w:rPr>
      </w:pPr>
      <w:r w:rsidRPr="00852765">
        <w:rPr>
          <w:rFonts w:ascii="Arial" w:hAnsi="Arial" w:cs="Arial"/>
          <w:i/>
          <w:lang w:val="es-CO"/>
        </w:rPr>
        <w:t>FORERO MOLINA ANDRÉS EDUARDO</w:t>
      </w:r>
    </w:p>
    <w:p w14:paraId="1E52942A" w14:textId="77777777" w:rsidR="008F7C18" w:rsidRPr="00852765" w:rsidRDefault="008F7C18" w:rsidP="008F7C18">
      <w:pPr>
        <w:pStyle w:val="Sinespaciado"/>
        <w:jc w:val="both"/>
        <w:rPr>
          <w:rFonts w:ascii="Arial" w:hAnsi="Arial" w:cs="Arial"/>
          <w:i/>
          <w:lang w:val="es-CO"/>
        </w:rPr>
      </w:pPr>
      <w:r w:rsidRPr="00852765">
        <w:rPr>
          <w:rFonts w:ascii="Arial" w:hAnsi="Arial" w:cs="Arial"/>
          <w:i/>
          <w:lang w:val="es-CO"/>
        </w:rPr>
        <w:t>GÓMEZ LÓPEZ GERMAN JOSÉ</w:t>
      </w:r>
    </w:p>
    <w:p w14:paraId="610ACA4D" w14:textId="77777777" w:rsidR="008F7C18" w:rsidRPr="00852765" w:rsidRDefault="008F7C18" w:rsidP="008F7C18">
      <w:pPr>
        <w:pStyle w:val="Sinespaciado"/>
        <w:jc w:val="both"/>
        <w:rPr>
          <w:rFonts w:ascii="Arial" w:hAnsi="Arial" w:cs="Arial"/>
          <w:i/>
          <w:lang w:val="es-CO"/>
        </w:rPr>
      </w:pPr>
      <w:r w:rsidRPr="00852765">
        <w:rPr>
          <w:rFonts w:ascii="Arial" w:hAnsi="Arial" w:cs="Arial"/>
          <w:i/>
          <w:lang w:val="es-CO"/>
        </w:rPr>
        <w:t>LONDOÑO BARRERA JUAN CAMILO</w:t>
      </w:r>
    </w:p>
    <w:p w14:paraId="75FFCAE7" w14:textId="77777777" w:rsidR="008F7C18" w:rsidRPr="00852765" w:rsidRDefault="008F7C18" w:rsidP="008F7C18">
      <w:pPr>
        <w:pStyle w:val="Sinespaciado"/>
        <w:jc w:val="both"/>
        <w:rPr>
          <w:rFonts w:ascii="Arial" w:hAnsi="Arial" w:cs="Arial"/>
          <w:i/>
          <w:lang w:val="es-CO"/>
        </w:rPr>
      </w:pPr>
      <w:r w:rsidRPr="00852765">
        <w:rPr>
          <w:rFonts w:ascii="Arial" w:hAnsi="Arial" w:cs="Arial"/>
          <w:i/>
          <w:lang w:val="es-CO"/>
        </w:rPr>
        <w:t>LOPERA MONSALVE MARÍA EUGENIA</w:t>
      </w:r>
    </w:p>
    <w:p w14:paraId="71180570" w14:textId="77777777" w:rsidR="008F7C18" w:rsidRPr="00852765" w:rsidRDefault="008F7C18" w:rsidP="008F7C18">
      <w:pPr>
        <w:pStyle w:val="Sinespaciado"/>
        <w:jc w:val="both"/>
        <w:rPr>
          <w:rFonts w:ascii="Arial" w:hAnsi="Arial" w:cs="Arial"/>
          <w:i/>
          <w:lang w:val="es-CO"/>
        </w:rPr>
      </w:pPr>
      <w:r w:rsidRPr="00852765">
        <w:rPr>
          <w:rFonts w:ascii="Arial" w:hAnsi="Arial" w:cs="Arial"/>
          <w:i/>
          <w:lang w:val="es-CO"/>
        </w:rPr>
        <w:t>LÓPEZ SALAZAR KAREN JULIANA</w:t>
      </w:r>
    </w:p>
    <w:p w14:paraId="41958DE7" w14:textId="77777777" w:rsidR="008F7C18" w:rsidRPr="00852765" w:rsidRDefault="008F7C18" w:rsidP="008F7C18">
      <w:pPr>
        <w:pStyle w:val="Sinespaciado"/>
        <w:jc w:val="both"/>
        <w:rPr>
          <w:rFonts w:ascii="Arial" w:hAnsi="Arial" w:cs="Arial"/>
          <w:i/>
          <w:lang w:val="es-CO"/>
        </w:rPr>
      </w:pPr>
      <w:r w:rsidRPr="00852765">
        <w:rPr>
          <w:rFonts w:ascii="Arial" w:hAnsi="Arial" w:cs="Arial"/>
          <w:i/>
          <w:lang w:val="es-CO"/>
        </w:rPr>
        <w:t xml:space="preserve">MONDRAGÓN GARZÓN ALFREDO </w:t>
      </w:r>
    </w:p>
    <w:p w14:paraId="2171A645" w14:textId="77777777" w:rsidR="008F7C18" w:rsidRPr="00852765" w:rsidRDefault="008F7C18" w:rsidP="008F7C18">
      <w:pPr>
        <w:pStyle w:val="Sinespaciado"/>
        <w:jc w:val="both"/>
        <w:rPr>
          <w:rFonts w:ascii="Arial" w:hAnsi="Arial" w:cs="Arial"/>
          <w:i/>
          <w:lang w:val="es-CO"/>
        </w:rPr>
      </w:pPr>
      <w:r w:rsidRPr="00852765">
        <w:rPr>
          <w:rFonts w:ascii="Arial" w:hAnsi="Arial" w:cs="Arial"/>
          <w:i/>
          <w:lang w:val="es-CO"/>
        </w:rPr>
        <w:t>PÉREZ ARANGO BETSY JUDITHH</w:t>
      </w:r>
    </w:p>
    <w:p w14:paraId="20046642" w14:textId="77777777" w:rsidR="008F7C18" w:rsidRPr="00852765" w:rsidRDefault="008F7C18" w:rsidP="008F7C18">
      <w:pPr>
        <w:pStyle w:val="Sinespaciado"/>
        <w:jc w:val="both"/>
        <w:rPr>
          <w:rFonts w:ascii="Arial" w:hAnsi="Arial" w:cs="Arial"/>
          <w:i/>
          <w:lang w:val="es-CO"/>
        </w:rPr>
      </w:pPr>
      <w:r w:rsidRPr="00852765">
        <w:rPr>
          <w:rFonts w:ascii="Arial" w:hAnsi="Arial" w:cs="Arial"/>
          <w:i/>
          <w:lang w:val="es-CO"/>
        </w:rPr>
        <w:t>QUEVEDO HERRERA JORGE ALEXANDER</w:t>
      </w:r>
    </w:p>
    <w:p w14:paraId="63D3A680" w14:textId="77777777" w:rsidR="008F7C18" w:rsidRPr="00852765" w:rsidRDefault="008F7C18" w:rsidP="008F7C18">
      <w:pPr>
        <w:pStyle w:val="Sinespaciado"/>
        <w:jc w:val="both"/>
        <w:rPr>
          <w:rFonts w:ascii="Arial" w:hAnsi="Arial" w:cs="Arial"/>
          <w:i/>
          <w:lang w:val="es-CO"/>
        </w:rPr>
      </w:pPr>
      <w:r w:rsidRPr="00852765">
        <w:rPr>
          <w:rFonts w:ascii="Arial" w:hAnsi="Arial" w:cs="Arial"/>
          <w:i/>
          <w:lang w:val="es-CO"/>
        </w:rPr>
        <w:t>ROZO ANÍS GERMAN ROGELIO</w:t>
      </w:r>
    </w:p>
    <w:p w14:paraId="49A76300" w14:textId="77777777" w:rsidR="008F7C18" w:rsidRPr="00852765" w:rsidRDefault="008F7C18" w:rsidP="008F7C18">
      <w:pPr>
        <w:pStyle w:val="Sinespaciado"/>
        <w:jc w:val="both"/>
        <w:rPr>
          <w:rFonts w:ascii="Arial" w:hAnsi="Arial" w:cs="Arial"/>
          <w:i/>
          <w:lang w:val="es-CO"/>
        </w:rPr>
      </w:pPr>
      <w:r w:rsidRPr="00852765">
        <w:rPr>
          <w:rFonts w:ascii="Arial" w:hAnsi="Arial" w:cs="Arial"/>
          <w:i/>
          <w:lang w:val="es-CO"/>
        </w:rPr>
        <w:t>SALCEDO GUERRERO VÍCTOR MANUEL</w:t>
      </w:r>
    </w:p>
    <w:p w14:paraId="358DE36C" w14:textId="77777777" w:rsidR="008F7C18" w:rsidRPr="00852765" w:rsidRDefault="008F7C18" w:rsidP="008F7C18">
      <w:pPr>
        <w:pStyle w:val="Sinespaciado"/>
        <w:jc w:val="both"/>
        <w:rPr>
          <w:rFonts w:ascii="Arial" w:hAnsi="Arial" w:cs="Arial"/>
          <w:i/>
          <w:lang w:val="es-CO"/>
        </w:rPr>
      </w:pPr>
      <w:r w:rsidRPr="00852765">
        <w:rPr>
          <w:rFonts w:ascii="Arial" w:hAnsi="Arial" w:cs="Arial"/>
          <w:i/>
          <w:lang w:val="es-CO"/>
        </w:rPr>
        <w:t>VARGAS SOLER JUAN CARLOS</w:t>
      </w:r>
    </w:p>
    <w:p w14:paraId="1F5A79B5" w14:textId="5AEA8A55" w:rsidR="008F7C18" w:rsidRPr="00852765" w:rsidRDefault="008F7C18" w:rsidP="009E38EB">
      <w:pPr>
        <w:pStyle w:val="Sinespaciado"/>
        <w:tabs>
          <w:tab w:val="center" w:pos="4845"/>
        </w:tabs>
        <w:jc w:val="both"/>
        <w:rPr>
          <w:rFonts w:ascii="Arial" w:hAnsi="Arial" w:cs="Arial"/>
          <w:i/>
          <w:lang w:val="es-CO"/>
        </w:rPr>
      </w:pPr>
      <w:r w:rsidRPr="00852765">
        <w:rPr>
          <w:rFonts w:ascii="Arial" w:hAnsi="Arial" w:cs="Arial"/>
          <w:i/>
          <w:lang w:val="es-CO"/>
        </w:rPr>
        <w:t>VÁSQUEZ OCHOA LEIDER ALEXANDRA</w:t>
      </w:r>
      <w:r w:rsidR="009E38EB">
        <w:rPr>
          <w:rFonts w:ascii="Arial" w:hAnsi="Arial" w:cs="Arial"/>
          <w:i/>
          <w:lang w:val="es-CO"/>
        </w:rPr>
        <w:tab/>
      </w:r>
    </w:p>
    <w:p w14:paraId="6CFBD591" w14:textId="77777777" w:rsidR="008F7C18" w:rsidRPr="00BC6830" w:rsidRDefault="008F7C18" w:rsidP="008F7C18">
      <w:pPr>
        <w:pStyle w:val="Sinespaciado"/>
        <w:jc w:val="both"/>
        <w:rPr>
          <w:rFonts w:ascii="Arial" w:hAnsi="Arial" w:cs="Arial"/>
          <w:lang w:val="es-CO"/>
        </w:rPr>
      </w:pPr>
      <w:r w:rsidRPr="00852765">
        <w:rPr>
          <w:rFonts w:ascii="Arial" w:hAnsi="Arial" w:cs="Arial"/>
          <w:i/>
          <w:lang w:val="es-CO"/>
        </w:rPr>
        <w:lastRenderedPageBreak/>
        <w:t>YEPES CARO GERARDO</w:t>
      </w:r>
    </w:p>
    <w:p w14:paraId="143CFA17" w14:textId="77777777" w:rsidR="001C1E4B" w:rsidRPr="00BC6830" w:rsidRDefault="001C1E4B" w:rsidP="00EA64DC">
      <w:pPr>
        <w:pStyle w:val="Sinespaciado"/>
        <w:jc w:val="both"/>
        <w:rPr>
          <w:rStyle w:val="TNR21"/>
          <w:rFonts w:ascii="Arial" w:hAnsi="Arial" w:cs="Arial"/>
          <w:sz w:val="22"/>
          <w:lang w:val="es-CO"/>
        </w:rPr>
      </w:pPr>
    </w:p>
    <w:p w14:paraId="0252F2BD" w14:textId="77777777" w:rsidR="001C1E4B" w:rsidRPr="00BC6830" w:rsidRDefault="009D49E0" w:rsidP="00EA64DC">
      <w:pPr>
        <w:pStyle w:val="Sinespaciado"/>
        <w:jc w:val="both"/>
        <w:rPr>
          <w:rStyle w:val="TNR21"/>
          <w:rFonts w:ascii="Arial" w:hAnsi="Arial" w:cs="Arial"/>
          <w:sz w:val="22"/>
          <w:lang w:val="es-CO"/>
        </w:rPr>
      </w:pPr>
      <w:r w:rsidRPr="00BC6830">
        <w:rPr>
          <w:rStyle w:val="TNR21"/>
          <w:rFonts w:ascii="Arial" w:hAnsi="Arial" w:cs="Arial"/>
          <w:b/>
          <w:sz w:val="22"/>
          <w:lang w:val="es-CO"/>
        </w:rPr>
        <w:t>El Secretario</w:t>
      </w:r>
      <w:r w:rsidRPr="00BC6830">
        <w:rPr>
          <w:rStyle w:val="TNR21"/>
          <w:rFonts w:ascii="Arial" w:hAnsi="Arial" w:cs="Arial"/>
          <w:sz w:val="22"/>
          <w:lang w:val="es-CO"/>
        </w:rPr>
        <w:t>:</w:t>
      </w:r>
      <w:r w:rsidR="006146DD" w:rsidRPr="00BC6830">
        <w:rPr>
          <w:rStyle w:val="TNR21"/>
          <w:rFonts w:ascii="Arial" w:hAnsi="Arial" w:cs="Arial"/>
          <w:sz w:val="22"/>
          <w:lang w:val="es-CO"/>
        </w:rPr>
        <w:t xml:space="preserve"> Presidente contamos con quórum para decidir e iniciar la sesión</w:t>
      </w:r>
      <w:r w:rsidR="001C1E4B" w:rsidRPr="00BC6830">
        <w:rPr>
          <w:rStyle w:val="TNR21"/>
          <w:rFonts w:ascii="Arial" w:hAnsi="Arial" w:cs="Arial"/>
          <w:sz w:val="22"/>
          <w:lang w:val="es-CO"/>
        </w:rPr>
        <w:t>.</w:t>
      </w:r>
    </w:p>
    <w:p w14:paraId="433700D8" w14:textId="77777777" w:rsidR="001C1E4B" w:rsidRPr="00BC6830" w:rsidRDefault="001C1E4B" w:rsidP="00EA64DC">
      <w:pPr>
        <w:pStyle w:val="Sinespaciado"/>
        <w:jc w:val="both"/>
        <w:rPr>
          <w:rStyle w:val="TNR21"/>
          <w:rFonts w:ascii="Arial" w:hAnsi="Arial" w:cs="Arial"/>
          <w:sz w:val="22"/>
          <w:lang w:val="es-CO"/>
        </w:rPr>
      </w:pPr>
    </w:p>
    <w:p w14:paraId="3028438D" w14:textId="77777777" w:rsidR="001C1E4B" w:rsidRPr="00BC6830" w:rsidRDefault="009D49E0" w:rsidP="00EA64DC">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1C1E4B" w:rsidRPr="00BC6830">
        <w:rPr>
          <w:rStyle w:val="TNR21"/>
          <w:rFonts w:ascii="Arial" w:hAnsi="Arial" w:cs="Arial"/>
          <w:sz w:val="22"/>
          <w:lang w:val="es-CO"/>
        </w:rPr>
        <w:t>M</w:t>
      </w:r>
      <w:r w:rsidR="006146DD" w:rsidRPr="00BC6830">
        <w:rPr>
          <w:rStyle w:val="TNR21"/>
          <w:rFonts w:ascii="Arial" w:hAnsi="Arial" w:cs="Arial"/>
          <w:sz w:val="22"/>
          <w:lang w:val="es-CO"/>
        </w:rPr>
        <w:t>uchas gracias Secretario</w:t>
      </w:r>
      <w:r w:rsidR="001C1E4B"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1C1E4B" w:rsidRPr="00BC6830">
        <w:rPr>
          <w:rStyle w:val="TNR21"/>
          <w:rFonts w:ascii="Arial" w:hAnsi="Arial" w:cs="Arial"/>
          <w:sz w:val="22"/>
          <w:lang w:val="es-CO"/>
        </w:rPr>
        <w:t>á</w:t>
      </w:r>
      <w:r w:rsidR="006146DD" w:rsidRPr="00BC6830">
        <w:rPr>
          <w:rStyle w:val="TNR21"/>
          <w:rFonts w:ascii="Arial" w:hAnsi="Arial" w:cs="Arial"/>
          <w:sz w:val="22"/>
          <w:lang w:val="es-CO"/>
        </w:rPr>
        <w:t xml:space="preserve">brase la </w:t>
      </w:r>
      <w:r w:rsidR="000702DF">
        <w:rPr>
          <w:rStyle w:val="TNR21"/>
          <w:rFonts w:ascii="Arial" w:hAnsi="Arial" w:cs="Arial"/>
          <w:sz w:val="22"/>
          <w:lang w:val="es-CO"/>
        </w:rPr>
        <w:t>sesión y proceda a dar lectura de</w:t>
      </w:r>
      <w:r w:rsidR="006146DD" w:rsidRPr="00BC6830">
        <w:rPr>
          <w:rStyle w:val="TNR21"/>
          <w:rFonts w:ascii="Arial" w:hAnsi="Arial" w:cs="Arial"/>
          <w:sz w:val="22"/>
          <w:lang w:val="es-CO"/>
        </w:rPr>
        <w:t xml:space="preserve">l orden del </w:t>
      </w:r>
      <w:r w:rsidR="001C1E4B" w:rsidRPr="00BC6830">
        <w:rPr>
          <w:rStyle w:val="TNR21"/>
          <w:rFonts w:ascii="Arial" w:hAnsi="Arial" w:cs="Arial"/>
          <w:sz w:val="22"/>
          <w:lang w:val="es-CO"/>
        </w:rPr>
        <w:t>día</w:t>
      </w:r>
      <w:r w:rsidR="006146DD" w:rsidRPr="00BC6830">
        <w:rPr>
          <w:rStyle w:val="TNR21"/>
          <w:rFonts w:ascii="Arial" w:hAnsi="Arial" w:cs="Arial"/>
          <w:sz w:val="22"/>
          <w:lang w:val="es-CO"/>
        </w:rPr>
        <w:t>.</w:t>
      </w:r>
    </w:p>
    <w:p w14:paraId="13B443FA" w14:textId="77777777" w:rsidR="001C1E4B" w:rsidRPr="00BC6830" w:rsidRDefault="001C1E4B" w:rsidP="00EA64DC">
      <w:pPr>
        <w:pStyle w:val="Sinespaciado"/>
        <w:jc w:val="both"/>
        <w:rPr>
          <w:rStyle w:val="TNR21"/>
          <w:rFonts w:ascii="Arial" w:hAnsi="Arial" w:cs="Arial"/>
          <w:sz w:val="22"/>
          <w:lang w:val="es-CO"/>
        </w:rPr>
      </w:pPr>
    </w:p>
    <w:p w14:paraId="05A099CD" w14:textId="77777777" w:rsidR="001C1E4B" w:rsidRPr="00BC6830" w:rsidRDefault="009D49E0" w:rsidP="00EA64DC">
      <w:pPr>
        <w:pStyle w:val="Sinespaciado"/>
        <w:jc w:val="both"/>
        <w:rPr>
          <w:rStyle w:val="TNR21"/>
          <w:rFonts w:ascii="Arial" w:hAnsi="Arial" w:cs="Arial"/>
          <w:sz w:val="22"/>
          <w:lang w:val="es-CO"/>
        </w:rPr>
      </w:pPr>
      <w:r w:rsidRPr="00BC6830">
        <w:rPr>
          <w:rStyle w:val="TNR21"/>
          <w:rFonts w:ascii="Arial" w:hAnsi="Arial" w:cs="Arial"/>
          <w:b/>
          <w:sz w:val="22"/>
          <w:lang w:val="es-CO"/>
        </w:rPr>
        <w:t>El Secretario</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1C1E4B" w:rsidRPr="00BC6830">
        <w:rPr>
          <w:rStyle w:val="TNR21"/>
          <w:rFonts w:ascii="Arial" w:hAnsi="Arial" w:cs="Arial"/>
          <w:sz w:val="22"/>
          <w:lang w:val="es-CO"/>
        </w:rPr>
        <w:t>O</w:t>
      </w:r>
      <w:r w:rsidR="006146DD" w:rsidRPr="00BC6830">
        <w:rPr>
          <w:rStyle w:val="TNR21"/>
          <w:rFonts w:ascii="Arial" w:hAnsi="Arial" w:cs="Arial"/>
          <w:sz w:val="22"/>
          <w:lang w:val="es-CO"/>
        </w:rPr>
        <w:t>rden del día para la sesión de hoy</w:t>
      </w:r>
      <w:r w:rsidR="001C1E4B" w:rsidRPr="00BC6830">
        <w:rPr>
          <w:rStyle w:val="TNR21"/>
          <w:rFonts w:ascii="Arial" w:hAnsi="Arial" w:cs="Arial"/>
          <w:sz w:val="22"/>
          <w:lang w:val="es-CO"/>
        </w:rPr>
        <w:t>.</w:t>
      </w:r>
    </w:p>
    <w:p w14:paraId="7D3907FD" w14:textId="77777777" w:rsidR="001C1E4B" w:rsidRPr="00BC6830" w:rsidRDefault="001C1E4B" w:rsidP="00EA64DC">
      <w:pPr>
        <w:pStyle w:val="Sinespaciado"/>
        <w:jc w:val="both"/>
        <w:rPr>
          <w:rStyle w:val="TNR21"/>
          <w:rFonts w:ascii="Arial" w:hAnsi="Arial" w:cs="Arial"/>
          <w:sz w:val="22"/>
          <w:lang w:val="es-CO"/>
        </w:rPr>
      </w:pPr>
    </w:p>
    <w:p w14:paraId="0FF46FCC" w14:textId="77777777" w:rsidR="00134EEA" w:rsidRPr="00BC6830" w:rsidRDefault="00134EEA" w:rsidP="00134EEA">
      <w:pPr>
        <w:spacing w:after="0" w:line="240" w:lineRule="auto"/>
        <w:ind w:left="708"/>
        <w:jc w:val="center"/>
        <w:rPr>
          <w:rFonts w:ascii="Arial" w:eastAsia="Times New Roman" w:hAnsi="Arial" w:cs="Arial"/>
          <w:b/>
          <w:lang w:val="es-CO" w:eastAsia="es-ES"/>
        </w:rPr>
      </w:pPr>
      <w:r w:rsidRPr="00BC6830">
        <w:rPr>
          <w:rFonts w:ascii="Arial" w:eastAsia="Times New Roman" w:hAnsi="Arial" w:cs="Arial"/>
          <w:b/>
          <w:lang w:val="es-CO" w:eastAsia="es-ES"/>
        </w:rPr>
        <w:t>RAMA LEGISLATIVA DEL PODER PÚBLICO</w:t>
      </w:r>
    </w:p>
    <w:p w14:paraId="2F719464" w14:textId="77777777" w:rsidR="00134EEA" w:rsidRPr="00BC6830" w:rsidRDefault="00134EEA" w:rsidP="00134EEA">
      <w:pPr>
        <w:spacing w:after="0" w:line="240" w:lineRule="auto"/>
        <w:ind w:left="708"/>
        <w:jc w:val="center"/>
        <w:rPr>
          <w:rFonts w:ascii="Arial" w:eastAsia="Times New Roman" w:hAnsi="Arial" w:cs="Arial"/>
          <w:b/>
          <w:lang w:val="es-CO" w:eastAsia="es-ES"/>
        </w:rPr>
      </w:pPr>
      <w:r w:rsidRPr="00BC6830">
        <w:rPr>
          <w:rFonts w:ascii="Arial" w:eastAsia="Times New Roman" w:hAnsi="Arial" w:cs="Arial"/>
          <w:b/>
          <w:lang w:val="es-CO" w:eastAsia="es-ES"/>
        </w:rPr>
        <w:t>CÁMARA DE REPRESENTANTES</w:t>
      </w:r>
    </w:p>
    <w:p w14:paraId="33568B68" w14:textId="77777777" w:rsidR="00134EEA" w:rsidRPr="00BC6830" w:rsidRDefault="00134EEA" w:rsidP="00134EEA">
      <w:pPr>
        <w:spacing w:after="0" w:line="240" w:lineRule="auto"/>
        <w:ind w:left="708"/>
        <w:jc w:val="center"/>
        <w:rPr>
          <w:rFonts w:ascii="Arial" w:eastAsia="Times New Roman" w:hAnsi="Arial" w:cs="Arial"/>
          <w:b/>
          <w:lang w:val="es-CO" w:eastAsia="es-ES"/>
        </w:rPr>
      </w:pPr>
      <w:r w:rsidRPr="00BC6830">
        <w:rPr>
          <w:rFonts w:ascii="Arial" w:eastAsia="Times New Roman" w:hAnsi="Arial" w:cs="Arial"/>
          <w:b/>
          <w:lang w:val="es-CO" w:eastAsia="es-ES"/>
        </w:rPr>
        <w:t>LEGISLATURA 2022 - 2023</w:t>
      </w:r>
    </w:p>
    <w:p w14:paraId="1A2EEEC6" w14:textId="77777777" w:rsidR="00134EEA" w:rsidRPr="00BC6830" w:rsidRDefault="00134EEA" w:rsidP="00134EEA">
      <w:pPr>
        <w:spacing w:after="0" w:line="240" w:lineRule="auto"/>
        <w:ind w:left="708"/>
        <w:jc w:val="center"/>
        <w:rPr>
          <w:rFonts w:ascii="Arial" w:eastAsia="Times New Roman" w:hAnsi="Arial" w:cs="Arial"/>
          <w:b/>
          <w:lang w:val="es-CO" w:eastAsia="es-ES"/>
        </w:rPr>
      </w:pPr>
    </w:p>
    <w:p w14:paraId="158ADB2E" w14:textId="77777777" w:rsidR="00134EEA" w:rsidRPr="00BC6830" w:rsidRDefault="00134EEA" w:rsidP="00134EEA">
      <w:pPr>
        <w:spacing w:after="0" w:line="240" w:lineRule="auto"/>
        <w:ind w:left="708"/>
        <w:jc w:val="center"/>
        <w:rPr>
          <w:rFonts w:ascii="Arial" w:eastAsia="Times New Roman" w:hAnsi="Arial" w:cs="Arial"/>
          <w:b/>
          <w:lang w:val="es-CO" w:eastAsia="es-ES"/>
        </w:rPr>
      </w:pPr>
      <w:r w:rsidRPr="00BC6830">
        <w:rPr>
          <w:rFonts w:ascii="Arial" w:eastAsia="Times New Roman" w:hAnsi="Arial" w:cs="Arial"/>
          <w:b/>
          <w:lang w:val="es-ES" w:eastAsia="es-ES"/>
        </w:rPr>
        <w:t>Del 20 de julio de 2022 al 20 de junio de 2023</w:t>
      </w:r>
    </w:p>
    <w:p w14:paraId="0B071E80" w14:textId="77777777" w:rsidR="00134EEA" w:rsidRPr="00BC6830" w:rsidRDefault="00134EEA" w:rsidP="00134EEA">
      <w:pPr>
        <w:keepNext/>
        <w:spacing w:after="0" w:line="240" w:lineRule="auto"/>
        <w:ind w:left="708"/>
        <w:jc w:val="center"/>
        <w:outlineLvl w:val="4"/>
        <w:rPr>
          <w:rFonts w:ascii="Arial" w:eastAsia="Times New Roman" w:hAnsi="Arial" w:cs="Arial"/>
          <w:b/>
          <w:lang w:val="es-ES" w:eastAsia="es-ES"/>
        </w:rPr>
      </w:pPr>
      <w:r w:rsidRPr="00BC6830">
        <w:rPr>
          <w:rFonts w:ascii="Arial" w:eastAsia="Times New Roman" w:hAnsi="Arial" w:cs="Arial"/>
          <w:b/>
          <w:lang w:val="es-ES" w:eastAsia="es-ES"/>
        </w:rPr>
        <w:t xml:space="preserve"> (Segundo Periodo de Sesiones del 16 de marzo de 2023 al 20 de junio de 2023</w:t>
      </w:r>
      <w:r w:rsidRPr="00BC6830">
        <w:rPr>
          <w:rFonts w:ascii="Arial" w:eastAsia="Times New Roman" w:hAnsi="Arial" w:cs="Arial"/>
          <w:b/>
          <w:i/>
          <w:lang w:val="es-ES" w:eastAsia="es-ES"/>
        </w:rPr>
        <w:t>)</w:t>
      </w:r>
    </w:p>
    <w:p w14:paraId="2B29BD1D" w14:textId="77777777" w:rsidR="00134EEA" w:rsidRPr="00BC6830" w:rsidRDefault="00134EEA" w:rsidP="00134EEA">
      <w:pPr>
        <w:keepNext/>
        <w:spacing w:after="0" w:line="240" w:lineRule="auto"/>
        <w:ind w:left="708"/>
        <w:jc w:val="center"/>
        <w:outlineLvl w:val="4"/>
        <w:rPr>
          <w:rFonts w:ascii="Arial" w:eastAsia="Times New Roman" w:hAnsi="Arial" w:cs="Arial"/>
          <w:b/>
          <w:lang w:val="es-ES" w:eastAsia="es-ES"/>
        </w:rPr>
      </w:pPr>
      <w:r w:rsidRPr="00BC6830">
        <w:rPr>
          <w:rFonts w:ascii="Arial" w:hAnsi="Arial" w:cs="Arial"/>
          <w:b/>
          <w:color w:val="000000"/>
          <w:lang w:val="es-CO"/>
        </w:rPr>
        <w:t xml:space="preserve">Artículo 138 Constitución Política, </w:t>
      </w:r>
      <w:r w:rsidRPr="00BC6830">
        <w:rPr>
          <w:rFonts w:ascii="Arial" w:eastAsia="Times New Roman" w:hAnsi="Arial" w:cs="Arial"/>
          <w:b/>
          <w:lang w:val="es-ES" w:eastAsia="es-ES"/>
        </w:rPr>
        <w:t>artículos 78 y 79 Ley 5ª de 1992</w:t>
      </w:r>
    </w:p>
    <w:p w14:paraId="7B48C63E" w14:textId="77777777" w:rsidR="00134EEA" w:rsidRPr="00BC6830" w:rsidRDefault="00134EEA" w:rsidP="00134EEA">
      <w:pPr>
        <w:keepNext/>
        <w:spacing w:after="0" w:line="240" w:lineRule="auto"/>
        <w:ind w:left="708"/>
        <w:jc w:val="center"/>
        <w:outlineLvl w:val="4"/>
        <w:rPr>
          <w:rFonts w:ascii="Arial" w:eastAsia="Times New Roman" w:hAnsi="Arial" w:cs="Arial"/>
          <w:b/>
          <w:lang w:val="es-ES" w:eastAsia="es-ES"/>
        </w:rPr>
      </w:pPr>
      <w:r w:rsidRPr="00BC6830">
        <w:rPr>
          <w:rFonts w:ascii="Arial" w:eastAsia="Times New Roman" w:hAnsi="Arial" w:cs="Arial"/>
          <w:b/>
          <w:lang w:val="es-ES" w:eastAsia="es-ES"/>
        </w:rPr>
        <w:t>COMISIÓN VII CONSTITUCIONAL PERMANENTE</w:t>
      </w:r>
    </w:p>
    <w:p w14:paraId="31EA2805" w14:textId="77777777" w:rsidR="00635E65" w:rsidRDefault="00635E65" w:rsidP="00134EEA">
      <w:pPr>
        <w:keepNext/>
        <w:spacing w:after="0" w:line="240" w:lineRule="auto"/>
        <w:ind w:left="708"/>
        <w:jc w:val="center"/>
        <w:outlineLvl w:val="7"/>
        <w:rPr>
          <w:rFonts w:ascii="Arial" w:eastAsia="Times New Roman" w:hAnsi="Arial" w:cs="Arial"/>
          <w:lang w:val="es-CO" w:eastAsia="es-ES"/>
        </w:rPr>
      </w:pPr>
    </w:p>
    <w:p w14:paraId="7F0E0614" w14:textId="77777777" w:rsidR="00134EEA" w:rsidRPr="00BC6830" w:rsidRDefault="00134EEA" w:rsidP="00134EEA">
      <w:pPr>
        <w:keepNext/>
        <w:spacing w:after="0" w:line="240" w:lineRule="auto"/>
        <w:ind w:left="708"/>
        <w:jc w:val="center"/>
        <w:outlineLvl w:val="7"/>
        <w:rPr>
          <w:rFonts w:ascii="Arial" w:eastAsia="Times New Roman" w:hAnsi="Arial" w:cs="Arial"/>
          <w:lang w:val="es-CO" w:eastAsia="es-ES"/>
        </w:rPr>
      </w:pPr>
      <w:r w:rsidRPr="00BC6830">
        <w:rPr>
          <w:rFonts w:ascii="Arial" w:eastAsia="Times New Roman" w:hAnsi="Arial" w:cs="Arial"/>
          <w:lang w:val="es-CO" w:eastAsia="es-ES"/>
        </w:rPr>
        <w:t>O R D E N   D E L    D I A</w:t>
      </w:r>
    </w:p>
    <w:p w14:paraId="580C2B4B" w14:textId="77777777" w:rsidR="00504B59" w:rsidRPr="00BC6830" w:rsidRDefault="00504B59" w:rsidP="00134EEA">
      <w:pPr>
        <w:keepNext/>
        <w:spacing w:after="0" w:line="240" w:lineRule="auto"/>
        <w:ind w:left="708"/>
        <w:jc w:val="center"/>
        <w:outlineLvl w:val="7"/>
        <w:rPr>
          <w:rFonts w:ascii="Arial" w:eastAsia="Times New Roman" w:hAnsi="Arial" w:cs="Arial"/>
          <w:lang w:val="es-CO" w:eastAsia="es-ES"/>
        </w:rPr>
      </w:pPr>
    </w:p>
    <w:p w14:paraId="65E5CA2A" w14:textId="77777777" w:rsidR="00134EEA" w:rsidRPr="00BC6830" w:rsidRDefault="00134EEA" w:rsidP="00134EEA">
      <w:pPr>
        <w:spacing w:after="0" w:line="240" w:lineRule="auto"/>
        <w:ind w:left="708"/>
        <w:jc w:val="center"/>
        <w:rPr>
          <w:rFonts w:ascii="Arial" w:eastAsia="Times New Roman" w:hAnsi="Arial" w:cs="Arial"/>
          <w:lang w:val="es-ES" w:eastAsia="es-ES"/>
        </w:rPr>
      </w:pPr>
      <w:r w:rsidRPr="00BC6830">
        <w:rPr>
          <w:rFonts w:ascii="Arial" w:eastAsia="Times New Roman" w:hAnsi="Arial" w:cs="Arial"/>
          <w:lang w:val="es-ES" w:eastAsia="es-ES"/>
        </w:rPr>
        <w:t>Fecha: abril 12 de 2023</w:t>
      </w:r>
    </w:p>
    <w:p w14:paraId="3B899901" w14:textId="77777777" w:rsidR="00134EEA" w:rsidRPr="00BC6830" w:rsidRDefault="00134EEA" w:rsidP="00134EEA">
      <w:pPr>
        <w:spacing w:after="0" w:line="240" w:lineRule="auto"/>
        <w:ind w:left="708"/>
        <w:jc w:val="center"/>
        <w:rPr>
          <w:rFonts w:ascii="Arial" w:eastAsia="Times New Roman" w:hAnsi="Arial" w:cs="Arial"/>
          <w:lang w:val="es-ES" w:eastAsia="es-ES"/>
        </w:rPr>
      </w:pPr>
      <w:r w:rsidRPr="00BC6830">
        <w:rPr>
          <w:rFonts w:ascii="Arial" w:eastAsia="Times New Roman" w:hAnsi="Arial" w:cs="Arial"/>
          <w:lang w:val="es-ES" w:eastAsia="es-ES"/>
        </w:rPr>
        <w:t xml:space="preserve">Hora: </w:t>
      </w:r>
      <w:r w:rsidR="00635E65">
        <w:rPr>
          <w:rFonts w:ascii="Arial" w:eastAsia="Times New Roman" w:hAnsi="Arial" w:cs="Arial"/>
          <w:lang w:val="es-ES" w:eastAsia="es-ES"/>
        </w:rPr>
        <w:t>10:44</w:t>
      </w:r>
      <w:r w:rsidRPr="00BC6830">
        <w:rPr>
          <w:rFonts w:ascii="Arial" w:eastAsia="Times New Roman" w:hAnsi="Arial" w:cs="Arial"/>
          <w:lang w:val="es-ES" w:eastAsia="es-ES"/>
        </w:rPr>
        <w:t xml:space="preserve"> Horas</w:t>
      </w:r>
    </w:p>
    <w:p w14:paraId="28BF9CD9" w14:textId="77777777" w:rsidR="00134EEA" w:rsidRPr="00BC6830" w:rsidRDefault="00134EEA" w:rsidP="00134EEA">
      <w:pPr>
        <w:spacing w:after="0" w:line="240" w:lineRule="auto"/>
        <w:ind w:left="708"/>
        <w:jc w:val="center"/>
        <w:rPr>
          <w:rFonts w:ascii="Arial" w:hAnsi="Arial" w:cs="Arial"/>
          <w:lang w:val="es-ES"/>
        </w:rPr>
      </w:pPr>
      <w:r w:rsidRPr="00BC6830">
        <w:rPr>
          <w:rFonts w:ascii="Arial" w:hAnsi="Arial" w:cs="Arial"/>
          <w:lang w:val="es-ES" w:eastAsia="es-ES"/>
        </w:rPr>
        <w:t>Lugar: Salón Juan Luis Londoño de la Cuesta</w:t>
      </w:r>
    </w:p>
    <w:p w14:paraId="59F0F05F" w14:textId="77777777" w:rsidR="00134EEA" w:rsidRPr="00BC6830" w:rsidRDefault="00134EEA" w:rsidP="00134EEA">
      <w:pPr>
        <w:spacing w:after="0" w:line="240" w:lineRule="auto"/>
        <w:jc w:val="center"/>
        <w:rPr>
          <w:rFonts w:ascii="Arial" w:eastAsia="Times New Roman" w:hAnsi="Arial" w:cs="Arial"/>
          <w:lang w:val="es-CO" w:eastAsia="es-ES"/>
        </w:rPr>
      </w:pPr>
    </w:p>
    <w:p w14:paraId="0B42478E" w14:textId="77777777" w:rsidR="00134EEA" w:rsidRPr="00290DA6" w:rsidRDefault="00134EEA" w:rsidP="00134EEA">
      <w:pPr>
        <w:spacing w:after="0" w:line="240" w:lineRule="auto"/>
        <w:jc w:val="center"/>
        <w:rPr>
          <w:rFonts w:ascii="Arial" w:eastAsia="Times New Roman" w:hAnsi="Arial" w:cs="Arial"/>
          <w:b/>
          <w:lang w:val="es-CO" w:eastAsia="es-ES"/>
        </w:rPr>
      </w:pPr>
      <w:r w:rsidRPr="00290DA6">
        <w:rPr>
          <w:rFonts w:ascii="Arial" w:eastAsia="Times New Roman" w:hAnsi="Arial" w:cs="Arial"/>
          <w:b/>
          <w:lang w:val="es-CO" w:eastAsia="es-ES"/>
        </w:rPr>
        <w:t>I.</w:t>
      </w:r>
    </w:p>
    <w:p w14:paraId="08BFBA4D" w14:textId="77777777" w:rsidR="00134EEA" w:rsidRPr="00BC6830" w:rsidRDefault="00134EEA" w:rsidP="00134EEA">
      <w:pPr>
        <w:spacing w:after="0" w:line="240" w:lineRule="auto"/>
        <w:jc w:val="center"/>
        <w:rPr>
          <w:rFonts w:ascii="Arial" w:eastAsia="Times New Roman" w:hAnsi="Arial" w:cs="Arial"/>
          <w:b/>
          <w:bCs/>
          <w:lang w:val="es-CO" w:eastAsia="es-ES"/>
        </w:rPr>
      </w:pPr>
      <w:r w:rsidRPr="00BC6830">
        <w:rPr>
          <w:rFonts w:ascii="Arial" w:eastAsia="Times New Roman" w:hAnsi="Arial" w:cs="Arial"/>
          <w:b/>
          <w:bCs/>
          <w:lang w:val="es-CO" w:eastAsia="es-ES"/>
        </w:rPr>
        <w:t xml:space="preserve">LLAMADO A LISTA Y VERIFICACIÓN DEL QUÓRUM </w:t>
      </w:r>
    </w:p>
    <w:p w14:paraId="3E5AD9CA" w14:textId="77777777" w:rsidR="00134EEA" w:rsidRPr="00BC6830" w:rsidRDefault="00134EEA" w:rsidP="00134EEA">
      <w:pPr>
        <w:pStyle w:val="Sinespaciado"/>
        <w:jc w:val="center"/>
        <w:rPr>
          <w:rFonts w:ascii="Arial" w:hAnsi="Arial" w:cs="Arial"/>
          <w:b/>
          <w:bCs/>
          <w:lang w:val="es-CO" w:eastAsia="es-ES"/>
        </w:rPr>
      </w:pPr>
    </w:p>
    <w:p w14:paraId="3E61EE9A" w14:textId="77777777" w:rsidR="00134EEA" w:rsidRPr="00BC6830" w:rsidRDefault="00134EEA" w:rsidP="00134EEA">
      <w:pPr>
        <w:pStyle w:val="Sinespaciado"/>
        <w:jc w:val="center"/>
        <w:rPr>
          <w:rFonts w:ascii="Arial" w:hAnsi="Arial" w:cs="Arial"/>
          <w:b/>
          <w:bCs/>
          <w:lang w:val="es-CO" w:eastAsia="es-ES"/>
        </w:rPr>
      </w:pPr>
      <w:r w:rsidRPr="00BC6830">
        <w:rPr>
          <w:rFonts w:ascii="Arial" w:hAnsi="Arial" w:cs="Arial"/>
          <w:b/>
          <w:bCs/>
          <w:lang w:val="es-CO" w:eastAsia="es-ES"/>
        </w:rPr>
        <w:t>II.</w:t>
      </w:r>
    </w:p>
    <w:p w14:paraId="4E0B6A14" w14:textId="77777777" w:rsidR="00134EEA" w:rsidRPr="00BC6830" w:rsidRDefault="00134EEA" w:rsidP="00134EEA">
      <w:pPr>
        <w:pStyle w:val="Sinespaciado"/>
        <w:jc w:val="center"/>
        <w:rPr>
          <w:rFonts w:ascii="Arial" w:hAnsi="Arial" w:cs="Arial"/>
          <w:b/>
          <w:bCs/>
          <w:lang w:val="es-CO" w:eastAsia="es-ES"/>
        </w:rPr>
      </w:pPr>
      <w:r w:rsidRPr="00BC6830">
        <w:rPr>
          <w:rFonts w:ascii="Arial" w:hAnsi="Arial" w:cs="Arial"/>
          <w:b/>
          <w:bCs/>
          <w:lang w:val="es-CO" w:eastAsia="es-ES"/>
        </w:rPr>
        <w:t>APROBACIÓN DE ACTAS</w:t>
      </w:r>
    </w:p>
    <w:p w14:paraId="26F15CD4" w14:textId="77777777" w:rsidR="00134EEA" w:rsidRPr="00BC6830" w:rsidRDefault="00134EEA" w:rsidP="00134EEA">
      <w:pPr>
        <w:pStyle w:val="Sinespaciado"/>
        <w:jc w:val="center"/>
        <w:rPr>
          <w:rFonts w:ascii="Arial" w:hAnsi="Arial" w:cs="Arial"/>
          <w:b/>
          <w:bCs/>
          <w:lang w:val="es-CO" w:eastAsia="es-ES"/>
        </w:rPr>
      </w:pPr>
    </w:p>
    <w:p w14:paraId="14830982" w14:textId="77777777" w:rsidR="00134EEA" w:rsidRPr="00BC6830" w:rsidRDefault="00134EEA" w:rsidP="00134EEA">
      <w:pPr>
        <w:pStyle w:val="Sinespaciado"/>
        <w:jc w:val="center"/>
        <w:rPr>
          <w:rFonts w:ascii="Arial" w:hAnsi="Arial" w:cs="Arial"/>
          <w:lang w:val="es-CO"/>
        </w:rPr>
      </w:pPr>
      <w:r w:rsidRPr="00BC6830">
        <w:rPr>
          <w:rFonts w:ascii="Arial" w:hAnsi="Arial" w:cs="Arial"/>
          <w:lang w:val="es-CO"/>
        </w:rPr>
        <w:t>Acta No. 18, del 1 de noviembre de 2022 a 23 folios</w:t>
      </w:r>
    </w:p>
    <w:p w14:paraId="02108790" w14:textId="77777777" w:rsidR="00134EEA" w:rsidRPr="00BC6830" w:rsidRDefault="00134EEA" w:rsidP="00134EEA">
      <w:pPr>
        <w:pStyle w:val="Sinespaciado"/>
        <w:jc w:val="center"/>
        <w:rPr>
          <w:rFonts w:ascii="Arial" w:hAnsi="Arial" w:cs="Arial"/>
          <w:lang w:val="es-CO"/>
        </w:rPr>
      </w:pPr>
      <w:r w:rsidRPr="00BC6830">
        <w:rPr>
          <w:rFonts w:ascii="Arial" w:hAnsi="Arial" w:cs="Arial"/>
          <w:lang w:val="es-CO"/>
        </w:rPr>
        <w:t>Acta No. 19, del 9 de noviembre de 2022 a 41 folios</w:t>
      </w:r>
    </w:p>
    <w:p w14:paraId="4F2D4FCA" w14:textId="77777777" w:rsidR="00134EEA" w:rsidRPr="00BC6830" w:rsidRDefault="00134EEA" w:rsidP="00134EEA">
      <w:pPr>
        <w:pStyle w:val="Sinespaciado"/>
        <w:jc w:val="center"/>
        <w:rPr>
          <w:rFonts w:ascii="Arial" w:hAnsi="Arial" w:cs="Arial"/>
          <w:lang w:val="es-CO"/>
        </w:rPr>
      </w:pPr>
      <w:r w:rsidRPr="00BC6830">
        <w:rPr>
          <w:rFonts w:ascii="Arial" w:hAnsi="Arial" w:cs="Arial"/>
          <w:lang w:val="es-CO"/>
        </w:rPr>
        <w:t>Acta No. 20, del 10 de noviembre de 2022 a 18 folios</w:t>
      </w:r>
    </w:p>
    <w:p w14:paraId="185AE63C" w14:textId="77777777" w:rsidR="00134EEA" w:rsidRPr="00BC6830" w:rsidRDefault="00134EEA" w:rsidP="00134EEA">
      <w:pPr>
        <w:pStyle w:val="Sinespaciado"/>
        <w:jc w:val="center"/>
        <w:rPr>
          <w:rFonts w:ascii="Arial" w:hAnsi="Arial" w:cs="Arial"/>
          <w:lang w:val="es-CO"/>
        </w:rPr>
      </w:pPr>
      <w:r w:rsidRPr="00BC6830">
        <w:rPr>
          <w:rFonts w:ascii="Arial" w:hAnsi="Arial" w:cs="Arial"/>
          <w:lang w:val="es-CO"/>
        </w:rPr>
        <w:t>Acta No. 21, del 16 de noviembre de 2022 a 43 folios</w:t>
      </w:r>
    </w:p>
    <w:p w14:paraId="723F3AD9" w14:textId="77777777" w:rsidR="00134EEA" w:rsidRPr="00BC6830" w:rsidRDefault="00134EEA" w:rsidP="00134EEA">
      <w:pPr>
        <w:pStyle w:val="Sinespaciado"/>
        <w:jc w:val="center"/>
        <w:rPr>
          <w:rFonts w:ascii="Arial" w:hAnsi="Arial" w:cs="Arial"/>
          <w:lang w:val="es-CO"/>
        </w:rPr>
      </w:pPr>
    </w:p>
    <w:p w14:paraId="7EC199BA" w14:textId="77777777" w:rsidR="00134EEA" w:rsidRPr="00BC6830" w:rsidRDefault="00134EEA" w:rsidP="00134EEA">
      <w:pPr>
        <w:pStyle w:val="Sinespaciado"/>
        <w:jc w:val="center"/>
        <w:rPr>
          <w:rFonts w:ascii="Arial" w:hAnsi="Arial" w:cs="Arial"/>
          <w:b/>
          <w:bCs/>
          <w:lang w:val="es-CO" w:eastAsia="es-ES"/>
        </w:rPr>
      </w:pPr>
      <w:r w:rsidRPr="00BC6830">
        <w:rPr>
          <w:rFonts w:ascii="Arial" w:hAnsi="Arial" w:cs="Arial"/>
          <w:b/>
          <w:bCs/>
          <w:lang w:val="es-CO"/>
        </w:rPr>
        <w:t>III.</w:t>
      </w:r>
    </w:p>
    <w:p w14:paraId="6433815C" w14:textId="77777777" w:rsidR="00134EEA" w:rsidRPr="00BC6830" w:rsidRDefault="00134EEA" w:rsidP="00134EEA">
      <w:pPr>
        <w:spacing w:after="0" w:line="240" w:lineRule="auto"/>
        <w:jc w:val="center"/>
        <w:rPr>
          <w:rFonts w:ascii="Arial" w:hAnsi="Arial" w:cs="Arial"/>
          <w:lang w:val="es-CO"/>
        </w:rPr>
      </w:pPr>
      <w:r w:rsidRPr="00BC6830">
        <w:rPr>
          <w:rFonts w:ascii="Arial" w:hAnsi="Arial" w:cs="Arial"/>
          <w:b/>
          <w:bCs/>
          <w:lang w:val="es-CO" w:eastAsia="es-ES"/>
        </w:rPr>
        <w:t xml:space="preserve">DISCUSIÓN Y VOTACIÓN DE </w:t>
      </w:r>
      <w:r w:rsidR="00841B08">
        <w:rPr>
          <w:rFonts w:ascii="Arial" w:hAnsi="Arial" w:cs="Arial"/>
          <w:b/>
          <w:bCs/>
          <w:lang w:val="es-CO" w:eastAsia="es-ES"/>
        </w:rPr>
        <w:t>PROYECTO</w:t>
      </w:r>
      <w:r w:rsidRPr="00BC6830">
        <w:rPr>
          <w:rFonts w:ascii="Arial" w:hAnsi="Arial" w:cs="Arial"/>
          <w:b/>
          <w:bCs/>
          <w:lang w:val="es-CO" w:eastAsia="es-ES"/>
        </w:rPr>
        <w:t>S DE LEY</w:t>
      </w:r>
      <w:r w:rsidRPr="00BC6830">
        <w:rPr>
          <w:rFonts w:ascii="Arial" w:hAnsi="Arial" w:cs="Arial"/>
          <w:lang w:val="es-CO"/>
        </w:rPr>
        <w:t>.</w:t>
      </w:r>
    </w:p>
    <w:p w14:paraId="26F68BF4"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lang w:val="es-CO"/>
        </w:rPr>
        <w:t xml:space="preserve">   </w:t>
      </w:r>
    </w:p>
    <w:p w14:paraId="5B63C7D6" w14:textId="77777777" w:rsidR="00134EEA" w:rsidRPr="00BC6830" w:rsidRDefault="00841B08" w:rsidP="00EA64DC">
      <w:pPr>
        <w:pStyle w:val="Sinespaciado"/>
        <w:numPr>
          <w:ilvl w:val="0"/>
          <w:numId w:val="7"/>
        </w:numPr>
        <w:jc w:val="both"/>
        <w:rPr>
          <w:rFonts w:ascii="Arial" w:hAnsi="Arial" w:cs="Arial"/>
          <w:b/>
          <w:bCs/>
          <w:lang w:val="es-CO"/>
        </w:rPr>
      </w:pPr>
      <w:r>
        <w:rPr>
          <w:rStyle w:val="Textoennegrita"/>
          <w:rFonts w:ascii="Arial" w:hAnsi="Arial" w:cs="Arial"/>
          <w:lang w:val="es-CO"/>
        </w:rPr>
        <w:t>Proyecto</w:t>
      </w:r>
      <w:r w:rsidR="00134EEA" w:rsidRPr="00BC6830">
        <w:rPr>
          <w:rStyle w:val="Textoennegrita"/>
          <w:rFonts w:ascii="Arial" w:hAnsi="Arial" w:cs="Arial"/>
          <w:lang w:val="es-CO"/>
        </w:rPr>
        <w:t xml:space="preserve"> de Ley No. 113 de 2022 Cámara “</w:t>
      </w:r>
      <w:r w:rsidR="00134EEA" w:rsidRPr="00BC6830">
        <w:rPr>
          <w:rFonts w:ascii="Arial" w:eastAsia="Arial" w:hAnsi="Arial" w:cs="Arial"/>
          <w:b/>
          <w:bCs/>
          <w:lang w:val="es-CO"/>
        </w:rPr>
        <w:t xml:space="preserve">Por medio de la cual se busca proteger a los contratistas de prestación de servicios y se dictan otras disposiciones para evitar el encubrimiento de relaciones laborales bajo la modalidad de contratos de prestación de servicios en el sector público y la modernización estatal de las plantas de personal”, acumulado con el </w:t>
      </w:r>
      <w:r>
        <w:rPr>
          <w:rFonts w:ascii="Arial" w:eastAsia="Arial" w:hAnsi="Arial" w:cs="Arial"/>
          <w:b/>
          <w:bCs/>
          <w:lang w:val="es-CO"/>
        </w:rPr>
        <w:t>Proyecto</w:t>
      </w:r>
      <w:r w:rsidR="00134EEA" w:rsidRPr="00BC6830">
        <w:rPr>
          <w:rFonts w:ascii="Arial" w:eastAsia="Arial" w:hAnsi="Arial" w:cs="Arial"/>
          <w:b/>
          <w:bCs/>
          <w:lang w:val="es-CO"/>
        </w:rPr>
        <w:t xml:space="preserve"> de Ley No. 166 de 2022 Cámara “Por medio de la cual se establecen beneficios para las personas naturales contratadas mediante la modalidad de contratos de prestación de servicios profesionales y de apoyo a la gestión por parte de las entidades del estado” y 178 de 2022 Cámara “Por medio del cual se dignifican las condiciones de los contratos de prestación de servicios en persona natural y se dictan otras disposiciones</w:t>
      </w:r>
      <w:r w:rsidR="00134EEA" w:rsidRPr="00BC6830">
        <w:rPr>
          <w:rFonts w:ascii="Arial" w:hAnsi="Arial" w:cs="Arial"/>
          <w:b/>
          <w:bCs/>
          <w:lang w:val="es-CO"/>
        </w:rPr>
        <w:t xml:space="preserve">”  </w:t>
      </w:r>
    </w:p>
    <w:p w14:paraId="1DF63F6D"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lang w:val="es-CO"/>
        </w:rPr>
        <w:t xml:space="preserve">Autores: </w:t>
      </w:r>
      <w:r w:rsidRPr="00BC6830">
        <w:rPr>
          <w:rFonts w:ascii="Arial" w:hAnsi="Arial" w:cs="Arial"/>
          <w:b/>
          <w:bCs/>
          <w:lang w:val="es-CO"/>
        </w:rPr>
        <w:t xml:space="preserve">HH. RR. </w:t>
      </w:r>
      <w:hyperlink r:id="rId9" w:history="1">
        <w:r w:rsidRPr="00BC6830">
          <w:rPr>
            <w:rFonts w:ascii="Arial" w:hAnsi="Arial" w:cs="Arial"/>
            <w:b/>
            <w:bCs/>
            <w:lang w:val="es-CO"/>
          </w:rPr>
          <w:t>OLGA LUCIA VELÁSQUEZ NIETO</w:t>
        </w:r>
      </w:hyperlink>
      <w:r w:rsidRPr="00BC6830">
        <w:rPr>
          <w:rFonts w:ascii="Arial" w:hAnsi="Arial" w:cs="Arial"/>
          <w:b/>
          <w:bCs/>
          <w:lang w:val="es-CO"/>
        </w:rPr>
        <w:t xml:space="preserve">, </w:t>
      </w:r>
      <w:hyperlink r:id="rId10" w:history="1">
        <w:r w:rsidRPr="00BC6830">
          <w:rPr>
            <w:rFonts w:ascii="Arial" w:hAnsi="Arial" w:cs="Arial"/>
            <w:b/>
            <w:bCs/>
            <w:lang w:val="es-CO"/>
          </w:rPr>
          <w:t>AGMETH JOSÉ ESCAF TIGERINO</w:t>
        </w:r>
      </w:hyperlink>
      <w:r w:rsidRPr="00BC6830">
        <w:rPr>
          <w:rFonts w:ascii="Arial" w:hAnsi="Arial" w:cs="Arial"/>
          <w:b/>
          <w:bCs/>
          <w:lang w:val="es-CO"/>
        </w:rPr>
        <w:t xml:space="preserve">, </w:t>
      </w:r>
      <w:hyperlink r:id="rId11" w:history="1">
        <w:r w:rsidRPr="00BC6830">
          <w:rPr>
            <w:rFonts w:ascii="Arial" w:hAnsi="Arial" w:cs="Arial"/>
            <w:b/>
            <w:bCs/>
            <w:lang w:val="es-CO"/>
          </w:rPr>
          <w:t>JUAN CARLOS GARCÍA GÓMEZ</w:t>
        </w:r>
      </w:hyperlink>
      <w:r w:rsidRPr="00BC6830">
        <w:rPr>
          <w:rFonts w:ascii="Arial" w:hAnsi="Arial" w:cs="Arial"/>
          <w:b/>
          <w:bCs/>
          <w:lang w:val="es-CO"/>
        </w:rPr>
        <w:t xml:space="preserve"> , </w:t>
      </w:r>
      <w:hyperlink r:id="rId12" w:history="1">
        <w:r w:rsidRPr="00BC6830">
          <w:rPr>
            <w:rFonts w:ascii="Arial" w:hAnsi="Arial" w:cs="Arial"/>
            <w:b/>
            <w:bCs/>
            <w:lang w:val="es-CO"/>
          </w:rPr>
          <w:t>MARÍA FERNANDA CARRASCAL ROJAS</w:t>
        </w:r>
      </w:hyperlink>
      <w:r w:rsidRPr="00BC6830">
        <w:rPr>
          <w:rFonts w:ascii="Arial" w:hAnsi="Arial" w:cs="Arial"/>
          <w:b/>
          <w:bCs/>
          <w:lang w:val="es-CO"/>
        </w:rPr>
        <w:t xml:space="preserve">, </w:t>
      </w:r>
      <w:hyperlink r:id="rId13" w:history="1">
        <w:r w:rsidRPr="00BC6830">
          <w:rPr>
            <w:rFonts w:ascii="Arial" w:hAnsi="Arial" w:cs="Arial"/>
            <w:b/>
            <w:bCs/>
            <w:lang w:val="es-CO"/>
          </w:rPr>
          <w:t>ELKIN RODOLFO OSPINA OSPINA</w:t>
        </w:r>
      </w:hyperlink>
      <w:r w:rsidRPr="00BC6830">
        <w:rPr>
          <w:rFonts w:ascii="Arial" w:hAnsi="Arial" w:cs="Arial"/>
          <w:b/>
          <w:bCs/>
          <w:lang w:val="es-CO"/>
        </w:rPr>
        <w:t xml:space="preserve">, </w:t>
      </w:r>
      <w:hyperlink r:id="rId14" w:history="1">
        <w:r w:rsidRPr="00BC6830">
          <w:rPr>
            <w:rFonts w:ascii="Arial" w:hAnsi="Arial" w:cs="Arial"/>
            <w:b/>
            <w:bCs/>
            <w:lang w:val="es-CO"/>
          </w:rPr>
          <w:t>CAROLINA GIRALDO BOTERO</w:t>
        </w:r>
      </w:hyperlink>
      <w:r w:rsidRPr="00BC6830">
        <w:rPr>
          <w:rFonts w:ascii="Arial" w:hAnsi="Arial" w:cs="Arial"/>
          <w:b/>
          <w:bCs/>
          <w:lang w:val="es-CO"/>
        </w:rPr>
        <w:t xml:space="preserve">, </w:t>
      </w:r>
      <w:hyperlink r:id="rId15" w:history="1">
        <w:r w:rsidRPr="00BC6830">
          <w:rPr>
            <w:rFonts w:ascii="Arial" w:hAnsi="Arial" w:cs="Arial"/>
            <w:b/>
            <w:bCs/>
            <w:lang w:val="es-CO"/>
          </w:rPr>
          <w:t>CRISTIAN DANILO AVENDAÑO FINO</w:t>
        </w:r>
      </w:hyperlink>
      <w:r w:rsidRPr="00BC6830">
        <w:rPr>
          <w:rFonts w:ascii="Arial" w:hAnsi="Arial" w:cs="Arial"/>
          <w:b/>
          <w:bCs/>
          <w:lang w:val="es-CO"/>
        </w:rPr>
        <w:t xml:space="preserve">, </w:t>
      </w:r>
      <w:hyperlink r:id="rId16" w:history="1">
        <w:r w:rsidRPr="00BC6830">
          <w:rPr>
            <w:rFonts w:ascii="Arial" w:hAnsi="Arial" w:cs="Arial"/>
            <w:b/>
            <w:bCs/>
            <w:lang w:val="es-CO"/>
          </w:rPr>
          <w:t>JUAN DIEGO MUÑOZ CABRERA</w:t>
        </w:r>
      </w:hyperlink>
      <w:r w:rsidRPr="00BC6830">
        <w:rPr>
          <w:rFonts w:ascii="Arial" w:hAnsi="Arial" w:cs="Arial"/>
          <w:b/>
          <w:bCs/>
          <w:lang w:val="es-CO"/>
        </w:rPr>
        <w:t xml:space="preserve">, </w:t>
      </w:r>
      <w:hyperlink r:id="rId17" w:history="1">
        <w:r w:rsidRPr="00BC6830">
          <w:rPr>
            <w:rFonts w:ascii="Arial" w:hAnsi="Arial" w:cs="Arial"/>
            <w:b/>
            <w:bCs/>
            <w:lang w:val="es-CO"/>
          </w:rPr>
          <w:t>DANIEL CARVALHO MEJÍA</w:t>
        </w:r>
      </w:hyperlink>
      <w:r w:rsidRPr="00BC6830">
        <w:rPr>
          <w:rFonts w:ascii="Arial" w:hAnsi="Arial" w:cs="Arial"/>
          <w:b/>
          <w:bCs/>
          <w:lang w:val="es-CO"/>
        </w:rPr>
        <w:t xml:space="preserve">, </w:t>
      </w:r>
      <w:hyperlink r:id="rId18" w:history="1">
        <w:r w:rsidRPr="00BC6830">
          <w:rPr>
            <w:rFonts w:ascii="Arial" w:hAnsi="Arial" w:cs="Arial"/>
            <w:b/>
            <w:bCs/>
            <w:lang w:val="es-CO"/>
          </w:rPr>
          <w:t>DUVALIER SÁNCHEZ ARANGO</w:t>
        </w:r>
      </w:hyperlink>
      <w:r w:rsidRPr="00BC6830">
        <w:rPr>
          <w:rFonts w:ascii="Arial" w:hAnsi="Arial" w:cs="Arial"/>
          <w:b/>
          <w:bCs/>
          <w:lang w:val="es-CO"/>
        </w:rPr>
        <w:t xml:space="preserve">, </w:t>
      </w:r>
      <w:hyperlink r:id="rId19" w:history="1">
        <w:r w:rsidRPr="00BC6830">
          <w:rPr>
            <w:rFonts w:ascii="Arial" w:hAnsi="Arial" w:cs="Arial"/>
            <w:b/>
            <w:bCs/>
            <w:lang w:val="es-CO"/>
          </w:rPr>
          <w:t>SANTIAGO OSORIO MARÍN</w:t>
        </w:r>
      </w:hyperlink>
      <w:r w:rsidRPr="00BC6830">
        <w:rPr>
          <w:rFonts w:ascii="Arial" w:hAnsi="Arial" w:cs="Arial"/>
          <w:b/>
          <w:bCs/>
          <w:lang w:val="es-CO"/>
        </w:rPr>
        <w:t xml:space="preserve">, </w:t>
      </w:r>
      <w:hyperlink r:id="rId20" w:history="1">
        <w:r w:rsidRPr="00BC6830">
          <w:rPr>
            <w:rFonts w:ascii="Arial" w:hAnsi="Arial" w:cs="Arial"/>
            <w:b/>
            <w:bCs/>
            <w:lang w:val="es-CO"/>
          </w:rPr>
          <w:t>JAIME RAÚL SALAMANCA TORRES</w:t>
        </w:r>
      </w:hyperlink>
      <w:r w:rsidRPr="00BC6830">
        <w:rPr>
          <w:rFonts w:ascii="Arial" w:hAnsi="Arial" w:cs="Arial"/>
          <w:b/>
          <w:bCs/>
          <w:lang w:val="es-CO"/>
        </w:rPr>
        <w:t xml:space="preserve">, </w:t>
      </w:r>
      <w:hyperlink r:id="rId21" w:history="1">
        <w:r w:rsidRPr="00BC6830">
          <w:rPr>
            <w:rFonts w:ascii="Arial" w:hAnsi="Arial" w:cs="Arial"/>
            <w:b/>
            <w:bCs/>
            <w:lang w:val="es-CO"/>
          </w:rPr>
          <w:t>ALEJANDRO GARCÍA RÍOS</w:t>
        </w:r>
      </w:hyperlink>
      <w:r w:rsidRPr="00BC6830">
        <w:rPr>
          <w:rFonts w:ascii="Arial" w:hAnsi="Arial" w:cs="Arial"/>
          <w:b/>
          <w:bCs/>
          <w:lang w:val="es-CO"/>
        </w:rPr>
        <w:t xml:space="preserve">, </w:t>
      </w:r>
      <w:hyperlink r:id="rId22" w:history="1">
        <w:r w:rsidRPr="00BC6830">
          <w:rPr>
            <w:rFonts w:ascii="Arial" w:hAnsi="Arial" w:cs="Arial"/>
            <w:b/>
            <w:bCs/>
            <w:lang w:val="es-CO"/>
          </w:rPr>
          <w:t xml:space="preserve">JUAN SEBASTIÁN GÓMEZ </w:t>
        </w:r>
        <w:r w:rsidRPr="00BC6830">
          <w:rPr>
            <w:rFonts w:ascii="Arial" w:hAnsi="Arial" w:cs="Arial"/>
            <w:b/>
            <w:bCs/>
            <w:lang w:val="es-CO"/>
          </w:rPr>
          <w:lastRenderedPageBreak/>
          <w:t>GONZÁLEZ</w:t>
        </w:r>
      </w:hyperlink>
      <w:r w:rsidRPr="00BC6830">
        <w:rPr>
          <w:rFonts w:ascii="Arial" w:hAnsi="Arial" w:cs="Arial"/>
          <w:b/>
          <w:bCs/>
          <w:lang w:val="es-CO"/>
        </w:rPr>
        <w:t xml:space="preserve">, </w:t>
      </w:r>
      <w:hyperlink r:id="rId23" w:history="1">
        <w:r w:rsidRPr="00BC6830">
          <w:rPr>
            <w:rFonts w:ascii="Arial" w:hAnsi="Arial" w:cs="Arial"/>
            <w:b/>
            <w:bCs/>
            <w:lang w:val="es-CO"/>
          </w:rPr>
          <w:t>CATHERINE JUVINAO CLAVIJO</w:t>
        </w:r>
      </w:hyperlink>
      <w:r w:rsidRPr="00BC6830">
        <w:rPr>
          <w:rFonts w:ascii="Arial" w:hAnsi="Arial" w:cs="Arial"/>
          <w:b/>
          <w:bCs/>
          <w:lang w:val="es-CO"/>
        </w:rPr>
        <w:t>, y los HH. SS. .</w:t>
      </w:r>
      <w:hyperlink r:id="rId24" w:history="1">
        <w:r w:rsidRPr="00BC6830">
          <w:rPr>
            <w:rFonts w:ascii="Arial" w:hAnsi="Arial" w:cs="Arial"/>
            <w:b/>
            <w:bCs/>
            <w:lang w:val="es-CO"/>
          </w:rPr>
          <w:t>ANGÉLICA LISBETH LOZANO CORREA</w:t>
        </w:r>
      </w:hyperlink>
      <w:r w:rsidRPr="00BC6830">
        <w:rPr>
          <w:rFonts w:ascii="Arial" w:hAnsi="Arial" w:cs="Arial"/>
          <w:b/>
          <w:bCs/>
          <w:lang w:val="es-CO"/>
        </w:rPr>
        <w:t xml:space="preserve">, </w:t>
      </w:r>
      <w:hyperlink r:id="rId25" w:history="1">
        <w:r w:rsidRPr="00BC6830">
          <w:rPr>
            <w:rFonts w:ascii="Arial" w:hAnsi="Arial" w:cs="Arial"/>
            <w:b/>
            <w:bCs/>
            <w:lang w:val="es-CO"/>
          </w:rPr>
          <w:t>DAVID ANDRÉS LUNA SÁNCHEZ</w:t>
        </w:r>
      </w:hyperlink>
      <w:r w:rsidRPr="00BC6830">
        <w:rPr>
          <w:rFonts w:ascii="Arial" w:hAnsi="Arial" w:cs="Arial"/>
          <w:b/>
          <w:bCs/>
          <w:lang w:val="es-CO"/>
        </w:rPr>
        <w:t xml:space="preserve">, </w:t>
      </w:r>
      <w:hyperlink r:id="rId26" w:history="1">
        <w:r w:rsidRPr="00BC6830">
          <w:rPr>
            <w:rFonts w:ascii="Arial" w:hAnsi="Arial" w:cs="Arial"/>
            <w:b/>
            <w:bCs/>
            <w:lang w:val="es-CO"/>
          </w:rPr>
          <w:t>ANA PAOLA AGUDELO GARCÍA</w:t>
        </w:r>
      </w:hyperlink>
      <w:r w:rsidRPr="00BC6830">
        <w:rPr>
          <w:rFonts w:ascii="Arial" w:hAnsi="Arial" w:cs="Arial"/>
          <w:b/>
          <w:bCs/>
          <w:lang w:val="es-CO"/>
        </w:rPr>
        <w:t xml:space="preserve">, </w:t>
      </w:r>
      <w:hyperlink r:id="rId27" w:history="1">
        <w:r w:rsidRPr="00BC6830">
          <w:rPr>
            <w:rFonts w:ascii="Arial" w:hAnsi="Arial" w:cs="Arial"/>
            <w:b/>
            <w:bCs/>
            <w:lang w:val="es-CO"/>
          </w:rPr>
          <w:t>IVÁN LEONIDAS NAME VÁSQUEZ</w:t>
        </w:r>
      </w:hyperlink>
      <w:r w:rsidRPr="00BC6830">
        <w:rPr>
          <w:rFonts w:ascii="Arial" w:hAnsi="Arial" w:cs="Arial"/>
          <w:b/>
          <w:bCs/>
          <w:lang w:val="es-CO"/>
        </w:rPr>
        <w:t xml:space="preserve">, </w:t>
      </w:r>
      <w:hyperlink r:id="rId28" w:history="1">
        <w:r w:rsidRPr="00BC6830">
          <w:rPr>
            <w:rFonts w:ascii="Arial" w:hAnsi="Arial" w:cs="Arial"/>
            <w:b/>
            <w:bCs/>
            <w:lang w:val="es-CO"/>
          </w:rPr>
          <w:t>EDWING FABIÁN DÍAZ PLATA</w:t>
        </w:r>
      </w:hyperlink>
      <w:r w:rsidRPr="00BC6830">
        <w:rPr>
          <w:rFonts w:ascii="Arial" w:hAnsi="Arial" w:cs="Arial"/>
          <w:b/>
          <w:bCs/>
          <w:lang w:val="es-CO"/>
        </w:rPr>
        <w:t xml:space="preserve">.  </w:t>
      </w:r>
      <w:r w:rsidRPr="00BC6830">
        <w:rPr>
          <w:rFonts w:ascii="Arial" w:hAnsi="Arial" w:cs="Arial"/>
          <w:b/>
          <w:bCs/>
          <w:shd w:val="clear" w:color="auto" w:fill="F2F2F2"/>
          <w:lang w:val="es-CO"/>
        </w:rPr>
        <w:t xml:space="preserve"> </w:t>
      </w:r>
      <w:r w:rsidRPr="00BC6830">
        <w:rPr>
          <w:rFonts w:ascii="Arial" w:hAnsi="Arial" w:cs="Arial"/>
          <w:b/>
          <w:bCs/>
          <w:lang w:val="es-CO"/>
        </w:rPr>
        <w:t xml:space="preserve">   </w:t>
      </w:r>
      <w:r w:rsidRPr="00BC6830">
        <w:rPr>
          <w:rFonts w:ascii="Arial" w:hAnsi="Arial" w:cs="Arial"/>
          <w:lang w:val="es-CO"/>
        </w:rPr>
        <w:t xml:space="preserve">     </w:t>
      </w:r>
    </w:p>
    <w:p w14:paraId="0AEBF48B"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w:t>
      </w:r>
      <w:r w:rsidRPr="00BC6830">
        <w:rPr>
          <w:rFonts w:ascii="Arial" w:hAnsi="Arial" w:cs="Arial"/>
          <w:lang w:val="es-CO"/>
        </w:rPr>
        <w:t xml:space="preserve"> agosto 04 2022            </w:t>
      </w:r>
    </w:p>
    <w:p w14:paraId="191137F7"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 xml:space="preserve">Publicación </w:t>
      </w:r>
      <w:r w:rsidR="00841B08">
        <w:rPr>
          <w:rFonts w:ascii="Arial" w:hAnsi="Arial" w:cs="Arial"/>
          <w:b/>
          <w:bCs/>
          <w:lang w:val="es-CO"/>
        </w:rPr>
        <w:t>Proyecto</w:t>
      </w:r>
      <w:r w:rsidRPr="00BC6830">
        <w:rPr>
          <w:rFonts w:ascii="Arial" w:hAnsi="Arial" w:cs="Arial"/>
          <w:b/>
          <w:bCs/>
          <w:lang w:val="es-CO"/>
        </w:rPr>
        <w:t xml:space="preserve"> de Ley:</w:t>
      </w:r>
      <w:r w:rsidRPr="00BC6830">
        <w:rPr>
          <w:rFonts w:ascii="Arial" w:hAnsi="Arial" w:cs="Arial"/>
          <w:lang w:val="es-CO"/>
        </w:rPr>
        <w:t xml:space="preserve"> Gaceta 963 de 2022         </w:t>
      </w:r>
    </w:p>
    <w:p w14:paraId="449CAC70"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 en Comisión:</w:t>
      </w:r>
      <w:r w:rsidRPr="00BC6830">
        <w:rPr>
          <w:rFonts w:ascii="Arial" w:hAnsi="Arial" w:cs="Arial"/>
          <w:lang w:val="es-CO"/>
        </w:rPr>
        <w:t xml:space="preserve"> septiembre 09 de 2022</w:t>
      </w:r>
    </w:p>
    <w:p w14:paraId="499016E2"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b/>
          <w:bCs/>
          <w:lang w:val="es-CO"/>
        </w:rPr>
        <w:t>Ponentes Primer Debate:</w:t>
      </w:r>
      <w:r w:rsidRPr="00BC6830">
        <w:rPr>
          <w:rFonts w:ascii="Arial" w:hAnsi="Arial" w:cs="Arial"/>
          <w:lang w:val="es-CO"/>
        </w:rPr>
        <w:t xml:space="preserve"> </w:t>
      </w:r>
      <w:hyperlink r:id="rId29" w:history="1">
        <w:r w:rsidRPr="00BC6830">
          <w:rPr>
            <w:rFonts w:ascii="Arial" w:hAnsi="Arial" w:cs="Arial"/>
            <w:lang w:val="es-CO"/>
          </w:rPr>
          <w:t>AGMETH JOSÉ ESCAF TIGERINO</w:t>
        </w:r>
      </w:hyperlink>
      <w:r w:rsidRPr="00BC6830">
        <w:rPr>
          <w:rFonts w:ascii="Arial" w:hAnsi="Arial" w:cs="Arial"/>
          <w:lang w:val="es-CO"/>
        </w:rPr>
        <w:t xml:space="preserve">. Ponente único. Designado el 04 de octubre de 2022.       </w:t>
      </w:r>
    </w:p>
    <w:p w14:paraId="37CABFE8"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Ponencia Primer Debate:</w:t>
      </w:r>
      <w:r w:rsidRPr="00BC6830">
        <w:rPr>
          <w:rFonts w:ascii="Arial" w:hAnsi="Arial" w:cs="Arial"/>
          <w:lang w:val="es-CO"/>
        </w:rPr>
        <w:t xml:space="preserve"> Gaceta No. 1468 de 2022  </w:t>
      </w:r>
    </w:p>
    <w:p w14:paraId="7830FF05" w14:textId="77777777" w:rsidR="00134EEA" w:rsidRPr="00BC6830" w:rsidRDefault="00134EEA" w:rsidP="00134EEA">
      <w:pPr>
        <w:pStyle w:val="Sinespaciado"/>
        <w:ind w:left="720"/>
        <w:jc w:val="both"/>
        <w:rPr>
          <w:rFonts w:ascii="Arial" w:hAnsi="Arial" w:cs="Arial"/>
          <w:b/>
          <w:bCs/>
          <w:lang w:val="es-CO"/>
        </w:rPr>
      </w:pPr>
      <w:r w:rsidRPr="00BC6830">
        <w:rPr>
          <w:rFonts w:ascii="Arial" w:hAnsi="Arial" w:cs="Arial"/>
          <w:b/>
          <w:bCs/>
          <w:lang w:val="es-CO"/>
        </w:rPr>
        <w:t xml:space="preserve">Ultimo anuncio: </w:t>
      </w:r>
      <w:r w:rsidRPr="00BC6830">
        <w:rPr>
          <w:rFonts w:ascii="Arial" w:hAnsi="Arial" w:cs="Arial"/>
          <w:lang w:val="es-CO"/>
        </w:rPr>
        <w:t>marzo 28 de 2023.</w:t>
      </w:r>
    </w:p>
    <w:p w14:paraId="0AB4578F" w14:textId="77777777" w:rsidR="00134EEA" w:rsidRPr="00BC6830" w:rsidRDefault="00134EEA" w:rsidP="00134EEA">
      <w:pPr>
        <w:pStyle w:val="Sinespaciado"/>
        <w:ind w:left="720"/>
        <w:jc w:val="both"/>
        <w:rPr>
          <w:rStyle w:val="Textoennegrita"/>
          <w:rFonts w:ascii="Arial" w:hAnsi="Arial" w:cs="Arial"/>
          <w:lang w:val="es-CO"/>
        </w:rPr>
      </w:pPr>
    </w:p>
    <w:p w14:paraId="438FBC6D" w14:textId="77777777" w:rsidR="00134EEA" w:rsidRPr="00BC6830" w:rsidRDefault="00841B08" w:rsidP="00EA64DC">
      <w:pPr>
        <w:pStyle w:val="Sinespaciado"/>
        <w:numPr>
          <w:ilvl w:val="0"/>
          <w:numId w:val="7"/>
        </w:numPr>
        <w:jc w:val="both"/>
        <w:rPr>
          <w:rFonts w:ascii="Arial" w:hAnsi="Arial" w:cs="Arial"/>
          <w:b/>
          <w:bCs/>
          <w:lang w:val="es-CO"/>
        </w:rPr>
      </w:pPr>
      <w:r>
        <w:rPr>
          <w:rStyle w:val="Textoennegrita"/>
          <w:rFonts w:ascii="Arial" w:hAnsi="Arial" w:cs="Arial"/>
          <w:lang w:val="es-CO"/>
        </w:rPr>
        <w:t>Proyecto</w:t>
      </w:r>
      <w:r w:rsidR="00134EEA" w:rsidRPr="00BC6830">
        <w:rPr>
          <w:rStyle w:val="Textoennegrita"/>
          <w:rFonts w:ascii="Arial" w:hAnsi="Arial" w:cs="Arial"/>
          <w:lang w:val="es-CO"/>
        </w:rPr>
        <w:t xml:space="preserve"> de Ley No. 124 de 2022 Cámara “</w:t>
      </w:r>
      <w:r w:rsidR="00134EEA" w:rsidRPr="00BC6830">
        <w:rPr>
          <w:rFonts w:ascii="Arial" w:hAnsi="Arial" w:cs="Arial"/>
          <w:b/>
          <w:bCs/>
          <w:lang w:val="es-CO"/>
        </w:rPr>
        <w:t xml:space="preserve">Por medio de la cual se establecen mecanismos para fortalecer la cobertura del programa subsidios no vis y se dictan otras disposiciones”  </w:t>
      </w:r>
    </w:p>
    <w:p w14:paraId="7C3C7344"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lang w:val="es-CO"/>
        </w:rPr>
        <w:t xml:space="preserve">Autores: </w:t>
      </w:r>
      <w:r w:rsidRPr="00BC6830">
        <w:rPr>
          <w:rFonts w:ascii="Arial" w:hAnsi="Arial" w:cs="Arial"/>
          <w:b/>
          <w:bCs/>
          <w:lang w:val="es-CO"/>
        </w:rPr>
        <w:t xml:space="preserve">HH. RR. </w:t>
      </w:r>
      <w:hyperlink r:id="rId30" w:history="1">
        <w:r w:rsidRPr="00BC6830">
          <w:rPr>
            <w:rFonts w:ascii="Arial" w:hAnsi="Arial" w:cs="Arial"/>
            <w:b/>
            <w:bCs/>
            <w:lang w:val="es-CO"/>
          </w:rPr>
          <w:t>GERMÁN ROGELIO ROZO ANÍS</w:t>
        </w:r>
      </w:hyperlink>
      <w:r w:rsidRPr="00BC6830">
        <w:rPr>
          <w:rFonts w:ascii="Arial" w:hAnsi="Arial" w:cs="Arial"/>
          <w:b/>
          <w:bCs/>
          <w:lang w:val="es-CO"/>
        </w:rPr>
        <w:t xml:space="preserve">, </w:t>
      </w:r>
      <w:hyperlink r:id="rId31" w:history="1">
        <w:r w:rsidRPr="00BC6830">
          <w:rPr>
            <w:rFonts w:ascii="Arial" w:hAnsi="Arial" w:cs="Arial"/>
            <w:b/>
            <w:bCs/>
            <w:lang w:val="es-CO"/>
          </w:rPr>
          <w:t>HÉCTOR DAVID CHAPARRO CHAPARRO</w:t>
        </w:r>
      </w:hyperlink>
      <w:r w:rsidRPr="00BC6830">
        <w:rPr>
          <w:rFonts w:ascii="Arial" w:hAnsi="Arial" w:cs="Arial"/>
          <w:b/>
          <w:bCs/>
          <w:lang w:val="es-CO"/>
        </w:rPr>
        <w:t xml:space="preserve">, </w:t>
      </w:r>
      <w:hyperlink r:id="rId32" w:history="1">
        <w:r w:rsidRPr="00BC6830">
          <w:rPr>
            <w:rFonts w:ascii="Arial" w:hAnsi="Arial" w:cs="Arial"/>
            <w:b/>
            <w:bCs/>
            <w:lang w:val="es-CO"/>
          </w:rPr>
          <w:t>ALEXANDER HARLEY BERMÚDEZ LASSO</w:t>
        </w:r>
      </w:hyperlink>
      <w:r w:rsidRPr="00BC6830">
        <w:rPr>
          <w:rFonts w:ascii="Arial" w:hAnsi="Arial" w:cs="Arial"/>
          <w:b/>
          <w:bCs/>
          <w:lang w:val="es-CO"/>
        </w:rPr>
        <w:t xml:space="preserve">, </w:t>
      </w:r>
      <w:hyperlink r:id="rId33" w:history="1">
        <w:r w:rsidRPr="00BC6830">
          <w:rPr>
            <w:rFonts w:ascii="Arial" w:hAnsi="Arial" w:cs="Arial"/>
            <w:b/>
            <w:bCs/>
            <w:lang w:val="es-CO"/>
          </w:rPr>
          <w:t>LUIS CARLOS OCHOA TOBÓN</w:t>
        </w:r>
      </w:hyperlink>
      <w:r w:rsidRPr="00BC6830">
        <w:rPr>
          <w:rFonts w:ascii="Arial" w:hAnsi="Arial" w:cs="Arial"/>
          <w:b/>
          <w:bCs/>
          <w:lang w:val="es-CO"/>
        </w:rPr>
        <w:t xml:space="preserve">, </w:t>
      </w:r>
      <w:hyperlink r:id="rId34" w:history="1">
        <w:r w:rsidRPr="00BC6830">
          <w:rPr>
            <w:rFonts w:ascii="Arial" w:hAnsi="Arial" w:cs="Arial"/>
            <w:b/>
            <w:bCs/>
            <w:lang w:val="es-CO"/>
          </w:rPr>
          <w:t>HUGO ALFONSO ARCHILA SUÁREZ</w:t>
        </w:r>
      </w:hyperlink>
      <w:r w:rsidRPr="00BC6830">
        <w:rPr>
          <w:rFonts w:ascii="Arial" w:hAnsi="Arial" w:cs="Arial"/>
          <w:b/>
          <w:bCs/>
          <w:lang w:val="es-CO"/>
        </w:rPr>
        <w:t xml:space="preserve">, </w:t>
      </w:r>
      <w:hyperlink r:id="rId35" w:history="1">
        <w:r w:rsidRPr="00BC6830">
          <w:rPr>
            <w:rFonts w:ascii="Arial" w:hAnsi="Arial" w:cs="Arial"/>
            <w:b/>
            <w:bCs/>
            <w:lang w:val="es-CO"/>
          </w:rPr>
          <w:t>CARLOS ADOLFO ARDILA ESPINOSA</w:t>
        </w:r>
      </w:hyperlink>
      <w:r w:rsidRPr="00BC6830">
        <w:rPr>
          <w:rFonts w:ascii="Arial" w:hAnsi="Arial" w:cs="Arial"/>
          <w:b/>
          <w:bCs/>
          <w:lang w:val="es-CO"/>
        </w:rPr>
        <w:t xml:space="preserve">, </w:t>
      </w:r>
      <w:hyperlink r:id="rId36" w:history="1">
        <w:r w:rsidRPr="00BC6830">
          <w:rPr>
            <w:rFonts w:ascii="Arial" w:hAnsi="Arial" w:cs="Arial"/>
            <w:b/>
            <w:bCs/>
            <w:lang w:val="es-CO"/>
          </w:rPr>
          <w:t>DOLCEY OSCAR TORRES ROMERO</w:t>
        </w:r>
      </w:hyperlink>
      <w:r w:rsidRPr="00BC6830">
        <w:rPr>
          <w:rFonts w:ascii="Arial" w:hAnsi="Arial" w:cs="Arial"/>
          <w:b/>
          <w:bCs/>
          <w:lang w:val="es-CO"/>
        </w:rPr>
        <w:t xml:space="preserve">. </w:t>
      </w:r>
      <w:r w:rsidRPr="00BC6830">
        <w:rPr>
          <w:rFonts w:ascii="Arial" w:hAnsi="Arial" w:cs="Arial"/>
          <w:b/>
          <w:bCs/>
          <w:shd w:val="clear" w:color="auto" w:fill="F2F2F2"/>
          <w:lang w:val="es-CO"/>
        </w:rPr>
        <w:t xml:space="preserve"> </w:t>
      </w:r>
      <w:r w:rsidRPr="00BC6830">
        <w:rPr>
          <w:rFonts w:ascii="Arial" w:hAnsi="Arial" w:cs="Arial"/>
          <w:b/>
          <w:bCs/>
          <w:lang w:val="es-CO"/>
        </w:rPr>
        <w:t xml:space="preserve">   </w:t>
      </w:r>
      <w:r w:rsidRPr="00BC6830">
        <w:rPr>
          <w:rFonts w:ascii="Arial" w:hAnsi="Arial" w:cs="Arial"/>
          <w:lang w:val="es-CO"/>
        </w:rPr>
        <w:t xml:space="preserve">     </w:t>
      </w:r>
    </w:p>
    <w:p w14:paraId="361EF775"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w:t>
      </w:r>
      <w:r w:rsidRPr="00BC6830">
        <w:rPr>
          <w:rFonts w:ascii="Arial" w:hAnsi="Arial" w:cs="Arial"/>
          <w:lang w:val="es-CO"/>
        </w:rPr>
        <w:t xml:space="preserve"> agosto 10 2022            </w:t>
      </w:r>
    </w:p>
    <w:p w14:paraId="5D0811CD"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 xml:space="preserve">Publicación </w:t>
      </w:r>
      <w:r w:rsidR="00841B08">
        <w:rPr>
          <w:rFonts w:ascii="Arial" w:hAnsi="Arial" w:cs="Arial"/>
          <w:b/>
          <w:bCs/>
          <w:lang w:val="es-CO"/>
        </w:rPr>
        <w:t>Proyecto</w:t>
      </w:r>
      <w:r w:rsidRPr="00BC6830">
        <w:rPr>
          <w:rFonts w:ascii="Arial" w:hAnsi="Arial" w:cs="Arial"/>
          <w:b/>
          <w:bCs/>
          <w:lang w:val="es-CO"/>
        </w:rPr>
        <w:t xml:space="preserve"> de Ley:</w:t>
      </w:r>
      <w:r w:rsidRPr="00BC6830">
        <w:rPr>
          <w:rFonts w:ascii="Arial" w:hAnsi="Arial" w:cs="Arial"/>
          <w:lang w:val="es-CO"/>
        </w:rPr>
        <w:t xml:space="preserve"> Gaceta 965 de 2022         </w:t>
      </w:r>
    </w:p>
    <w:p w14:paraId="199FDE8F"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 en Comisión:</w:t>
      </w:r>
      <w:r w:rsidRPr="00BC6830">
        <w:rPr>
          <w:rFonts w:ascii="Arial" w:hAnsi="Arial" w:cs="Arial"/>
          <w:lang w:val="es-CO"/>
        </w:rPr>
        <w:t xml:space="preserve"> septiembre 01 de 2022</w:t>
      </w:r>
    </w:p>
    <w:p w14:paraId="2529DBCF"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b/>
          <w:bCs/>
          <w:lang w:val="es-CO"/>
        </w:rPr>
        <w:t>Ponentes Primer Debate:</w:t>
      </w:r>
      <w:r w:rsidRPr="00BC6830">
        <w:rPr>
          <w:rFonts w:ascii="Arial" w:hAnsi="Arial" w:cs="Arial"/>
          <w:lang w:val="es-CO"/>
        </w:rPr>
        <w:t xml:space="preserve"> GERMAN ROGELIO ROZO ANIS (Coordinador Ponente), JORGE ALEXANDER QUEVEDO HERRERA. Designados el 15 de septiembre de 2022.       </w:t>
      </w:r>
    </w:p>
    <w:p w14:paraId="51E24F18"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Ponencia Primer Debate:</w:t>
      </w:r>
      <w:r w:rsidRPr="00BC6830">
        <w:rPr>
          <w:rFonts w:ascii="Arial" w:hAnsi="Arial" w:cs="Arial"/>
          <w:lang w:val="es-CO"/>
        </w:rPr>
        <w:t xml:space="preserve"> Gaceta No. 1466 de 2022 </w:t>
      </w:r>
    </w:p>
    <w:p w14:paraId="72011CB7" w14:textId="77777777" w:rsidR="00134EEA" w:rsidRPr="00BC6830" w:rsidRDefault="00134EEA" w:rsidP="00134EEA">
      <w:pPr>
        <w:pStyle w:val="Sinespaciado"/>
        <w:ind w:left="720"/>
        <w:jc w:val="both"/>
        <w:rPr>
          <w:rFonts w:ascii="Arial" w:hAnsi="Arial" w:cs="Arial"/>
          <w:b/>
          <w:bCs/>
          <w:lang w:val="es-CO"/>
        </w:rPr>
      </w:pPr>
      <w:r w:rsidRPr="00BC6830">
        <w:rPr>
          <w:rFonts w:ascii="Arial" w:hAnsi="Arial" w:cs="Arial"/>
          <w:b/>
          <w:bCs/>
          <w:lang w:val="es-CO"/>
        </w:rPr>
        <w:t xml:space="preserve">Ultimo anuncio: </w:t>
      </w:r>
      <w:r w:rsidRPr="00BC6830">
        <w:rPr>
          <w:rFonts w:ascii="Arial" w:hAnsi="Arial" w:cs="Arial"/>
          <w:lang w:val="es-CO"/>
        </w:rPr>
        <w:t>marzo 28 de 2023.</w:t>
      </w:r>
    </w:p>
    <w:p w14:paraId="2FB77FE2" w14:textId="77777777" w:rsidR="00134EEA" w:rsidRPr="00BC6830" w:rsidRDefault="00134EEA" w:rsidP="00134EEA">
      <w:pPr>
        <w:pStyle w:val="Sinespaciado"/>
        <w:ind w:left="720"/>
        <w:jc w:val="both"/>
        <w:rPr>
          <w:rStyle w:val="Textoennegrita"/>
          <w:rFonts w:ascii="Arial" w:hAnsi="Arial" w:cs="Arial"/>
          <w:lang w:val="es-CO"/>
        </w:rPr>
      </w:pPr>
    </w:p>
    <w:p w14:paraId="2DB1CE0E" w14:textId="77777777" w:rsidR="00134EEA" w:rsidRPr="00BC6830" w:rsidRDefault="00841B08" w:rsidP="00EA64DC">
      <w:pPr>
        <w:pStyle w:val="Sinespaciado"/>
        <w:numPr>
          <w:ilvl w:val="0"/>
          <w:numId w:val="7"/>
        </w:numPr>
        <w:jc w:val="both"/>
        <w:rPr>
          <w:rFonts w:ascii="Arial" w:hAnsi="Arial" w:cs="Arial"/>
          <w:b/>
          <w:bCs/>
          <w:lang w:val="es-CO"/>
        </w:rPr>
      </w:pPr>
      <w:r>
        <w:rPr>
          <w:rStyle w:val="Textoennegrita"/>
          <w:rFonts w:ascii="Arial" w:hAnsi="Arial" w:cs="Arial"/>
          <w:lang w:val="es-CO"/>
        </w:rPr>
        <w:t>Proyecto</w:t>
      </w:r>
      <w:r w:rsidR="00134EEA" w:rsidRPr="00BC6830">
        <w:rPr>
          <w:rStyle w:val="Textoennegrita"/>
          <w:rFonts w:ascii="Arial" w:hAnsi="Arial" w:cs="Arial"/>
          <w:lang w:val="es-CO"/>
        </w:rPr>
        <w:t xml:space="preserve"> de Ley No. 086 de 2022 Cámara “</w:t>
      </w:r>
      <w:r w:rsidR="00134EEA" w:rsidRPr="00BC6830">
        <w:rPr>
          <w:rFonts w:ascii="Arial" w:hAnsi="Arial" w:cs="Arial"/>
          <w:b/>
          <w:bCs/>
          <w:lang w:val="es-CO"/>
        </w:rPr>
        <w:t xml:space="preserve">Por medio del cual se ordena la contratación directa de los agentes de protección y escoltas de la UNP y se reconoce esta profesión como de alto riesgo laboral”    </w:t>
      </w:r>
    </w:p>
    <w:p w14:paraId="193AB778"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lang w:val="es-CO"/>
        </w:rPr>
        <w:t>Autores</w:t>
      </w:r>
      <w:r w:rsidRPr="00BC6830">
        <w:rPr>
          <w:rFonts w:ascii="Arial" w:hAnsi="Arial" w:cs="Arial"/>
          <w:b/>
          <w:bCs/>
          <w:lang w:val="es-CO"/>
        </w:rPr>
        <w:t xml:space="preserve"> H. R. </w:t>
      </w:r>
      <w:hyperlink r:id="rId37" w:history="1">
        <w:r w:rsidRPr="00BC6830">
          <w:rPr>
            <w:rFonts w:ascii="Arial" w:hAnsi="Arial" w:cs="Arial"/>
            <w:b/>
            <w:bCs/>
            <w:lang w:val="es-CO"/>
          </w:rPr>
          <w:t>JENNIFER DALLEY PEDRAZA SANDOVAL</w:t>
        </w:r>
      </w:hyperlink>
      <w:r w:rsidRPr="00BC6830">
        <w:rPr>
          <w:rFonts w:ascii="Arial" w:hAnsi="Arial" w:cs="Arial"/>
          <w:b/>
          <w:bCs/>
          <w:lang w:val="es-CO"/>
        </w:rPr>
        <w:t>.</w:t>
      </w:r>
      <w:r w:rsidRPr="00BC6830">
        <w:rPr>
          <w:rFonts w:ascii="Arial" w:hAnsi="Arial" w:cs="Arial"/>
          <w:b/>
          <w:bCs/>
          <w:shd w:val="clear" w:color="auto" w:fill="F2F2F2"/>
          <w:lang w:val="es-CO"/>
        </w:rPr>
        <w:t xml:space="preserve"> </w:t>
      </w:r>
      <w:r w:rsidRPr="00BC6830">
        <w:rPr>
          <w:rFonts w:ascii="Arial" w:hAnsi="Arial" w:cs="Arial"/>
          <w:b/>
          <w:bCs/>
          <w:lang w:val="es-CO"/>
        </w:rPr>
        <w:t xml:space="preserve">   </w:t>
      </w:r>
      <w:r w:rsidRPr="00BC6830">
        <w:rPr>
          <w:rFonts w:ascii="Arial" w:hAnsi="Arial" w:cs="Arial"/>
          <w:lang w:val="es-CO"/>
        </w:rPr>
        <w:t xml:space="preserve">     </w:t>
      </w:r>
    </w:p>
    <w:p w14:paraId="7C9D3BE6"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w:t>
      </w:r>
      <w:r w:rsidRPr="00BC6830">
        <w:rPr>
          <w:rFonts w:ascii="Arial" w:hAnsi="Arial" w:cs="Arial"/>
          <w:lang w:val="es-CO"/>
        </w:rPr>
        <w:t xml:space="preserve"> julio 27 2022            </w:t>
      </w:r>
    </w:p>
    <w:p w14:paraId="370FE76F"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 xml:space="preserve">Publicación </w:t>
      </w:r>
      <w:r w:rsidR="00841B08">
        <w:rPr>
          <w:rFonts w:ascii="Arial" w:hAnsi="Arial" w:cs="Arial"/>
          <w:b/>
          <w:bCs/>
          <w:lang w:val="es-CO"/>
        </w:rPr>
        <w:t>Proyecto</w:t>
      </w:r>
      <w:r w:rsidRPr="00BC6830">
        <w:rPr>
          <w:rFonts w:ascii="Arial" w:hAnsi="Arial" w:cs="Arial"/>
          <w:b/>
          <w:bCs/>
          <w:lang w:val="es-CO"/>
        </w:rPr>
        <w:t xml:space="preserve"> de Ley:</w:t>
      </w:r>
      <w:r w:rsidRPr="00BC6830">
        <w:rPr>
          <w:rFonts w:ascii="Arial" w:hAnsi="Arial" w:cs="Arial"/>
          <w:lang w:val="es-CO"/>
        </w:rPr>
        <w:t xml:space="preserve"> Gaceta 953 de 2022         </w:t>
      </w:r>
    </w:p>
    <w:p w14:paraId="782E50FB"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 en Comisión:</w:t>
      </w:r>
      <w:r w:rsidRPr="00BC6830">
        <w:rPr>
          <w:rFonts w:ascii="Arial" w:hAnsi="Arial" w:cs="Arial"/>
          <w:lang w:val="es-CO"/>
        </w:rPr>
        <w:t xml:space="preserve"> agosto 30 de 2022</w:t>
      </w:r>
    </w:p>
    <w:p w14:paraId="23E5AE36"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b/>
          <w:bCs/>
          <w:lang w:val="es-CO"/>
        </w:rPr>
        <w:t>Ponentes Primer Debate:</w:t>
      </w:r>
      <w:r w:rsidRPr="00BC6830">
        <w:rPr>
          <w:rFonts w:ascii="Arial" w:hAnsi="Arial" w:cs="Arial"/>
          <w:lang w:val="es-CO"/>
        </w:rPr>
        <w:t xml:space="preserve"> GERARDO YEPES CARO (Coordinador Ponente), ANDRES EDUARDO FORERO MOLINA. Designados el 06 de septiembre de 2022.       </w:t>
      </w:r>
    </w:p>
    <w:p w14:paraId="3D591F5D"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Ponencia Primer Debate:</w:t>
      </w:r>
      <w:r w:rsidRPr="00BC6830">
        <w:rPr>
          <w:rFonts w:ascii="Arial" w:hAnsi="Arial" w:cs="Arial"/>
          <w:lang w:val="es-CO"/>
        </w:rPr>
        <w:t xml:space="preserve"> Gaceta No. 1206 de 2022 </w:t>
      </w:r>
    </w:p>
    <w:p w14:paraId="1F151325" w14:textId="77777777" w:rsidR="00134EEA" w:rsidRPr="00BC6830" w:rsidRDefault="00134EEA" w:rsidP="00134EEA">
      <w:pPr>
        <w:ind w:firstLine="708"/>
        <w:rPr>
          <w:rFonts w:ascii="Arial" w:hAnsi="Arial" w:cs="Arial"/>
          <w:b/>
          <w:bCs/>
          <w:lang w:val="es-CO"/>
        </w:rPr>
      </w:pPr>
      <w:r w:rsidRPr="00BC6830">
        <w:rPr>
          <w:rFonts w:ascii="Arial" w:hAnsi="Arial" w:cs="Arial"/>
          <w:b/>
          <w:bCs/>
          <w:lang w:val="es-CO"/>
        </w:rPr>
        <w:t xml:space="preserve">Ultimo anuncio: </w:t>
      </w:r>
      <w:r w:rsidRPr="00BC6830">
        <w:rPr>
          <w:rFonts w:ascii="Arial" w:hAnsi="Arial" w:cs="Arial"/>
          <w:lang w:val="es-CO"/>
        </w:rPr>
        <w:t>marzo 28 de 2023.</w:t>
      </w:r>
    </w:p>
    <w:p w14:paraId="068C3C8D" w14:textId="77777777" w:rsidR="00134EEA" w:rsidRPr="00BC6830" w:rsidRDefault="00841B08" w:rsidP="00EA64DC">
      <w:pPr>
        <w:pStyle w:val="Sinespaciado"/>
        <w:numPr>
          <w:ilvl w:val="0"/>
          <w:numId w:val="7"/>
        </w:numPr>
        <w:jc w:val="both"/>
        <w:rPr>
          <w:rFonts w:ascii="Arial" w:hAnsi="Arial" w:cs="Arial"/>
          <w:b/>
          <w:bCs/>
          <w:lang w:val="es-CO"/>
        </w:rPr>
      </w:pPr>
      <w:r>
        <w:rPr>
          <w:rStyle w:val="Textoennegrita"/>
          <w:rFonts w:ascii="Arial" w:hAnsi="Arial" w:cs="Arial"/>
          <w:lang w:val="es-CO"/>
        </w:rPr>
        <w:t>Proyecto</w:t>
      </w:r>
      <w:r w:rsidR="00134EEA" w:rsidRPr="00BC6830">
        <w:rPr>
          <w:rStyle w:val="Textoennegrita"/>
          <w:rFonts w:ascii="Arial" w:hAnsi="Arial" w:cs="Arial"/>
          <w:lang w:val="es-CO"/>
        </w:rPr>
        <w:t xml:space="preserve"> de Ley No. 059 de 2022 Cámara “</w:t>
      </w:r>
      <w:r w:rsidR="00134EEA" w:rsidRPr="00BC6830">
        <w:rPr>
          <w:rFonts w:ascii="Arial" w:hAnsi="Arial" w:cs="Arial"/>
          <w:b/>
          <w:bCs/>
          <w:lang w:val="es-CO"/>
        </w:rPr>
        <w:t xml:space="preserve">Por medio de la cual se establecen medidas para dignificar a los cuidadores de personas con discapacidad y se dictan otras disposiciones”  </w:t>
      </w:r>
    </w:p>
    <w:p w14:paraId="4CFB92FC"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lang w:val="es-CO"/>
        </w:rPr>
        <w:t>Autores</w:t>
      </w:r>
      <w:r w:rsidRPr="00BC6830">
        <w:rPr>
          <w:rFonts w:ascii="Arial" w:hAnsi="Arial" w:cs="Arial"/>
          <w:b/>
          <w:bCs/>
          <w:lang w:val="es-CO"/>
        </w:rPr>
        <w:t xml:space="preserve"> HH. RR. </w:t>
      </w:r>
      <w:hyperlink r:id="rId38" w:history="1">
        <w:r w:rsidRPr="00BC6830">
          <w:rPr>
            <w:rFonts w:ascii="Arial" w:hAnsi="Arial" w:cs="Arial"/>
            <w:b/>
            <w:bCs/>
            <w:lang w:val="es-CO"/>
          </w:rPr>
          <w:t>ANA PAOLA GARCÍA SOTO</w:t>
        </w:r>
      </w:hyperlink>
      <w:r w:rsidRPr="00BC6830">
        <w:rPr>
          <w:rFonts w:ascii="Arial" w:hAnsi="Arial" w:cs="Arial"/>
          <w:b/>
          <w:bCs/>
          <w:lang w:val="es-CO"/>
        </w:rPr>
        <w:t xml:space="preserve">, </w:t>
      </w:r>
      <w:hyperlink r:id="rId39" w:history="1">
        <w:r w:rsidRPr="00BC6830">
          <w:rPr>
            <w:rFonts w:ascii="Arial" w:hAnsi="Arial" w:cs="Arial"/>
            <w:b/>
            <w:bCs/>
            <w:lang w:val="es-CO"/>
          </w:rPr>
          <w:t>WILMER RAMIRO CARRILLO MENDOZA</w:t>
        </w:r>
      </w:hyperlink>
      <w:r w:rsidRPr="00BC6830">
        <w:rPr>
          <w:rFonts w:ascii="Arial" w:hAnsi="Arial" w:cs="Arial"/>
          <w:b/>
          <w:bCs/>
          <w:lang w:val="es-CO"/>
        </w:rPr>
        <w:t xml:space="preserve">, </w:t>
      </w:r>
      <w:hyperlink r:id="rId40" w:history="1">
        <w:r w:rsidRPr="00BC6830">
          <w:rPr>
            <w:rFonts w:ascii="Arial" w:hAnsi="Arial" w:cs="Arial"/>
            <w:b/>
            <w:bCs/>
            <w:lang w:val="es-CO"/>
          </w:rPr>
          <w:t>SARAY ELENA ROBAYO BECHARA</w:t>
        </w:r>
      </w:hyperlink>
      <w:r w:rsidRPr="00BC6830">
        <w:rPr>
          <w:rFonts w:ascii="Arial" w:hAnsi="Arial" w:cs="Arial"/>
          <w:b/>
          <w:bCs/>
          <w:lang w:val="es-CO"/>
        </w:rPr>
        <w:t xml:space="preserve">, </w:t>
      </w:r>
      <w:hyperlink r:id="rId41" w:history="1">
        <w:r w:rsidRPr="00BC6830">
          <w:rPr>
            <w:rFonts w:ascii="Arial" w:hAnsi="Arial" w:cs="Arial"/>
            <w:b/>
            <w:bCs/>
            <w:lang w:val="es-CO"/>
          </w:rPr>
          <w:t>JOSÉ ELIÉCER SALAZAR LÓPEZ</w:t>
        </w:r>
      </w:hyperlink>
      <w:r w:rsidRPr="00BC6830">
        <w:rPr>
          <w:rFonts w:ascii="Arial" w:hAnsi="Arial" w:cs="Arial"/>
          <w:b/>
          <w:bCs/>
          <w:lang w:val="es-CO"/>
        </w:rPr>
        <w:t xml:space="preserve">, </w:t>
      </w:r>
      <w:hyperlink r:id="rId42" w:history="1">
        <w:r w:rsidRPr="00BC6830">
          <w:rPr>
            <w:rFonts w:ascii="Arial" w:hAnsi="Arial" w:cs="Arial"/>
            <w:b/>
            <w:bCs/>
            <w:lang w:val="es-CO"/>
          </w:rPr>
          <w:t>ASTRID SÁNCHEZ MONTES DE OCA</w:t>
        </w:r>
      </w:hyperlink>
      <w:r w:rsidRPr="00BC6830">
        <w:rPr>
          <w:rFonts w:ascii="Arial" w:hAnsi="Arial" w:cs="Arial"/>
          <w:b/>
          <w:bCs/>
          <w:lang w:val="es-CO"/>
        </w:rPr>
        <w:t xml:space="preserve">, </w:t>
      </w:r>
      <w:hyperlink r:id="rId43" w:history="1">
        <w:r w:rsidRPr="00BC6830">
          <w:rPr>
            <w:rFonts w:ascii="Arial" w:hAnsi="Arial" w:cs="Arial"/>
            <w:b/>
            <w:bCs/>
            <w:lang w:val="es-CO"/>
          </w:rPr>
          <w:t>MILENE JARAVA DÍAZ</w:t>
        </w:r>
      </w:hyperlink>
      <w:r w:rsidRPr="00BC6830">
        <w:rPr>
          <w:rFonts w:ascii="Arial" w:hAnsi="Arial" w:cs="Arial"/>
          <w:b/>
          <w:bCs/>
          <w:lang w:val="es-CO"/>
        </w:rPr>
        <w:t xml:space="preserve">, </w:t>
      </w:r>
      <w:hyperlink r:id="rId44" w:history="1">
        <w:r w:rsidRPr="00BC6830">
          <w:rPr>
            <w:rFonts w:ascii="Arial" w:hAnsi="Arial" w:cs="Arial"/>
            <w:b/>
            <w:bCs/>
            <w:lang w:val="es-CO"/>
          </w:rPr>
          <w:t>JORGE ELIÉCER TAMAYO MARULANDA</w:t>
        </w:r>
      </w:hyperlink>
      <w:r w:rsidRPr="00BC6830">
        <w:rPr>
          <w:rFonts w:ascii="Arial" w:hAnsi="Arial" w:cs="Arial"/>
          <w:b/>
          <w:bCs/>
          <w:lang w:val="es-CO"/>
        </w:rPr>
        <w:t xml:space="preserve">, </w:t>
      </w:r>
      <w:hyperlink r:id="rId45" w:history="1">
        <w:r w:rsidRPr="00BC6830">
          <w:rPr>
            <w:rFonts w:ascii="Arial" w:hAnsi="Arial" w:cs="Arial"/>
            <w:b/>
            <w:bCs/>
            <w:lang w:val="es-CO"/>
          </w:rPr>
          <w:t>VÍCTOR MANUEL SALCEDO GUERRERO</w:t>
        </w:r>
      </w:hyperlink>
      <w:r w:rsidRPr="00BC6830">
        <w:rPr>
          <w:rFonts w:ascii="Arial" w:hAnsi="Arial" w:cs="Arial"/>
          <w:b/>
          <w:bCs/>
          <w:lang w:val="es-CO"/>
        </w:rPr>
        <w:t xml:space="preserve">, </w:t>
      </w:r>
      <w:hyperlink r:id="rId46" w:history="1">
        <w:r w:rsidRPr="00BC6830">
          <w:rPr>
            <w:rFonts w:ascii="Arial" w:hAnsi="Arial" w:cs="Arial"/>
            <w:b/>
            <w:bCs/>
            <w:lang w:val="es-CO"/>
          </w:rPr>
          <w:t>ALEXANDER GUARÍN SILVA</w:t>
        </w:r>
      </w:hyperlink>
      <w:r w:rsidRPr="00BC6830">
        <w:rPr>
          <w:rFonts w:ascii="Arial" w:hAnsi="Arial" w:cs="Arial"/>
          <w:b/>
          <w:bCs/>
          <w:lang w:val="es-CO"/>
        </w:rPr>
        <w:t xml:space="preserve">, </w:t>
      </w:r>
      <w:hyperlink r:id="rId47" w:history="1">
        <w:r w:rsidRPr="00BC6830">
          <w:rPr>
            <w:rFonts w:ascii="Arial" w:hAnsi="Arial" w:cs="Arial"/>
            <w:b/>
            <w:bCs/>
            <w:lang w:val="es-CO"/>
          </w:rPr>
          <w:t>ANA ROGELIA MONSALVE ÁLVAREZ</w:t>
        </w:r>
      </w:hyperlink>
      <w:r w:rsidRPr="00BC6830">
        <w:rPr>
          <w:rFonts w:ascii="Arial" w:hAnsi="Arial" w:cs="Arial"/>
          <w:b/>
          <w:bCs/>
          <w:lang w:val="es-CO"/>
        </w:rPr>
        <w:t xml:space="preserve">, </w:t>
      </w:r>
      <w:hyperlink r:id="rId48" w:history="1">
        <w:r w:rsidRPr="00BC6830">
          <w:rPr>
            <w:rFonts w:ascii="Arial" w:hAnsi="Arial" w:cs="Arial"/>
            <w:b/>
            <w:bCs/>
            <w:lang w:val="es-CO"/>
          </w:rPr>
          <w:t>TERESA DE JESÚS ENRÍQUEZ ROSERO</w:t>
        </w:r>
      </w:hyperlink>
      <w:r w:rsidRPr="00BC6830">
        <w:rPr>
          <w:rFonts w:ascii="Arial" w:hAnsi="Arial" w:cs="Arial"/>
          <w:b/>
          <w:bCs/>
          <w:lang w:val="es-CO"/>
        </w:rPr>
        <w:t xml:space="preserve">, </w:t>
      </w:r>
      <w:hyperlink r:id="rId49" w:history="1">
        <w:r w:rsidRPr="00BC6830">
          <w:rPr>
            <w:rFonts w:ascii="Arial" w:hAnsi="Arial" w:cs="Arial"/>
            <w:b/>
            <w:bCs/>
            <w:lang w:val="es-CO"/>
          </w:rPr>
          <w:t>DIEGO FERNANDO CAICEDO NAVAS</w:t>
        </w:r>
      </w:hyperlink>
      <w:r w:rsidRPr="00BC6830">
        <w:rPr>
          <w:rFonts w:ascii="Arial" w:hAnsi="Arial" w:cs="Arial"/>
          <w:b/>
          <w:bCs/>
          <w:lang w:val="es-CO"/>
        </w:rPr>
        <w:t xml:space="preserve"> y los HH. SS. </w:t>
      </w:r>
      <w:hyperlink r:id="rId50" w:history="1">
        <w:r w:rsidRPr="00BC6830">
          <w:rPr>
            <w:rFonts w:ascii="Arial" w:hAnsi="Arial" w:cs="Arial"/>
            <w:b/>
            <w:bCs/>
            <w:lang w:val="es-CO"/>
          </w:rPr>
          <w:t>JUAN CARLOS GARCÉS ROJAS</w:t>
        </w:r>
      </w:hyperlink>
      <w:r w:rsidRPr="00BC6830">
        <w:rPr>
          <w:rFonts w:ascii="Arial" w:hAnsi="Arial" w:cs="Arial"/>
          <w:b/>
          <w:bCs/>
          <w:lang w:val="es-CO"/>
        </w:rPr>
        <w:t xml:space="preserve">, </w:t>
      </w:r>
      <w:hyperlink r:id="rId51" w:history="1">
        <w:r w:rsidRPr="00BC6830">
          <w:rPr>
            <w:rFonts w:ascii="Arial" w:hAnsi="Arial" w:cs="Arial"/>
            <w:b/>
            <w:bCs/>
            <w:lang w:val="es-CO"/>
          </w:rPr>
          <w:t>JOSÉ ALFREDO GNECCO ZULETA</w:t>
        </w:r>
      </w:hyperlink>
      <w:r w:rsidRPr="00BC6830">
        <w:rPr>
          <w:rFonts w:ascii="Arial" w:hAnsi="Arial" w:cs="Arial"/>
          <w:b/>
          <w:bCs/>
          <w:lang w:val="es-CO"/>
        </w:rPr>
        <w:t xml:space="preserve">, </w:t>
      </w:r>
      <w:hyperlink r:id="rId52" w:history="1">
        <w:r w:rsidRPr="00BC6830">
          <w:rPr>
            <w:rFonts w:ascii="Arial" w:hAnsi="Arial" w:cs="Arial"/>
            <w:b/>
            <w:bCs/>
            <w:lang w:val="es-CO"/>
          </w:rPr>
          <w:t>NORMA HURTADO SÁNCHEZ</w:t>
        </w:r>
      </w:hyperlink>
      <w:r w:rsidRPr="00BC6830">
        <w:rPr>
          <w:rFonts w:ascii="Arial" w:hAnsi="Arial" w:cs="Arial"/>
          <w:b/>
          <w:bCs/>
          <w:lang w:val="es-CO"/>
        </w:rPr>
        <w:t xml:space="preserve">, </w:t>
      </w:r>
      <w:hyperlink r:id="rId53" w:history="1">
        <w:r w:rsidRPr="00BC6830">
          <w:rPr>
            <w:rFonts w:ascii="Arial" w:hAnsi="Arial" w:cs="Arial"/>
            <w:b/>
            <w:bCs/>
            <w:lang w:val="es-CO"/>
          </w:rPr>
          <w:t>ALFREDO RAFAEL DELUQUE ZULETA</w:t>
        </w:r>
      </w:hyperlink>
      <w:r w:rsidRPr="00BC6830">
        <w:rPr>
          <w:rFonts w:ascii="Arial" w:hAnsi="Arial" w:cs="Arial"/>
          <w:b/>
          <w:bCs/>
          <w:lang w:val="es-CO"/>
        </w:rPr>
        <w:t xml:space="preserve">, </w:t>
      </w:r>
      <w:hyperlink r:id="rId54" w:history="1">
        <w:r w:rsidRPr="00BC6830">
          <w:rPr>
            <w:rFonts w:ascii="Arial" w:hAnsi="Arial" w:cs="Arial"/>
            <w:b/>
            <w:bCs/>
            <w:lang w:val="es-CO"/>
          </w:rPr>
          <w:t>JOHN MOISES BESAILE FAYAD</w:t>
        </w:r>
      </w:hyperlink>
      <w:r w:rsidRPr="00BC6830">
        <w:rPr>
          <w:rFonts w:ascii="Arial" w:hAnsi="Arial" w:cs="Arial"/>
          <w:b/>
          <w:bCs/>
          <w:lang w:val="es-CO"/>
        </w:rPr>
        <w:t xml:space="preserve">, </w:t>
      </w:r>
      <w:hyperlink r:id="rId55" w:history="1">
        <w:r w:rsidRPr="00BC6830">
          <w:rPr>
            <w:rFonts w:ascii="Arial" w:hAnsi="Arial" w:cs="Arial"/>
            <w:b/>
            <w:bCs/>
            <w:lang w:val="es-CO"/>
          </w:rPr>
          <w:t>BERNER LEÓN ZAMBRANO ERAZO</w:t>
        </w:r>
      </w:hyperlink>
      <w:r w:rsidRPr="00BC6830">
        <w:rPr>
          <w:rFonts w:ascii="Arial" w:hAnsi="Arial" w:cs="Arial"/>
          <w:b/>
          <w:bCs/>
          <w:lang w:val="es-CO"/>
        </w:rPr>
        <w:t xml:space="preserve">, </w:t>
      </w:r>
      <w:hyperlink r:id="rId56" w:history="1">
        <w:r w:rsidRPr="00BC6830">
          <w:rPr>
            <w:rFonts w:ascii="Arial" w:hAnsi="Arial" w:cs="Arial"/>
            <w:b/>
            <w:bCs/>
            <w:lang w:val="es-CO"/>
          </w:rPr>
          <w:t>ANTONIO JOSÉ CORREA JIMÉNEZ</w:t>
        </w:r>
      </w:hyperlink>
      <w:r w:rsidRPr="00BC6830">
        <w:rPr>
          <w:rFonts w:ascii="Arial" w:hAnsi="Arial" w:cs="Arial"/>
          <w:b/>
          <w:bCs/>
          <w:lang w:val="es-CO"/>
        </w:rPr>
        <w:t xml:space="preserve">, </w:t>
      </w:r>
      <w:hyperlink r:id="rId57" w:history="1">
        <w:r w:rsidRPr="00BC6830">
          <w:rPr>
            <w:rFonts w:ascii="Arial" w:hAnsi="Arial" w:cs="Arial"/>
            <w:b/>
            <w:bCs/>
            <w:lang w:val="es-CO"/>
          </w:rPr>
          <w:t>JUAN FELIPE LEMOS URIBE</w:t>
        </w:r>
      </w:hyperlink>
      <w:r w:rsidRPr="00BC6830">
        <w:rPr>
          <w:rFonts w:ascii="Arial" w:hAnsi="Arial" w:cs="Arial"/>
          <w:b/>
          <w:bCs/>
          <w:lang w:val="es-CO"/>
        </w:rPr>
        <w:t xml:space="preserve">. </w:t>
      </w:r>
      <w:r w:rsidRPr="00BC6830">
        <w:rPr>
          <w:rFonts w:ascii="Arial" w:hAnsi="Arial" w:cs="Arial"/>
          <w:b/>
          <w:bCs/>
          <w:shd w:val="clear" w:color="auto" w:fill="F2F2F2"/>
          <w:lang w:val="es-CO"/>
        </w:rPr>
        <w:t xml:space="preserve"> </w:t>
      </w:r>
      <w:r w:rsidRPr="00BC6830">
        <w:rPr>
          <w:rFonts w:ascii="Arial" w:hAnsi="Arial" w:cs="Arial"/>
          <w:b/>
          <w:bCs/>
          <w:lang w:val="es-CO"/>
        </w:rPr>
        <w:t xml:space="preserve">   </w:t>
      </w:r>
      <w:r w:rsidRPr="00BC6830">
        <w:rPr>
          <w:rFonts w:ascii="Arial" w:hAnsi="Arial" w:cs="Arial"/>
          <w:lang w:val="es-CO"/>
        </w:rPr>
        <w:t xml:space="preserve">     </w:t>
      </w:r>
    </w:p>
    <w:p w14:paraId="6A42BC5D"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w:t>
      </w:r>
      <w:r w:rsidRPr="00BC6830">
        <w:rPr>
          <w:rFonts w:ascii="Arial" w:hAnsi="Arial" w:cs="Arial"/>
          <w:lang w:val="es-CO"/>
        </w:rPr>
        <w:t xml:space="preserve"> julio 26 2022            </w:t>
      </w:r>
    </w:p>
    <w:p w14:paraId="1D412E6E"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 xml:space="preserve">Publicación </w:t>
      </w:r>
      <w:r w:rsidR="00841B08">
        <w:rPr>
          <w:rFonts w:ascii="Arial" w:hAnsi="Arial" w:cs="Arial"/>
          <w:b/>
          <w:bCs/>
          <w:lang w:val="es-CO"/>
        </w:rPr>
        <w:t>Proyecto</w:t>
      </w:r>
      <w:r w:rsidRPr="00BC6830">
        <w:rPr>
          <w:rFonts w:ascii="Arial" w:hAnsi="Arial" w:cs="Arial"/>
          <w:b/>
          <w:bCs/>
          <w:lang w:val="es-CO"/>
        </w:rPr>
        <w:t xml:space="preserve"> de Ley:</w:t>
      </w:r>
      <w:r w:rsidRPr="00BC6830">
        <w:rPr>
          <w:rFonts w:ascii="Arial" w:hAnsi="Arial" w:cs="Arial"/>
          <w:lang w:val="es-CO"/>
        </w:rPr>
        <w:t xml:space="preserve"> Gaceta 935 de 2022         </w:t>
      </w:r>
    </w:p>
    <w:p w14:paraId="689EE1FD"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 en Comisión:</w:t>
      </w:r>
      <w:r w:rsidRPr="00BC6830">
        <w:rPr>
          <w:rFonts w:ascii="Arial" w:hAnsi="Arial" w:cs="Arial"/>
          <w:lang w:val="es-CO"/>
        </w:rPr>
        <w:t xml:space="preserve"> agosto 24 de 2022</w:t>
      </w:r>
    </w:p>
    <w:p w14:paraId="3250914F"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b/>
          <w:bCs/>
          <w:lang w:val="es-CO"/>
        </w:rPr>
        <w:lastRenderedPageBreak/>
        <w:t>Ponentes Primer Debate:</w:t>
      </w:r>
      <w:r w:rsidRPr="00BC6830">
        <w:rPr>
          <w:rFonts w:ascii="Arial" w:hAnsi="Arial" w:cs="Arial"/>
          <w:lang w:val="es-CO"/>
        </w:rPr>
        <w:t xml:space="preserve"> BETSY JUDITH PEREZ ARANGO (Coordinador Ponente), HECTOR DAVID CHAPARRO CHAPARRO, JAIRO HUMBERTO CRISTO CORREA, JORGE ALEXANDER QUEVEDO HERRERA, GERARDO YEPES CARO. Designados el 06 de septiembre de 2022.       </w:t>
      </w:r>
    </w:p>
    <w:p w14:paraId="57E35AD7"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Ponencia Primer Debate:</w:t>
      </w:r>
      <w:r w:rsidRPr="00BC6830">
        <w:rPr>
          <w:rFonts w:ascii="Arial" w:hAnsi="Arial" w:cs="Arial"/>
          <w:lang w:val="es-CO"/>
        </w:rPr>
        <w:t xml:space="preserve"> Gaceta No. 1214 de 2022 </w:t>
      </w:r>
    </w:p>
    <w:p w14:paraId="4820CD76" w14:textId="77777777" w:rsidR="00134EEA" w:rsidRPr="00BC6830" w:rsidRDefault="00134EEA" w:rsidP="00134EEA">
      <w:pPr>
        <w:pStyle w:val="Sinespaciado"/>
        <w:ind w:left="720"/>
        <w:jc w:val="both"/>
        <w:rPr>
          <w:rFonts w:ascii="Arial" w:hAnsi="Arial" w:cs="Arial"/>
          <w:b/>
          <w:bCs/>
          <w:lang w:val="es-CO"/>
        </w:rPr>
      </w:pPr>
      <w:r w:rsidRPr="00BC6830">
        <w:rPr>
          <w:rFonts w:ascii="Arial" w:hAnsi="Arial" w:cs="Arial"/>
          <w:b/>
          <w:bCs/>
          <w:lang w:val="es-CO"/>
        </w:rPr>
        <w:t xml:space="preserve">Ultimo anuncio: </w:t>
      </w:r>
      <w:r w:rsidRPr="00BC6830">
        <w:rPr>
          <w:rFonts w:ascii="Arial" w:hAnsi="Arial" w:cs="Arial"/>
          <w:lang w:val="es-CO"/>
        </w:rPr>
        <w:t>marzo 28 de 2023.</w:t>
      </w:r>
    </w:p>
    <w:p w14:paraId="2D76FC2A" w14:textId="77777777" w:rsidR="00134EEA" w:rsidRPr="00BC6830" w:rsidRDefault="00134EEA" w:rsidP="00134EEA">
      <w:pPr>
        <w:pStyle w:val="Sinespaciado"/>
        <w:ind w:left="720"/>
        <w:jc w:val="both"/>
        <w:rPr>
          <w:rStyle w:val="Textoennegrita"/>
          <w:rFonts w:ascii="Arial" w:hAnsi="Arial" w:cs="Arial"/>
          <w:lang w:val="es-CO"/>
        </w:rPr>
      </w:pPr>
    </w:p>
    <w:p w14:paraId="48B497FF" w14:textId="77777777" w:rsidR="00134EEA" w:rsidRPr="00BC6830" w:rsidRDefault="00841B08" w:rsidP="00EA64DC">
      <w:pPr>
        <w:pStyle w:val="Sinespaciado"/>
        <w:numPr>
          <w:ilvl w:val="0"/>
          <w:numId w:val="7"/>
        </w:numPr>
        <w:jc w:val="both"/>
        <w:rPr>
          <w:rFonts w:ascii="Arial" w:hAnsi="Arial" w:cs="Arial"/>
          <w:b/>
          <w:bCs/>
          <w:lang w:val="es-CO"/>
        </w:rPr>
      </w:pPr>
      <w:r>
        <w:rPr>
          <w:rStyle w:val="Textoennegrita"/>
          <w:rFonts w:ascii="Arial" w:hAnsi="Arial" w:cs="Arial"/>
          <w:lang w:val="es-CO"/>
        </w:rPr>
        <w:t>Proyecto</w:t>
      </w:r>
      <w:r w:rsidR="00134EEA" w:rsidRPr="00BC6830">
        <w:rPr>
          <w:rStyle w:val="Textoennegrita"/>
          <w:rFonts w:ascii="Arial" w:hAnsi="Arial" w:cs="Arial"/>
          <w:lang w:val="es-CO"/>
        </w:rPr>
        <w:t xml:space="preserve"> de Ley No. 107 de 2022 Cámara “</w:t>
      </w:r>
      <w:r w:rsidR="00134EEA" w:rsidRPr="00BC6830">
        <w:rPr>
          <w:rFonts w:ascii="Arial" w:eastAsia="Arial" w:hAnsi="Arial" w:cs="Arial"/>
          <w:b/>
          <w:bCs/>
          <w:lang w:val="es-CO"/>
        </w:rPr>
        <w:t>Por medio de la cual se establecen condiciones para la promoción, estándares calidad y acceso de la Vivienda de Interés Social y Prioritario y se dictan otras disposiciones</w:t>
      </w:r>
      <w:r w:rsidR="00134EEA" w:rsidRPr="00BC6830">
        <w:rPr>
          <w:rFonts w:ascii="Arial" w:hAnsi="Arial" w:cs="Arial"/>
          <w:b/>
          <w:bCs/>
          <w:lang w:val="es-CO"/>
        </w:rPr>
        <w:t xml:space="preserve">”  </w:t>
      </w:r>
    </w:p>
    <w:p w14:paraId="5337E914"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lang w:val="es-CO"/>
        </w:rPr>
        <w:t>Autores</w:t>
      </w:r>
      <w:r w:rsidRPr="00BC6830">
        <w:rPr>
          <w:rFonts w:ascii="Arial" w:hAnsi="Arial" w:cs="Arial"/>
          <w:b/>
          <w:bCs/>
          <w:lang w:val="es-CO"/>
        </w:rPr>
        <w:t xml:space="preserve"> HH. RR. </w:t>
      </w:r>
      <w:hyperlink r:id="rId58" w:history="1">
        <w:r w:rsidRPr="00BC6830">
          <w:rPr>
            <w:rFonts w:ascii="Arial" w:hAnsi="Arial" w:cs="Arial"/>
            <w:b/>
            <w:bCs/>
            <w:lang w:val="es-CO"/>
          </w:rPr>
          <w:t>OLGA LUCIA VELÁSQUEZ NIETO</w:t>
        </w:r>
      </w:hyperlink>
      <w:r w:rsidRPr="00BC6830">
        <w:rPr>
          <w:rFonts w:ascii="Arial" w:hAnsi="Arial" w:cs="Arial"/>
          <w:b/>
          <w:bCs/>
          <w:lang w:val="es-CO"/>
        </w:rPr>
        <w:t xml:space="preserve">, </w:t>
      </w:r>
      <w:hyperlink r:id="rId59" w:history="1">
        <w:r w:rsidRPr="00BC6830">
          <w:rPr>
            <w:rFonts w:ascii="Arial" w:hAnsi="Arial" w:cs="Arial"/>
            <w:b/>
            <w:bCs/>
            <w:lang w:val="es-CO"/>
          </w:rPr>
          <w:t>JUAN CAMILO LONDOÑO BARRERA</w:t>
        </w:r>
      </w:hyperlink>
      <w:r w:rsidRPr="00BC6830">
        <w:rPr>
          <w:rFonts w:ascii="Arial" w:hAnsi="Arial" w:cs="Arial"/>
          <w:b/>
          <w:bCs/>
          <w:lang w:val="es-CO"/>
        </w:rPr>
        <w:t xml:space="preserve">, </w:t>
      </w:r>
      <w:hyperlink r:id="rId60" w:history="1">
        <w:r w:rsidRPr="00BC6830">
          <w:rPr>
            <w:rFonts w:ascii="Arial" w:hAnsi="Arial" w:cs="Arial"/>
            <w:b/>
            <w:bCs/>
            <w:lang w:val="es-CO"/>
          </w:rPr>
          <w:t>CAROLINA GIRALDO BOTERO</w:t>
        </w:r>
      </w:hyperlink>
      <w:r w:rsidRPr="00BC6830">
        <w:rPr>
          <w:rFonts w:ascii="Arial" w:hAnsi="Arial" w:cs="Arial"/>
          <w:b/>
          <w:bCs/>
          <w:lang w:val="es-CO"/>
        </w:rPr>
        <w:t xml:space="preserve">, </w:t>
      </w:r>
      <w:hyperlink r:id="rId61" w:history="1">
        <w:r w:rsidRPr="00BC6830">
          <w:rPr>
            <w:rFonts w:ascii="Arial" w:hAnsi="Arial" w:cs="Arial"/>
            <w:b/>
            <w:bCs/>
            <w:lang w:val="es-CO"/>
          </w:rPr>
          <w:t>DUVALIER SÁNCHEZ ARANGO</w:t>
        </w:r>
      </w:hyperlink>
      <w:r w:rsidRPr="00BC6830">
        <w:rPr>
          <w:rFonts w:ascii="Arial" w:hAnsi="Arial" w:cs="Arial"/>
          <w:b/>
          <w:bCs/>
          <w:lang w:val="es-CO"/>
        </w:rPr>
        <w:t xml:space="preserve">, </w:t>
      </w:r>
      <w:hyperlink r:id="rId62" w:history="1">
        <w:r w:rsidRPr="00BC6830">
          <w:rPr>
            <w:rFonts w:ascii="Arial" w:hAnsi="Arial" w:cs="Arial"/>
            <w:b/>
            <w:bCs/>
            <w:lang w:val="es-CO"/>
          </w:rPr>
          <w:t>DANIEL CARVALHO MEJÍA</w:t>
        </w:r>
      </w:hyperlink>
      <w:r w:rsidRPr="00BC6830">
        <w:rPr>
          <w:rFonts w:ascii="Arial" w:hAnsi="Arial" w:cs="Arial"/>
          <w:b/>
          <w:bCs/>
          <w:lang w:val="es-CO"/>
        </w:rPr>
        <w:t xml:space="preserve">, </w:t>
      </w:r>
      <w:hyperlink r:id="rId63" w:history="1">
        <w:r w:rsidRPr="00BC6830">
          <w:rPr>
            <w:rFonts w:ascii="Arial" w:hAnsi="Arial" w:cs="Arial"/>
            <w:b/>
            <w:bCs/>
            <w:lang w:val="es-CO"/>
          </w:rPr>
          <w:t>CATHERINE JUVINAO CLAVIJO</w:t>
        </w:r>
      </w:hyperlink>
      <w:r w:rsidRPr="00BC6830">
        <w:rPr>
          <w:rFonts w:ascii="Arial" w:hAnsi="Arial" w:cs="Arial"/>
          <w:b/>
          <w:bCs/>
          <w:lang w:val="es-CO"/>
        </w:rPr>
        <w:t xml:space="preserve">, </w:t>
      </w:r>
      <w:hyperlink r:id="rId64" w:history="1">
        <w:r w:rsidRPr="00BC6830">
          <w:rPr>
            <w:rFonts w:ascii="Arial" w:hAnsi="Arial" w:cs="Arial"/>
            <w:b/>
            <w:bCs/>
            <w:lang w:val="es-CO"/>
          </w:rPr>
          <w:t>JAIME RAÚL SALAMANCA TORRES</w:t>
        </w:r>
      </w:hyperlink>
      <w:r w:rsidRPr="00BC6830">
        <w:rPr>
          <w:rFonts w:ascii="Arial" w:hAnsi="Arial" w:cs="Arial"/>
          <w:b/>
          <w:bCs/>
          <w:lang w:val="es-CO"/>
        </w:rPr>
        <w:t xml:space="preserve">, </w:t>
      </w:r>
      <w:hyperlink r:id="rId65" w:history="1">
        <w:r w:rsidRPr="00BC6830">
          <w:rPr>
            <w:rFonts w:ascii="Arial" w:hAnsi="Arial" w:cs="Arial"/>
            <w:b/>
            <w:bCs/>
            <w:lang w:val="es-CO"/>
          </w:rPr>
          <w:t>JENNIFER DALLEY PEDRAZA SANDOVAL</w:t>
        </w:r>
      </w:hyperlink>
      <w:r w:rsidRPr="00BC6830">
        <w:rPr>
          <w:rFonts w:ascii="Arial" w:hAnsi="Arial" w:cs="Arial"/>
          <w:b/>
          <w:bCs/>
          <w:lang w:val="es-CO"/>
        </w:rPr>
        <w:t xml:space="preserve">, </w:t>
      </w:r>
      <w:hyperlink r:id="rId66" w:history="1">
        <w:r w:rsidRPr="00BC6830">
          <w:rPr>
            <w:rFonts w:ascii="Arial" w:hAnsi="Arial" w:cs="Arial"/>
            <w:b/>
            <w:bCs/>
            <w:lang w:val="es-CO"/>
          </w:rPr>
          <w:t>JULIA MIRANDA LONDOÑO</w:t>
        </w:r>
      </w:hyperlink>
      <w:r w:rsidRPr="00BC6830">
        <w:rPr>
          <w:rFonts w:ascii="Arial" w:hAnsi="Arial" w:cs="Arial"/>
          <w:b/>
          <w:bCs/>
          <w:lang w:val="es-CO"/>
        </w:rPr>
        <w:t xml:space="preserve">, </w:t>
      </w:r>
      <w:hyperlink r:id="rId67" w:history="1">
        <w:r w:rsidRPr="00BC6830">
          <w:rPr>
            <w:rFonts w:ascii="Arial" w:hAnsi="Arial" w:cs="Arial"/>
            <w:b/>
            <w:bCs/>
            <w:lang w:val="es-CO"/>
          </w:rPr>
          <w:t>JUAN SEBASTIÁN GÓMEZ GONZÁLEZ</w:t>
        </w:r>
      </w:hyperlink>
      <w:r w:rsidRPr="00BC6830">
        <w:rPr>
          <w:rFonts w:ascii="Arial" w:hAnsi="Arial" w:cs="Arial"/>
          <w:b/>
          <w:bCs/>
          <w:lang w:val="es-CO"/>
        </w:rPr>
        <w:t xml:space="preserve">, </w:t>
      </w:r>
      <w:hyperlink r:id="rId68" w:history="1">
        <w:r w:rsidRPr="00BC6830">
          <w:rPr>
            <w:rFonts w:ascii="Arial" w:hAnsi="Arial" w:cs="Arial"/>
            <w:b/>
            <w:bCs/>
            <w:lang w:val="es-CO"/>
          </w:rPr>
          <w:t>CRISTIAN DANILO AVENDAÑO FINO</w:t>
        </w:r>
      </w:hyperlink>
      <w:r w:rsidRPr="00BC6830">
        <w:rPr>
          <w:rFonts w:ascii="Arial" w:hAnsi="Arial" w:cs="Arial"/>
          <w:b/>
          <w:bCs/>
          <w:lang w:val="es-CO"/>
        </w:rPr>
        <w:t xml:space="preserve">, </w:t>
      </w:r>
      <w:hyperlink r:id="rId69" w:history="1">
        <w:r w:rsidRPr="00BC6830">
          <w:rPr>
            <w:rFonts w:ascii="Arial" w:hAnsi="Arial" w:cs="Arial"/>
            <w:b/>
            <w:bCs/>
            <w:lang w:val="es-CO"/>
          </w:rPr>
          <w:t>JUAN CARLOS GARCÍA GÓMEZ</w:t>
        </w:r>
      </w:hyperlink>
      <w:r w:rsidRPr="00BC6830">
        <w:rPr>
          <w:rFonts w:ascii="Arial" w:hAnsi="Arial" w:cs="Arial"/>
          <w:b/>
          <w:bCs/>
          <w:lang w:val="es-CO"/>
        </w:rPr>
        <w:t xml:space="preserve">, </w:t>
      </w:r>
      <w:hyperlink r:id="rId70" w:history="1">
        <w:r w:rsidRPr="00BC6830">
          <w:rPr>
            <w:rFonts w:ascii="Arial" w:hAnsi="Arial" w:cs="Arial"/>
            <w:b/>
            <w:bCs/>
            <w:lang w:val="es-CO"/>
          </w:rPr>
          <w:t>JUAN DIEGO MUÑOZ CABRERA</w:t>
        </w:r>
      </w:hyperlink>
      <w:r w:rsidRPr="00BC6830">
        <w:rPr>
          <w:rFonts w:ascii="Arial" w:hAnsi="Arial" w:cs="Arial"/>
          <w:b/>
          <w:bCs/>
          <w:lang w:val="es-CO"/>
        </w:rPr>
        <w:t xml:space="preserve"> y los HH. SS.  </w:t>
      </w:r>
      <w:hyperlink r:id="rId71" w:history="1">
        <w:r w:rsidRPr="00BC6830">
          <w:rPr>
            <w:rFonts w:ascii="Arial" w:hAnsi="Arial" w:cs="Arial"/>
            <w:b/>
            <w:bCs/>
            <w:lang w:val="es-CO"/>
          </w:rPr>
          <w:t>ANGÉLICA LISBETH LOZANO CORREA</w:t>
        </w:r>
      </w:hyperlink>
      <w:r w:rsidRPr="00BC6830">
        <w:rPr>
          <w:rFonts w:ascii="Arial" w:hAnsi="Arial" w:cs="Arial"/>
          <w:b/>
          <w:bCs/>
          <w:lang w:val="es-CO"/>
        </w:rPr>
        <w:t xml:space="preserve">, </w:t>
      </w:r>
      <w:hyperlink r:id="rId72" w:history="1">
        <w:r w:rsidRPr="00BC6830">
          <w:rPr>
            <w:rFonts w:ascii="Arial" w:hAnsi="Arial" w:cs="Arial"/>
            <w:b/>
            <w:bCs/>
            <w:lang w:val="es-CO"/>
          </w:rPr>
          <w:t>EDWING FABIÁN DÍAZ PLATA</w:t>
        </w:r>
      </w:hyperlink>
      <w:r w:rsidRPr="00BC6830">
        <w:rPr>
          <w:rFonts w:ascii="Arial" w:hAnsi="Arial" w:cs="Arial"/>
          <w:b/>
          <w:bCs/>
          <w:lang w:val="es-CO"/>
        </w:rPr>
        <w:t xml:space="preserve">, </w:t>
      </w:r>
      <w:hyperlink r:id="rId73" w:history="1">
        <w:r w:rsidRPr="00BC6830">
          <w:rPr>
            <w:rFonts w:ascii="Arial" w:hAnsi="Arial" w:cs="Arial"/>
            <w:b/>
            <w:bCs/>
            <w:lang w:val="es-CO"/>
          </w:rPr>
          <w:t>ANA CAROLINA ESPITIA JEREZ</w:t>
        </w:r>
      </w:hyperlink>
      <w:r w:rsidRPr="00BC6830">
        <w:rPr>
          <w:rFonts w:ascii="Arial" w:hAnsi="Arial" w:cs="Arial"/>
          <w:b/>
          <w:bCs/>
          <w:lang w:val="es-CO"/>
        </w:rPr>
        <w:t xml:space="preserve">, </w:t>
      </w:r>
      <w:hyperlink r:id="rId74" w:history="1">
        <w:r w:rsidRPr="00BC6830">
          <w:rPr>
            <w:rFonts w:ascii="Arial" w:hAnsi="Arial" w:cs="Arial"/>
            <w:b/>
            <w:bCs/>
            <w:lang w:val="es-CO"/>
          </w:rPr>
          <w:t>ANDREA PADILLA VILLARRAGA</w:t>
        </w:r>
      </w:hyperlink>
      <w:r w:rsidRPr="00BC6830">
        <w:rPr>
          <w:rFonts w:ascii="Arial" w:hAnsi="Arial" w:cs="Arial"/>
          <w:b/>
          <w:bCs/>
          <w:lang w:val="es-CO"/>
        </w:rPr>
        <w:t xml:space="preserve">, </w:t>
      </w:r>
      <w:hyperlink r:id="rId75" w:history="1">
        <w:r w:rsidRPr="00BC6830">
          <w:rPr>
            <w:rFonts w:ascii="Arial" w:hAnsi="Arial" w:cs="Arial"/>
            <w:b/>
            <w:bCs/>
            <w:lang w:val="es-CO"/>
          </w:rPr>
          <w:t>IVÁN LEONIDAS NAME VÁSQUEZ</w:t>
        </w:r>
      </w:hyperlink>
      <w:r w:rsidRPr="00BC6830">
        <w:rPr>
          <w:rFonts w:ascii="Arial" w:hAnsi="Arial" w:cs="Arial"/>
          <w:b/>
          <w:bCs/>
          <w:lang w:val="es-CO"/>
        </w:rPr>
        <w:t>.</w:t>
      </w:r>
      <w:r w:rsidRPr="00BC6830">
        <w:rPr>
          <w:rFonts w:ascii="Arial" w:hAnsi="Arial" w:cs="Arial"/>
          <w:b/>
          <w:bCs/>
          <w:shd w:val="clear" w:color="auto" w:fill="F2F2F2"/>
          <w:lang w:val="es-CO"/>
        </w:rPr>
        <w:t xml:space="preserve"> </w:t>
      </w:r>
      <w:r w:rsidRPr="00BC6830">
        <w:rPr>
          <w:rFonts w:ascii="Arial" w:hAnsi="Arial" w:cs="Arial"/>
          <w:b/>
          <w:bCs/>
          <w:lang w:val="es-CO"/>
        </w:rPr>
        <w:t xml:space="preserve">   </w:t>
      </w:r>
      <w:r w:rsidRPr="00BC6830">
        <w:rPr>
          <w:rFonts w:ascii="Arial" w:hAnsi="Arial" w:cs="Arial"/>
          <w:lang w:val="es-CO"/>
        </w:rPr>
        <w:t xml:space="preserve">     </w:t>
      </w:r>
    </w:p>
    <w:p w14:paraId="22F57D22"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w:t>
      </w:r>
      <w:r w:rsidRPr="00BC6830">
        <w:rPr>
          <w:rFonts w:ascii="Arial" w:hAnsi="Arial" w:cs="Arial"/>
          <w:lang w:val="es-CO"/>
        </w:rPr>
        <w:t xml:space="preserve"> agosto 03 2022            </w:t>
      </w:r>
    </w:p>
    <w:p w14:paraId="3ECE4529"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 xml:space="preserve">Publicación </w:t>
      </w:r>
      <w:r w:rsidR="00841B08">
        <w:rPr>
          <w:rFonts w:ascii="Arial" w:hAnsi="Arial" w:cs="Arial"/>
          <w:b/>
          <w:bCs/>
          <w:lang w:val="es-CO"/>
        </w:rPr>
        <w:t>Proyecto</w:t>
      </w:r>
      <w:r w:rsidRPr="00BC6830">
        <w:rPr>
          <w:rFonts w:ascii="Arial" w:hAnsi="Arial" w:cs="Arial"/>
          <w:b/>
          <w:bCs/>
          <w:lang w:val="es-CO"/>
        </w:rPr>
        <w:t xml:space="preserve"> de Ley:</w:t>
      </w:r>
      <w:r w:rsidRPr="00BC6830">
        <w:rPr>
          <w:rFonts w:ascii="Arial" w:hAnsi="Arial" w:cs="Arial"/>
          <w:lang w:val="es-CO"/>
        </w:rPr>
        <w:t xml:space="preserve"> Gaceta 962 de 2022         </w:t>
      </w:r>
    </w:p>
    <w:p w14:paraId="0A401E7F"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 en Comisión:</w:t>
      </w:r>
      <w:r w:rsidRPr="00BC6830">
        <w:rPr>
          <w:rFonts w:ascii="Arial" w:hAnsi="Arial" w:cs="Arial"/>
          <w:lang w:val="es-CO"/>
        </w:rPr>
        <w:t xml:space="preserve"> septiembre 01 de 2022</w:t>
      </w:r>
    </w:p>
    <w:p w14:paraId="58DEB77E"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b/>
          <w:bCs/>
          <w:lang w:val="es-CO"/>
        </w:rPr>
        <w:t>Ponentes Primer Debate:</w:t>
      </w:r>
      <w:r w:rsidRPr="00BC6830">
        <w:rPr>
          <w:rFonts w:ascii="Arial" w:hAnsi="Arial" w:cs="Arial"/>
          <w:lang w:val="es-CO"/>
        </w:rPr>
        <w:t xml:space="preserve"> JUAN CAMILO LONDOÑO BARRERA (Coordinador Ponente), MARTHA LISBETH ALFONSO JURADO, HECTOR DAVIDO CHAPARRO CHAPARRO, JAIRO HUMBERTO CRISTO CORREA, MARIA EUGENIA LOPERA MONSALVE, JUAN CARLOS VARGAS SOLER. Designados el 15 de septiembre de 2022.       </w:t>
      </w:r>
    </w:p>
    <w:p w14:paraId="73322FF1"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Ponencia Primer Debate:</w:t>
      </w:r>
      <w:r w:rsidRPr="00BC6830">
        <w:rPr>
          <w:rFonts w:ascii="Arial" w:hAnsi="Arial" w:cs="Arial"/>
          <w:lang w:val="es-CO"/>
        </w:rPr>
        <w:t xml:space="preserve"> Gaceta No. 1334 de 2022  </w:t>
      </w:r>
    </w:p>
    <w:p w14:paraId="67662237" w14:textId="77777777" w:rsidR="00134EEA" w:rsidRPr="00BC6830" w:rsidRDefault="00134EEA" w:rsidP="00134EEA">
      <w:pPr>
        <w:ind w:firstLine="708"/>
        <w:rPr>
          <w:rFonts w:ascii="Arial" w:hAnsi="Arial" w:cs="Arial"/>
          <w:b/>
          <w:bCs/>
          <w:lang w:val="es-CO"/>
        </w:rPr>
      </w:pPr>
      <w:r w:rsidRPr="00BC6830">
        <w:rPr>
          <w:rFonts w:ascii="Arial" w:hAnsi="Arial" w:cs="Arial"/>
          <w:b/>
          <w:bCs/>
          <w:lang w:val="es-CO"/>
        </w:rPr>
        <w:t xml:space="preserve">Ultimo anuncio: </w:t>
      </w:r>
      <w:r w:rsidRPr="00BC6830">
        <w:rPr>
          <w:rFonts w:ascii="Arial" w:hAnsi="Arial" w:cs="Arial"/>
          <w:lang w:val="es-CO"/>
        </w:rPr>
        <w:t>marzo 28 de 2023.</w:t>
      </w:r>
    </w:p>
    <w:p w14:paraId="543B86F3" w14:textId="77777777" w:rsidR="00134EEA" w:rsidRPr="00BC6830" w:rsidRDefault="00841B08" w:rsidP="00EA64DC">
      <w:pPr>
        <w:pStyle w:val="Sinespaciado"/>
        <w:numPr>
          <w:ilvl w:val="0"/>
          <w:numId w:val="7"/>
        </w:numPr>
        <w:rPr>
          <w:rFonts w:ascii="Arial" w:hAnsi="Arial" w:cs="Arial"/>
          <w:b/>
          <w:bCs/>
          <w:lang w:val="es-CO"/>
        </w:rPr>
      </w:pPr>
      <w:r>
        <w:rPr>
          <w:rStyle w:val="Textoennegrita"/>
          <w:rFonts w:ascii="Arial" w:hAnsi="Arial" w:cs="Arial"/>
          <w:lang w:val="es-CO"/>
        </w:rPr>
        <w:t>Proyecto</w:t>
      </w:r>
      <w:r w:rsidR="00134EEA" w:rsidRPr="00BC6830">
        <w:rPr>
          <w:rStyle w:val="Textoennegrita"/>
          <w:rFonts w:ascii="Arial" w:hAnsi="Arial" w:cs="Arial"/>
          <w:lang w:val="es-CO"/>
        </w:rPr>
        <w:t xml:space="preserve"> de Ley No. 074 de 2022 Cámara “</w:t>
      </w:r>
      <w:r w:rsidR="00134EEA" w:rsidRPr="00BC6830">
        <w:rPr>
          <w:rFonts w:ascii="Arial" w:eastAsia="Arial" w:hAnsi="Arial" w:cs="Arial"/>
          <w:b/>
          <w:bCs/>
          <w:lang w:val="es-CO"/>
        </w:rPr>
        <w:t>Por medio del cual se establece la Pensión Básica a la Persona Mayor y se dictan otras disposiciones</w:t>
      </w:r>
      <w:r w:rsidR="00134EEA" w:rsidRPr="00BC6830">
        <w:rPr>
          <w:rFonts w:ascii="Arial" w:hAnsi="Arial" w:cs="Arial"/>
          <w:b/>
          <w:bCs/>
          <w:lang w:val="es-CO"/>
        </w:rPr>
        <w:t xml:space="preserve">”  </w:t>
      </w:r>
    </w:p>
    <w:p w14:paraId="0AB4F27F"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lang w:val="es-CO"/>
        </w:rPr>
        <w:t>Autores</w:t>
      </w:r>
      <w:r w:rsidRPr="00BC6830">
        <w:rPr>
          <w:rFonts w:ascii="Arial" w:hAnsi="Arial" w:cs="Arial"/>
          <w:b/>
          <w:bCs/>
          <w:lang w:val="es-CO"/>
        </w:rPr>
        <w:t xml:space="preserve"> HH. RR. </w:t>
      </w:r>
      <w:hyperlink r:id="rId76" w:history="1">
        <w:r w:rsidRPr="00BC6830">
          <w:rPr>
            <w:rFonts w:ascii="Arial" w:hAnsi="Arial" w:cs="Arial"/>
            <w:b/>
            <w:bCs/>
            <w:lang w:val="es-CO"/>
          </w:rPr>
          <w:t>OSCAR HERNÁN SÁNCHEZ LEÓN</w:t>
        </w:r>
      </w:hyperlink>
      <w:r w:rsidRPr="00BC6830">
        <w:rPr>
          <w:rFonts w:ascii="Arial" w:hAnsi="Arial" w:cs="Arial"/>
          <w:b/>
          <w:bCs/>
          <w:lang w:val="es-CO"/>
        </w:rPr>
        <w:t xml:space="preserve">, </w:t>
      </w:r>
      <w:hyperlink r:id="rId77" w:history="1">
        <w:r w:rsidRPr="00BC6830">
          <w:rPr>
            <w:rFonts w:ascii="Arial" w:hAnsi="Arial" w:cs="Arial"/>
            <w:b/>
            <w:bCs/>
            <w:lang w:val="es-CO"/>
          </w:rPr>
          <w:t>HÉCTOR DAVID CHAPARRO CHAPARRO</w:t>
        </w:r>
      </w:hyperlink>
      <w:r w:rsidRPr="00BC6830">
        <w:rPr>
          <w:rFonts w:ascii="Arial" w:hAnsi="Arial" w:cs="Arial"/>
          <w:b/>
          <w:bCs/>
          <w:lang w:val="es-CO"/>
        </w:rPr>
        <w:t xml:space="preserve">, </w:t>
      </w:r>
      <w:hyperlink r:id="rId78" w:history="1">
        <w:r w:rsidRPr="00BC6830">
          <w:rPr>
            <w:rFonts w:ascii="Arial" w:hAnsi="Arial" w:cs="Arial"/>
            <w:b/>
            <w:bCs/>
            <w:lang w:val="es-CO"/>
          </w:rPr>
          <w:t>DOLCEY OSCAR TORRES ROMERO</w:t>
        </w:r>
      </w:hyperlink>
      <w:r w:rsidRPr="00BC6830">
        <w:rPr>
          <w:rFonts w:ascii="Arial" w:hAnsi="Arial" w:cs="Arial"/>
          <w:b/>
          <w:bCs/>
          <w:lang w:val="es-CO"/>
        </w:rPr>
        <w:t xml:space="preserve">, </w:t>
      </w:r>
      <w:hyperlink r:id="rId79" w:history="1">
        <w:r w:rsidRPr="00BC6830">
          <w:rPr>
            <w:rFonts w:ascii="Arial" w:hAnsi="Arial" w:cs="Arial"/>
            <w:b/>
            <w:bCs/>
            <w:lang w:val="es-CO"/>
          </w:rPr>
          <w:t>ANDRÉS DAVID CALLE AGUAS</w:t>
        </w:r>
      </w:hyperlink>
      <w:r w:rsidRPr="00BC6830">
        <w:rPr>
          <w:rFonts w:ascii="Arial" w:hAnsi="Arial" w:cs="Arial"/>
          <w:b/>
          <w:bCs/>
          <w:lang w:val="es-CO"/>
        </w:rPr>
        <w:t xml:space="preserve">, </w:t>
      </w:r>
      <w:hyperlink r:id="rId80" w:history="1">
        <w:r w:rsidRPr="00BC6830">
          <w:rPr>
            <w:rFonts w:ascii="Arial" w:hAnsi="Arial" w:cs="Arial"/>
            <w:b/>
            <w:bCs/>
            <w:lang w:val="es-CO"/>
          </w:rPr>
          <w:t>JAIRO HUMBERTO CRISTO CORREA</w:t>
        </w:r>
      </w:hyperlink>
      <w:r w:rsidRPr="00BC6830">
        <w:rPr>
          <w:rFonts w:ascii="Arial" w:hAnsi="Arial" w:cs="Arial"/>
          <w:b/>
          <w:bCs/>
          <w:lang w:val="es-CO"/>
        </w:rPr>
        <w:t xml:space="preserve">, </w:t>
      </w:r>
      <w:hyperlink r:id="rId81" w:history="1">
        <w:r w:rsidRPr="00BC6830">
          <w:rPr>
            <w:rFonts w:ascii="Arial" w:hAnsi="Arial" w:cs="Arial"/>
            <w:b/>
            <w:bCs/>
            <w:lang w:val="es-CO"/>
          </w:rPr>
          <w:t>GERMÁN ROGELIO ROZO ANÍS</w:t>
        </w:r>
      </w:hyperlink>
      <w:r w:rsidRPr="00BC6830">
        <w:rPr>
          <w:rFonts w:ascii="Arial" w:hAnsi="Arial" w:cs="Arial"/>
          <w:b/>
          <w:bCs/>
          <w:lang w:val="es-CO"/>
        </w:rPr>
        <w:t xml:space="preserve">, </w:t>
      </w:r>
      <w:hyperlink r:id="rId82" w:history="1">
        <w:r w:rsidRPr="00BC6830">
          <w:rPr>
            <w:rFonts w:ascii="Arial" w:hAnsi="Arial" w:cs="Arial"/>
            <w:b/>
            <w:bCs/>
            <w:lang w:val="es-CO"/>
          </w:rPr>
          <w:t>CARLOS FELIPE QUINTERO OVALLE</w:t>
        </w:r>
      </w:hyperlink>
      <w:r w:rsidRPr="00BC6830">
        <w:rPr>
          <w:rFonts w:ascii="Arial" w:hAnsi="Arial" w:cs="Arial"/>
          <w:b/>
          <w:bCs/>
          <w:lang w:val="es-CO"/>
        </w:rPr>
        <w:t xml:space="preserve">, </w:t>
      </w:r>
      <w:hyperlink r:id="rId83" w:history="1">
        <w:r w:rsidRPr="00BC6830">
          <w:rPr>
            <w:rFonts w:ascii="Arial" w:hAnsi="Arial" w:cs="Arial"/>
            <w:b/>
            <w:bCs/>
            <w:lang w:val="es-CO"/>
          </w:rPr>
          <w:t>HUGO ALFONSO ARCHILA SUÁREZ</w:t>
        </w:r>
      </w:hyperlink>
      <w:r w:rsidRPr="00BC6830">
        <w:rPr>
          <w:rFonts w:ascii="Arial" w:hAnsi="Arial" w:cs="Arial"/>
          <w:b/>
          <w:bCs/>
          <w:lang w:val="es-CO"/>
        </w:rPr>
        <w:t xml:space="preserve"> y el H. S. ALEJANDRO VEGA PEREZ. </w:t>
      </w:r>
      <w:r w:rsidRPr="00BC6830">
        <w:rPr>
          <w:rFonts w:ascii="Arial" w:hAnsi="Arial" w:cs="Arial"/>
          <w:b/>
          <w:bCs/>
          <w:shd w:val="clear" w:color="auto" w:fill="F2F2F2"/>
          <w:lang w:val="es-CO"/>
        </w:rPr>
        <w:t xml:space="preserve"> </w:t>
      </w:r>
      <w:r w:rsidRPr="00BC6830">
        <w:rPr>
          <w:rFonts w:ascii="Arial" w:hAnsi="Arial" w:cs="Arial"/>
          <w:b/>
          <w:bCs/>
          <w:lang w:val="es-CO"/>
        </w:rPr>
        <w:t xml:space="preserve">   </w:t>
      </w:r>
      <w:r w:rsidRPr="00BC6830">
        <w:rPr>
          <w:rFonts w:ascii="Arial" w:hAnsi="Arial" w:cs="Arial"/>
          <w:lang w:val="es-CO"/>
        </w:rPr>
        <w:t xml:space="preserve">     </w:t>
      </w:r>
    </w:p>
    <w:p w14:paraId="5AC799EC"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w:t>
      </w:r>
      <w:r w:rsidRPr="00BC6830">
        <w:rPr>
          <w:rFonts w:ascii="Arial" w:hAnsi="Arial" w:cs="Arial"/>
          <w:lang w:val="es-CO"/>
        </w:rPr>
        <w:t xml:space="preserve"> julio 27 2022            </w:t>
      </w:r>
    </w:p>
    <w:p w14:paraId="3668DDE2"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 xml:space="preserve">Publicación </w:t>
      </w:r>
      <w:r w:rsidR="00841B08">
        <w:rPr>
          <w:rFonts w:ascii="Arial" w:hAnsi="Arial" w:cs="Arial"/>
          <w:b/>
          <w:bCs/>
          <w:lang w:val="es-CO"/>
        </w:rPr>
        <w:t>Proyecto</w:t>
      </w:r>
      <w:r w:rsidRPr="00BC6830">
        <w:rPr>
          <w:rFonts w:ascii="Arial" w:hAnsi="Arial" w:cs="Arial"/>
          <w:b/>
          <w:bCs/>
          <w:lang w:val="es-CO"/>
        </w:rPr>
        <w:t xml:space="preserve"> de Ley:</w:t>
      </w:r>
      <w:r w:rsidRPr="00BC6830">
        <w:rPr>
          <w:rFonts w:ascii="Arial" w:hAnsi="Arial" w:cs="Arial"/>
          <w:lang w:val="es-CO"/>
        </w:rPr>
        <w:t xml:space="preserve"> Gaceta 937 de 2022         </w:t>
      </w:r>
    </w:p>
    <w:p w14:paraId="7014F733"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 en Comisión:</w:t>
      </w:r>
      <w:r w:rsidRPr="00BC6830">
        <w:rPr>
          <w:rFonts w:ascii="Arial" w:hAnsi="Arial" w:cs="Arial"/>
          <w:lang w:val="es-CO"/>
        </w:rPr>
        <w:t xml:space="preserve"> agosto 24 de 2022</w:t>
      </w:r>
    </w:p>
    <w:p w14:paraId="6F5C4008"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b/>
          <w:bCs/>
          <w:lang w:val="es-CO"/>
        </w:rPr>
        <w:t>Ponentes Primer Debate:</w:t>
      </w:r>
      <w:r w:rsidRPr="00BC6830">
        <w:rPr>
          <w:rFonts w:ascii="Arial" w:hAnsi="Arial" w:cs="Arial"/>
          <w:lang w:val="es-CO"/>
        </w:rPr>
        <w:t xml:space="preserve"> JAIRO HUMBERTO CRISTO CORREA (Coordinador Ponente), HECTOR DAVID CHAPARRO CHAPARRO, MARIA EUGENIA LOPERA MONSALVE, ALFREDO MONDRAGON GARZON, JORGE ALEXANDER QUEVEDO HERRERA, JUAN CARLOS VARGAS SOLER, GERARDO YEPES CARO. Designados el 06 de septiembre de 2022.       </w:t>
      </w:r>
    </w:p>
    <w:p w14:paraId="4111714F"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Ponencia Primer Debate:</w:t>
      </w:r>
      <w:r w:rsidRPr="00BC6830">
        <w:rPr>
          <w:rFonts w:ascii="Arial" w:hAnsi="Arial" w:cs="Arial"/>
          <w:lang w:val="es-CO"/>
        </w:rPr>
        <w:t xml:space="preserve"> Gaceta No. 1245 de 2022 </w:t>
      </w:r>
    </w:p>
    <w:p w14:paraId="5534CE06" w14:textId="77777777" w:rsidR="00134EEA" w:rsidRPr="00BC6830" w:rsidRDefault="00134EEA" w:rsidP="00134EEA">
      <w:pPr>
        <w:ind w:firstLine="708"/>
        <w:rPr>
          <w:rFonts w:ascii="Arial" w:hAnsi="Arial" w:cs="Arial"/>
          <w:lang w:val="es-CO"/>
        </w:rPr>
      </w:pPr>
      <w:r w:rsidRPr="00BC6830">
        <w:rPr>
          <w:rFonts w:ascii="Arial" w:hAnsi="Arial" w:cs="Arial"/>
          <w:b/>
          <w:bCs/>
          <w:lang w:val="es-CO"/>
        </w:rPr>
        <w:t xml:space="preserve">Ultimo anuncio: </w:t>
      </w:r>
      <w:r w:rsidRPr="00BC6830">
        <w:rPr>
          <w:rFonts w:ascii="Arial" w:hAnsi="Arial" w:cs="Arial"/>
          <w:lang w:val="es-CO"/>
        </w:rPr>
        <w:t>marzo 28 de 2023.</w:t>
      </w:r>
    </w:p>
    <w:p w14:paraId="65D08C5A" w14:textId="77777777" w:rsidR="00134EEA" w:rsidRPr="00BC6830" w:rsidRDefault="00841B08" w:rsidP="00EA64DC">
      <w:pPr>
        <w:pStyle w:val="Sinespaciado"/>
        <w:numPr>
          <w:ilvl w:val="0"/>
          <w:numId w:val="7"/>
        </w:numPr>
        <w:jc w:val="both"/>
        <w:rPr>
          <w:rFonts w:ascii="Arial" w:hAnsi="Arial" w:cs="Arial"/>
          <w:b/>
          <w:bCs/>
          <w:lang w:val="es-CO"/>
        </w:rPr>
      </w:pPr>
      <w:r>
        <w:rPr>
          <w:rStyle w:val="Textoennegrita"/>
          <w:rFonts w:ascii="Arial" w:hAnsi="Arial" w:cs="Arial"/>
          <w:lang w:val="es-CO"/>
        </w:rPr>
        <w:t>Proyecto</w:t>
      </w:r>
      <w:r w:rsidR="00134EEA" w:rsidRPr="00BC6830">
        <w:rPr>
          <w:rStyle w:val="Textoennegrita"/>
          <w:rFonts w:ascii="Arial" w:hAnsi="Arial" w:cs="Arial"/>
          <w:lang w:val="es-CO"/>
        </w:rPr>
        <w:t xml:space="preserve"> de Ley No. 191 de 2022 Cámara “</w:t>
      </w:r>
      <w:r w:rsidR="00134EEA" w:rsidRPr="00BC6830">
        <w:rPr>
          <w:rFonts w:ascii="Arial" w:hAnsi="Arial" w:cs="Arial"/>
          <w:b/>
          <w:bCs/>
          <w:lang w:val="es-CO"/>
        </w:rPr>
        <w:t xml:space="preserve">Por medio de la cual se fija el salario mínimo profesional y técnico en Colombia”  </w:t>
      </w:r>
    </w:p>
    <w:p w14:paraId="0CA5402D"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lang w:val="es-CO"/>
        </w:rPr>
        <w:t xml:space="preserve">Autores: </w:t>
      </w:r>
      <w:r w:rsidRPr="00BC6830">
        <w:rPr>
          <w:rFonts w:ascii="Arial" w:hAnsi="Arial" w:cs="Arial"/>
          <w:b/>
          <w:bCs/>
          <w:lang w:val="es-CO"/>
        </w:rPr>
        <w:t xml:space="preserve">H. R. SILVIO JOSE CARRASQUILLA TORRES. </w:t>
      </w:r>
      <w:r w:rsidRPr="00BC6830">
        <w:rPr>
          <w:rFonts w:ascii="Arial" w:hAnsi="Arial" w:cs="Arial"/>
          <w:b/>
          <w:bCs/>
          <w:shd w:val="clear" w:color="auto" w:fill="F2F2F2"/>
          <w:lang w:val="es-CO"/>
        </w:rPr>
        <w:t xml:space="preserve"> </w:t>
      </w:r>
      <w:r w:rsidRPr="00BC6830">
        <w:rPr>
          <w:rFonts w:ascii="Arial" w:hAnsi="Arial" w:cs="Arial"/>
          <w:b/>
          <w:bCs/>
          <w:lang w:val="es-CO"/>
        </w:rPr>
        <w:t xml:space="preserve">   </w:t>
      </w:r>
      <w:r w:rsidRPr="00BC6830">
        <w:rPr>
          <w:rFonts w:ascii="Arial" w:hAnsi="Arial" w:cs="Arial"/>
          <w:lang w:val="es-CO"/>
        </w:rPr>
        <w:t xml:space="preserve">     </w:t>
      </w:r>
    </w:p>
    <w:p w14:paraId="3A9BABE8"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w:t>
      </w:r>
      <w:r w:rsidRPr="00BC6830">
        <w:rPr>
          <w:rFonts w:ascii="Arial" w:hAnsi="Arial" w:cs="Arial"/>
          <w:lang w:val="es-CO"/>
        </w:rPr>
        <w:t xml:space="preserve"> septiembre 13 2022            </w:t>
      </w:r>
    </w:p>
    <w:p w14:paraId="011EA78C"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 xml:space="preserve">Publicación </w:t>
      </w:r>
      <w:r w:rsidR="00841B08">
        <w:rPr>
          <w:rFonts w:ascii="Arial" w:hAnsi="Arial" w:cs="Arial"/>
          <w:b/>
          <w:bCs/>
          <w:lang w:val="es-CO"/>
        </w:rPr>
        <w:t>Proyecto</w:t>
      </w:r>
      <w:r w:rsidRPr="00BC6830">
        <w:rPr>
          <w:rFonts w:ascii="Arial" w:hAnsi="Arial" w:cs="Arial"/>
          <w:b/>
          <w:bCs/>
          <w:lang w:val="es-CO"/>
        </w:rPr>
        <w:t xml:space="preserve"> de Ley:</w:t>
      </w:r>
      <w:r w:rsidRPr="00BC6830">
        <w:rPr>
          <w:rFonts w:ascii="Arial" w:hAnsi="Arial" w:cs="Arial"/>
          <w:lang w:val="es-CO"/>
        </w:rPr>
        <w:t xml:space="preserve"> Gaceta 1118 de 2022         </w:t>
      </w:r>
    </w:p>
    <w:p w14:paraId="100E452F"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 en Comisión:</w:t>
      </w:r>
      <w:r w:rsidRPr="00BC6830">
        <w:rPr>
          <w:rFonts w:ascii="Arial" w:hAnsi="Arial" w:cs="Arial"/>
          <w:lang w:val="es-CO"/>
        </w:rPr>
        <w:t xml:space="preserve"> septiembre 21 de 2022</w:t>
      </w:r>
    </w:p>
    <w:p w14:paraId="0E80CCB5"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b/>
          <w:bCs/>
          <w:lang w:val="es-CO"/>
        </w:rPr>
        <w:t>Ponentes Primer Debate:</w:t>
      </w:r>
      <w:r w:rsidRPr="00BC6830">
        <w:rPr>
          <w:rFonts w:ascii="Arial" w:hAnsi="Arial" w:cs="Arial"/>
          <w:lang w:val="es-CO"/>
        </w:rPr>
        <w:t xml:space="preserve"> MARIA EUGENIA LOPERA MONSALVE (Coordinador Ponente) JORGE ALEXANDER QUEVEDO HERRERA. Designados el 11 de octubre de 2022.       </w:t>
      </w:r>
    </w:p>
    <w:p w14:paraId="7E39F64F"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lastRenderedPageBreak/>
        <w:t>Ponencia Primer Debate:</w:t>
      </w:r>
      <w:r w:rsidRPr="00BC6830">
        <w:rPr>
          <w:rFonts w:ascii="Arial" w:hAnsi="Arial" w:cs="Arial"/>
          <w:lang w:val="es-CO"/>
        </w:rPr>
        <w:t xml:space="preserve"> Gaceta No. 1453 de 2022 </w:t>
      </w:r>
    </w:p>
    <w:p w14:paraId="10AB1FE3" w14:textId="77777777" w:rsidR="00134EEA" w:rsidRPr="00BC6830" w:rsidRDefault="00134EEA" w:rsidP="00134EEA">
      <w:pPr>
        <w:pStyle w:val="Sinespaciado"/>
        <w:ind w:left="720"/>
        <w:jc w:val="both"/>
        <w:rPr>
          <w:rFonts w:ascii="Arial" w:hAnsi="Arial" w:cs="Arial"/>
          <w:b/>
          <w:bCs/>
          <w:lang w:val="es-CO"/>
        </w:rPr>
      </w:pPr>
      <w:r w:rsidRPr="00BC6830">
        <w:rPr>
          <w:rFonts w:ascii="Arial" w:hAnsi="Arial" w:cs="Arial"/>
          <w:b/>
          <w:bCs/>
          <w:lang w:val="es-CO"/>
        </w:rPr>
        <w:t xml:space="preserve">Ultimo anuncio: </w:t>
      </w:r>
      <w:r w:rsidRPr="00BC6830">
        <w:rPr>
          <w:rFonts w:ascii="Arial" w:hAnsi="Arial" w:cs="Arial"/>
          <w:lang w:val="es-CO"/>
        </w:rPr>
        <w:t>marzo 28 de 2023.</w:t>
      </w:r>
    </w:p>
    <w:p w14:paraId="0FF307FB" w14:textId="77777777" w:rsidR="00134EEA" w:rsidRPr="00BC6830" w:rsidRDefault="00841B08" w:rsidP="00EA64DC">
      <w:pPr>
        <w:pStyle w:val="Sinespaciado"/>
        <w:numPr>
          <w:ilvl w:val="0"/>
          <w:numId w:val="7"/>
        </w:numPr>
        <w:jc w:val="both"/>
        <w:rPr>
          <w:rFonts w:ascii="Arial" w:hAnsi="Arial" w:cs="Arial"/>
          <w:b/>
          <w:bCs/>
          <w:lang w:val="es-CO"/>
        </w:rPr>
      </w:pPr>
      <w:r>
        <w:rPr>
          <w:rStyle w:val="Textoennegrita"/>
          <w:rFonts w:ascii="Arial" w:hAnsi="Arial" w:cs="Arial"/>
          <w:lang w:val="es-CO"/>
        </w:rPr>
        <w:t>Proyecto</w:t>
      </w:r>
      <w:r w:rsidR="00134EEA" w:rsidRPr="00BC6830">
        <w:rPr>
          <w:rStyle w:val="Textoennegrita"/>
          <w:rFonts w:ascii="Arial" w:hAnsi="Arial" w:cs="Arial"/>
          <w:lang w:val="es-CO"/>
        </w:rPr>
        <w:t xml:space="preserve"> de Ley No. 046 de 2022 Cámara “</w:t>
      </w:r>
      <w:r w:rsidR="00134EEA" w:rsidRPr="00BC6830">
        <w:rPr>
          <w:rFonts w:ascii="Arial" w:eastAsia="Times New Roman" w:hAnsi="Arial" w:cs="Arial"/>
          <w:b/>
          <w:bCs/>
          <w:lang w:val="es-CO"/>
        </w:rPr>
        <w:t>Por medio de la cual se incrementa el número de días de vacaciones para las y los trabajadores colombianos en observancia a las recomendaciones de la Organización Internacional del Trabajo y se dictan otras disposiciones</w:t>
      </w:r>
      <w:r w:rsidR="00134EEA" w:rsidRPr="00BC6830">
        <w:rPr>
          <w:rFonts w:ascii="Arial" w:hAnsi="Arial" w:cs="Arial"/>
          <w:b/>
          <w:bCs/>
          <w:lang w:val="es-CO"/>
        </w:rPr>
        <w:t xml:space="preserve">”  </w:t>
      </w:r>
    </w:p>
    <w:p w14:paraId="7985EAB7"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lang w:val="es-CO"/>
        </w:rPr>
        <w:t>Autores</w:t>
      </w:r>
      <w:r w:rsidRPr="00BC6830">
        <w:rPr>
          <w:rFonts w:ascii="Arial" w:hAnsi="Arial" w:cs="Arial"/>
          <w:b/>
          <w:bCs/>
          <w:lang w:val="es-CO"/>
        </w:rPr>
        <w:t xml:space="preserve"> HH. RR. </w:t>
      </w:r>
      <w:hyperlink r:id="rId84" w:history="1">
        <w:r w:rsidRPr="00635E65">
          <w:rPr>
            <w:rStyle w:val="Hipervnculo"/>
            <w:rFonts w:ascii="Arial" w:hAnsi="Arial" w:cs="Arial"/>
            <w:color w:val="auto"/>
            <w:u w:val="none"/>
            <w:lang w:val="es-CO"/>
          </w:rPr>
          <w:t>GERMÁN JOSÉ GÓMEZ LÓPEZ</w:t>
        </w:r>
      </w:hyperlink>
      <w:r w:rsidRPr="00635E65">
        <w:rPr>
          <w:rFonts w:ascii="Arial" w:hAnsi="Arial" w:cs="Arial"/>
          <w:b/>
          <w:bCs/>
          <w:shd w:val="clear" w:color="auto" w:fill="F2F2F2"/>
          <w:lang w:val="es-CO"/>
        </w:rPr>
        <w:t xml:space="preserve">, </w:t>
      </w:r>
      <w:hyperlink r:id="rId85" w:history="1">
        <w:r w:rsidRPr="00635E65">
          <w:rPr>
            <w:rStyle w:val="Hipervnculo"/>
            <w:rFonts w:ascii="Arial" w:hAnsi="Arial" w:cs="Arial"/>
            <w:color w:val="auto"/>
            <w:u w:val="none"/>
            <w:lang w:val="es-CO"/>
          </w:rPr>
          <w:t>CARLOS ALBERTO CARREÑO MARIN</w:t>
        </w:r>
      </w:hyperlink>
      <w:r w:rsidRPr="00635E65">
        <w:rPr>
          <w:rFonts w:ascii="Arial" w:hAnsi="Arial" w:cs="Arial"/>
          <w:b/>
          <w:bCs/>
          <w:lang w:val="es-CO"/>
        </w:rPr>
        <w:t>,</w:t>
      </w:r>
      <w:r w:rsidRPr="00635E65">
        <w:rPr>
          <w:rFonts w:ascii="Arial" w:hAnsi="Arial" w:cs="Arial"/>
          <w:b/>
          <w:bCs/>
          <w:shd w:val="clear" w:color="auto" w:fill="F2F2F2"/>
          <w:lang w:val="es-CO"/>
        </w:rPr>
        <w:t xml:space="preserve"> </w:t>
      </w:r>
      <w:hyperlink r:id="rId86" w:history="1">
        <w:r w:rsidRPr="00635E65">
          <w:rPr>
            <w:rStyle w:val="Hipervnculo"/>
            <w:rFonts w:ascii="Arial" w:hAnsi="Arial" w:cs="Arial"/>
            <w:color w:val="auto"/>
            <w:u w:val="none"/>
            <w:lang w:val="es-CO"/>
          </w:rPr>
          <w:t>JAIRO REINALDO CALA SUÁREZ</w:t>
        </w:r>
      </w:hyperlink>
      <w:r w:rsidRPr="00635E65">
        <w:rPr>
          <w:rFonts w:ascii="Arial" w:hAnsi="Arial" w:cs="Arial"/>
          <w:b/>
          <w:bCs/>
          <w:lang w:val="es-CO"/>
        </w:rPr>
        <w:t xml:space="preserve">, </w:t>
      </w:r>
      <w:hyperlink r:id="rId87" w:history="1">
        <w:r w:rsidRPr="00635E65">
          <w:rPr>
            <w:rStyle w:val="Hipervnculo"/>
            <w:rFonts w:ascii="Arial" w:hAnsi="Arial" w:cs="Arial"/>
            <w:color w:val="auto"/>
            <w:u w:val="none"/>
            <w:lang w:val="es-CO"/>
          </w:rPr>
          <w:t>LUIS ALBERTO ALBÁN URBANO</w:t>
        </w:r>
      </w:hyperlink>
      <w:r w:rsidRPr="00635E65">
        <w:rPr>
          <w:rFonts w:ascii="Arial" w:hAnsi="Arial" w:cs="Arial"/>
          <w:b/>
          <w:bCs/>
          <w:lang w:val="es-CO"/>
        </w:rPr>
        <w:t xml:space="preserve">, </w:t>
      </w:r>
      <w:hyperlink r:id="rId88" w:history="1">
        <w:r w:rsidRPr="00635E65">
          <w:rPr>
            <w:rStyle w:val="Hipervnculo"/>
            <w:rFonts w:ascii="Arial" w:hAnsi="Arial" w:cs="Arial"/>
            <w:color w:val="auto"/>
            <w:u w:val="none"/>
            <w:lang w:val="es-CO"/>
          </w:rPr>
          <w:t>PEDRO BARACUTAO GARCÍA OSPINA</w:t>
        </w:r>
      </w:hyperlink>
      <w:r w:rsidRPr="00BC6830">
        <w:rPr>
          <w:rFonts w:ascii="Arial" w:hAnsi="Arial" w:cs="Arial"/>
          <w:b/>
          <w:bCs/>
          <w:lang w:val="es-CO"/>
        </w:rPr>
        <w:t xml:space="preserve"> y los HH. SS. </w:t>
      </w:r>
      <w:hyperlink r:id="rId89" w:history="1">
        <w:r w:rsidRPr="00BC6830">
          <w:rPr>
            <w:rFonts w:ascii="Arial" w:hAnsi="Arial" w:cs="Arial"/>
            <w:b/>
            <w:bCs/>
            <w:lang w:val="es-CO"/>
          </w:rPr>
          <w:t>OMAR DE JESÚS RESTREPO CORREA</w:t>
        </w:r>
      </w:hyperlink>
      <w:r w:rsidRPr="00BC6830">
        <w:rPr>
          <w:rFonts w:ascii="Arial" w:hAnsi="Arial" w:cs="Arial"/>
          <w:b/>
          <w:bCs/>
          <w:lang w:val="es-CO"/>
        </w:rPr>
        <w:t xml:space="preserve">, </w:t>
      </w:r>
      <w:hyperlink r:id="rId90" w:history="1">
        <w:r w:rsidRPr="00BC6830">
          <w:rPr>
            <w:rFonts w:ascii="Arial" w:hAnsi="Arial" w:cs="Arial"/>
            <w:b/>
            <w:bCs/>
            <w:lang w:val="es-CO"/>
          </w:rPr>
          <w:t>GRISELDA LOBO SILVA</w:t>
        </w:r>
      </w:hyperlink>
      <w:r w:rsidRPr="00BC6830">
        <w:rPr>
          <w:rFonts w:ascii="Arial" w:hAnsi="Arial" w:cs="Arial"/>
          <w:b/>
          <w:bCs/>
          <w:lang w:val="es-CO"/>
        </w:rPr>
        <w:t xml:space="preserve">, </w:t>
      </w:r>
      <w:hyperlink r:id="rId91" w:history="1">
        <w:r w:rsidRPr="00BC6830">
          <w:rPr>
            <w:rFonts w:ascii="Arial" w:hAnsi="Arial" w:cs="Arial"/>
            <w:b/>
            <w:bCs/>
            <w:lang w:val="es-CO"/>
          </w:rPr>
          <w:t>JULIÁN GALLO CUBILLOS</w:t>
        </w:r>
      </w:hyperlink>
      <w:r w:rsidRPr="00BC6830">
        <w:rPr>
          <w:rFonts w:ascii="Arial" w:hAnsi="Arial" w:cs="Arial"/>
          <w:b/>
          <w:bCs/>
          <w:lang w:val="es-CO"/>
        </w:rPr>
        <w:t xml:space="preserve">, </w:t>
      </w:r>
      <w:hyperlink r:id="rId92" w:history="1">
        <w:r w:rsidRPr="00BC6830">
          <w:rPr>
            <w:rFonts w:ascii="Arial" w:hAnsi="Arial" w:cs="Arial"/>
            <w:b/>
            <w:bCs/>
            <w:lang w:val="es-CO"/>
          </w:rPr>
          <w:t>IMELDA DAZA COTES</w:t>
        </w:r>
      </w:hyperlink>
      <w:r w:rsidRPr="00BC6830">
        <w:rPr>
          <w:rFonts w:ascii="Arial" w:hAnsi="Arial" w:cs="Arial"/>
          <w:b/>
          <w:bCs/>
          <w:lang w:val="es-CO"/>
        </w:rPr>
        <w:t xml:space="preserve">, </w:t>
      </w:r>
      <w:hyperlink r:id="rId93" w:history="1">
        <w:r w:rsidRPr="00BC6830">
          <w:rPr>
            <w:rFonts w:ascii="Arial" w:hAnsi="Arial" w:cs="Arial"/>
            <w:b/>
            <w:bCs/>
            <w:lang w:val="es-CO"/>
          </w:rPr>
          <w:t>PABLO CATATUMBO TORRES VICTORIA</w:t>
        </w:r>
      </w:hyperlink>
      <w:r w:rsidRPr="00BC6830">
        <w:rPr>
          <w:rFonts w:ascii="Arial" w:hAnsi="Arial" w:cs="Arial"/>
          <w:b/>
          <w:bCs/>
          <w:lang w:val="es-CO"/>
        </w:rPr>
        <w:t xml:space="preserve">. </w:t>
      </w:r>
      <w:r w:rsidRPr="00BC6830">
        <w:rPr>
          <w:rFonts w:ascii="Arial" w:hAnsi="Arial" w:cs="Arial"/>
          <w:b/>
          <w:bCs/>
          <w:shd w:val="clear" w:color="auto" w:fill="F2F2F2"/>
          <w:lang w:val="es-CO"/>
        </w:rPr>
        <w:t xml:space="preserve"> </w:t>
      </w:r>
      <w:r w:rsidRPr="00BC6830">
        <w:rPr>
          <w:rFonts w:ascii="Arial" w:hAnsi="Arial" w:cs="Arial"/>
          <w:b/>
          <w:bCs/>
          <w:lang w:val="es-CO"/>
        </w:rPr>
        <w:t xml:space="preserve">   </w:t>
      </w:r>
      <w:r w:rsidRPr="00BC6830">
        <w:rPr>
          <w:rFonts w:ascii="Arial" w:hAnsi="Arial" w:cs="Arial"/>
          <w:lang w:val="es-CO"/>
        </w:rPr>
        <w:t xml:space="preserve">     </w:t>
      </w:r>
    </w:p>
    <w:p w14:paraId="218A7A13"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w:t>
      </w:r>
      <w:r w:rsidRPr="00BC6830">
        <w:rPr>
          <w:rFonts w:ascii="Arial" w:hAnsi="Arial" w:cs="Arial"/>
          <w:lang w:val="es-CO"/>
        </w:rPr>
        <w:t xml:space="preserve"> julio 25 2022            </w:t>
      </w:r>
    </w:p>
    <w:p w14:paraId="5879EDAA"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 xml:space="preserve">Publicación </w:t>
      </w:r>
      <w:r w:rsidR="00841B08">
        <w:rPr>
          <w:rFonts w:ascii="Arial" w:hAnsi="Arial" w:cs="Arial"/>
          <w:b/>
          <w:bCs/>
          <w:lang w:val="es-CO"/>
        </w:rPr>
        <w:t>Proyecto</w:t>
      </w:r>
      <w:r w:rsidRPr="00BC6830">
        <w:rPr>
          <w:rFonts w:ascii="Arial" w:hAnsi="Arial" w:cs="Arial"/>
          <w:b/>
          <w:bCs/>
          <w:lang w:val="es-CO"/>
        </w:rPr>
        <w:t xml:space="preserve"> de Ley:</w:t>
      </w:r>
      <w:r w:rsidRPr="00BC6830">
        <w:rPr>
          <w:rFonts w:ascii="Arial" w:hAnsi="Arial" w:cs="Arial"/>
          <w:lang w:val="es-CO"/>
        </w:rPr>
        <w:t xml:space="preserve"> Gaceta 934 de 2022         </w:t>
      </w:r>
    </w:p>
    <w:p w14:paraId="589F6687"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 en Comisión:</w:t>
      </w:r>
      <w:r w:rsidRPr="00BC6830">
        <w:rPr>
          <w:rFonts w:ascii="Arial" w:hAnsi="Arial" w:cs="Arial"/>
          <w:lang w:val="es-CO"/>
        </w:rPr>
        <w:t xml:space="preserve"> agosto 24 de 2022</w:t>
      </w:r>
    </w:p>
    <w:p w14:paraId="762D25BA"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b/>
          <w:bCs/>
          <w:lang w:val="es-CO"/>
        </w:rPr>
        <w:t>Ponentes Primer Debate:</w:t>
      </w:r>
      <w:r w:rsidRPr="00BC6830">
        <w:rPr>
          <w:rFonts w:ascii="Arial" w:hAnsi="Arial" w:cs="Arial"/>
          <w:lang w:val="es-CO"/>
        </w:rPr>
        <w:t xml:space="preserve"> GERMAN JOSE GOMEZ LOPEZ (Coordinador Ponente), JUAN CARLOS VARGAS SOLER. Designados el 06 de septiembre de 2022.       </w:t>
      </w:r>
    </w:p>
    <w:p w14:paraId="3D0D44DC"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Ponencia Primer Debate:</w:t>
      </w:r>
      <w:r w:rsidRPr="00BC6830">
        <w:rPr>
          <w:rFonts w:ascii="Arial" w:hAnsi="Arial" w:cs="Arial"/>
          <w:lang w:val="es-CO"/>
        </w:rPr>
        <w:t xml:space="preserve"> Gaceta No. 1245 de 2022 </w:t>
      </w:r>
    </w:p>
    <w:p w14:paraId="4117822A" w14:textId="77777777" w:rsidR="00134EEA" w:rsidRPr="00BC6830" w:rsidRDefault="00134EEA" w:rsidP="00134EEA">
      <w:pPr>
        <w:ind w:firstLine="708"/>
        <w:rPr>
          <w:rFonts w:ascii="Arial" w:hAnsi="Arial" w:cs="Arial"/>
          <w:lang w:val="es-CO"/>
        </w:rPr>
      </w:pPr>
      <w:r w:rsidRPr="00BC6830">
        <w:rPr>
          <w:rFonts w:ascii="Arial" w:hAnsi="Arial" w:cs="Arial"/>
          <w:b/>
          <w:bCs/>
          <w:lang w:val="es-CO"/>
        </w:rPr>
        <w:t xml:space="preserve">Ultimo anuncio: </w:t>
      </w:r>
      <w:r w:rsidRPr="00BC6830">
        <w:rPr>
          <w:rFonts w:ascii="Arial" w:hAnsi="Arial" w:cs="Arial"/>
          <w:lang w:val="es-CO"/>
        </w:rPr>
        <w:t>marzo 28 de 2023.</w:t>
      </w:r>
    </w:p>
    <w:p w14:paraId="3DE961B8" w14:textId="77777777" w:rsidR="00134EEA" w:rsidRPr="00BC6830" w:rsidRDefault="00841B08" w:rsidP="00EA64DC">
      <w:pPr>
        <w:pStyle w:val="Sinespaciado"/>
        <w:numPr>
          <w:ilvl w:val="0"/>
          <w:numId w:val="7"/>
        </w:numPr>
        <w:jc w:val="both"/>
        <w:rPr>
          <w:rFonts w:ascii="Arial" w:hAnsi="Arial" w:cs="Arial"/>
          <w:b/>
          <w:bCs/>
          <w:lang w:val="es-CO"/>
        </w:rPr>
      </w:pPr>
      <w:r>
        <w:rPr>
          <w:rStyle w:val="Textoennegrita"/>
          <w:rFonts w:ascii="Arial" w:hAnsi="Arial" w:cs="Arial"/>
          <w:lang w:val="es-CO"/>
        </w:rPr>
        <w:t>Proyecto</w:t>
      </w:r>
      <w:r w:rsidR="00134EEA" w:rsidRPr="00BC6830">
        <w:rPr>
          <w:rStyle w:val="Textoennegrita"/>
          <w:rFonts w:ascii="Arial" w:hAnsi="Arial" w:cs="Arial"/>
          <w:lang w:val="es-CO"/>
        </w:rPr>
        <w:t xml:space="preserve"> de Ley No. 144 de 2022 Cámara “</w:t>
      </w:r>
      <w:r w:rsidR="00134EEA" w:rsidRPr="00BC6830">
        <w:rPr>
          <w:rFonts w:ascii="Arial" w:eastAsia="Times New Roman" w:hAnsi="Arial" w:cs="Arial"/>
          <w:b/>
          <w:bCs/>
          <w:lang w:val="es-CO" w:eastAsia="es-ES_tradnl"/>
        </w:rPr>
        <w:t>Por la cual se brindan condiciones para facilitar el acceso al Sistema General de Riesgos Laborales a la población de recuperadores ambientales del país</w:t>
      </w:r>
      <w:r w:rsidR="00134EEA" w:rsidRPr="00BC6830">
        <w:rPr>
          <w:rFonts w:ascii="Arial" w:hAnsi="Arial" w:cs="Arial"/>
          <w:b/>
          <w:bCs/>
          <w:lang w:val="es-CO"/>
        </w:rPr>
        <w:t xml:space="preserve">”    </w:t>
      </w:r>
    </w:p>
    <w:p w14:paraId="3D56AF3A"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lang w:val="es-CO"/>
        </w:rPr>
        <w:t>Autores</w:t>
      </w:r>
      <w:r w:rsidRPr="00BC6830">
        <w:rPr>
          <w:rFonts w:ascii="Arial" w:hAnsi="Arial" w:cs="Arial"/>
          <w:b/>
          <w:bCs/>
          <w:lang w:val="es-CO"/>
        </w:rPr>
        <w:t xml:space="preserve"> HH. RR. </w:t>
      </w:r>
      <w:hyperlink r:id="rId94" w:history="1">
        <w:r w:rsidRPr="00BC6830">
          <w:rPr>
            <w:rFonts w:ascii="Arial" w:hAnsi="Arial" w:cs="Arial"/>
            <w:b/>
            <w:bCs/>
            <w:lang w:val="es-CO"/>
          </w:rPr>
          <w:t>JUAN CARLOS LOZADA VARGAS</w:t>
        </w:r>
      </w:hyperlink>
      <w:r w:rsidRPr="00BC6830">
        <w:rPr>
          <w:rFonts w:ascii="Arial" w:hAnsi="Arial" w:cs="Arial"/>
          <w:b/>
          <w:bCs/>
          <w:lang w:val="es-CO"/>
        </w:rPr>
        <w:t xml:space="preserve">, </w:t>
      </w:r>
      <w:hyperlink r:id="rId95" w:history="1">
        <w:r w:rsidRPr="00BC6830">
          <w:rPr>
            <w:rFonts w:ascii="Arial" w:hAnsi="Arial" w:cs="Arial"/>
            <w:b/>
            <w:bCs/>
            <w:lang w:val="es-CO"/>
          </w:rPr>
          <w:t>JULIO CÉSAR TRIANA QUINTERO</w:t>
        </w:r>
      </w:hyperlink>
      <w:r w:rsidRPr="00BC6830">
        <w:rPr>
          <w:rFonts w:ascii="Arial" w:hAnsi="Arial" w:cs="Arial"/>
          <w:b/>
          <w:bCs/>
          <w:lang w:val="es-CO"/>
        </w:rPr>
        <w:t xml:space="preserve">, </w:t>
      </w:r>
      <w:hyperlink r:id="rId96" w:history="1">
        <w:r w:rsidRPr="00BC6830">
          <w:rPr>
            <w:rFonts w:ascii="Arial" w:hAnsi="Arial" w:cs="Arial"/>
            <w:b/>
            <w:bCs/>
            <w:lang w:val="es-CO"/>
          </w:rPr>
          <w:t>JULIAN PEINADO RAMÍREZ</w:t>
        </w:r>
      </w:hyperlink>
      <w:r w:rsidRPr="00BC6830">
        <w:rPr>
          <w:rFonts w:ascii="Arial" w:hAnsi="Arial" w:cs="Arial"/>
          <w:b/>
          <w:bCs/>
          <w:lang w:val="es-CO"/>
        </w:rPr>
        <w:t xml:space="preserve">, </w:t>
      </w:r>
      <w:hyperlink r:id="rId97" w:history="1">
        <w:r w:rsidRPr="00BC6830">
          <w:rPr>
            <w:rFonts w:ascii="Arial" w:hAnsi="Arial" w:cs="Arial"/>
            <w:b/>
            <w:bCs/>
            <w:lang w:val="es-CO"/>
          </w:rPr>
          <w:t>OSCAR HERNÁN SÁNCHEZ LEÓN</w:t>
        </w:r>
      </w:hyperlink>
      <w:r w:rsidRPr="00BC6830">
        <w:rPr>
          <w:rFonts w:ascii="Arial" w:hAnsi="Arial" w:cs="Arial"/>
          <w:b/>
          <w:bCs/>
          <w:lang w:val="es-CO"/>
        </w:rPr>
        <w:t xml:space="preserve">, </w:t>
      </w:r>
      <w:hyperlink r:id="rId98" w:history="1">
        <w:r w:rsidRPr="00BC6830">
          <w:rPr>
            <w:rFonts w:ascii="Arial" w:hAnsi="Arial" w:cs="Arial"/>
            <w:b/>
            <w:bCs/>
            <w:lang w:val="es-CO"/>
          </w:rPr>
          <w:t>JORGE ELIÉCER TAMAYO MARULANDA</w:t>
        </w:r>
      </w:hyperlink>
      <w:r w:rsidRPr="00BC6830">
        <w:rPr>
          <w:rFonts w:ascii="Arial" w:hAnsi="Arial" w:cs="Arial"/>
          <w:b/>
          <w:bCs/>
          <w:lang w:val="es-CO"/>
        </w:rPr>
        <w:t xml:space="preserve"> y los HH.  SS. </w:t>
      </w:r>
      <w:hyperlink r:id="rId99" w:history="1">
        <w:r w:rsidRPr="00BC6830">
          <w:rPr>
            <w:rFonts w:ascii="Arial" w:hAnsi="Arial" w:cs="Arial"/>
            <w:b/>
            <w:bCs/>
            <w:lang w:val="es-CO"/>
          </w:rPr>
          <w:t>ALEJANDRO ALBERTO VEGA PÉREZ</w:t>
        </w:r>
      </w:hyperlink>
      <w:r w:rsidRPr="00BC6830">
        <w:rPr>
          <w:rFonts w:ascii="Arial" w:hAnsi="Arial" w:cs="Arial"/>
          <w:b/>
          <w:bCs/>
          <w:lang w:val="es-CO"/>
        </w:rPr>
        <w:t xml:space="preserve">, </w:t>
      </w:r>
      <w:hyperlink r:id="rId100" w:history="1">
        <w:r w:rsidRPr="00BC6830">
          <w:rPr>
            <w:rFonts w:ascii="Arial" w:hAnsi="Arial" w:cs="Arial"/>
            <w:b/>
            <w:bCs/>
            <w:lang w:val="es-CO"/>
          </w:rPr>
          <w:t>LAURA ESTHER FORTICH SANCHEZ</w:t>
        </w:r>
      </w:hyperlink>
      <w:r w:rsidRPr="00BC6830">
        <w:rPr>
          <w:rFonts w:ascii="Arial" w:hAnsi="Arial" w:cs="Arial"/>
          <w:b/>
          <w:bCs/>
          <w:lang w:val="es-CO"/>
        </w:rPr>
        <w:t>.</w:t>
      </w:r>
      <w:r w:rsidRPr="00BC6830">
        <w:rPr>
          <w:rFonts w:ascii="Arial" w:hAnsi="Arial" w:cs="Arial"/>
          <w:b/>
          <w:bCs/>
          <w:shd w:val="clear" w:color="auto" w:fill="F2F2F2"/>
          <w:lang w:val="es-CO"/>
        </w:rPr>
        <w:t xml:space="preserve"> </w:t>
      </w:r>
      <w:r w:rsidRPr="00BC6830">
        <w:rPr>
          <w:rFonts w:ascii="Arial" w:hAnsi="Arial" w:cs="Arial"/>
          <w:b/>
          <w:bCs/>
          <w:lang w:val="es-CO"/>
        </w:rPr>
        <w:t xml:space="preserve">   </w:t>
      </w:r>
      <w:r w:rsidRPr="00BC6830">
        <w:rPr>
          <w:rFonts w:ascii="Arial" w:hAnsi="Arial" w:cs="Arial"/>
          <w:lang w:val="es-CO"/>
        </w:rPr>
        <w:t xml:space="preserve">     </w:t>
      </w:r>
    </w:p>
    <w:p w14:paraId="418D26AD"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w:t>
      </w:r>
      <w:r w:rsidRPr="00BC6830">
        <w:rPr>
          <w:rFonts w:ascii="Arial" w:hAnsi="Arial" w:cs="Arial"/>
          <w:lang w:val="es-CO"/>
        </w:rPr>
        <w:t xml:space="preserve"> agosto 18 2022            </w:t>
      </w:r>
    </w:p>
    <w:p w14:paraId="5F11962F"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 xml:space="preserve">Publicación </w:t>
      </w:r>
      <w:r w:rsidR="00841B08">
        <w:rPr>
          <w:rFonts w:ascii="Arial" w:hAnsi="Arial" w:cs="Arial"/>
          <w:b/>
          <w:bCs/>
          <w:lang w:val="es-CO"/>
        </w:rPr>
        <w:t>Proyecto</w:t>
      </w:r>
      <w:r w:rsidRPr="00BC6830">
        <w:rPr>
          <w:rFonts w:ascii="Arial" w:hAnsi="Arial" w:cs="Arial"/>
          <w:b/>
          <w:bCs/>
          <w:lang w:val="es-CO"/>
        </w:rPr>
        <w:t xml:space="preserve"> de Ley:</w:t>
      </w:r>
      <w:r w:rsidRPr="00BC6830">
        <w:rPr>
          <w:rFonts w:ascii="Arial" w:hAnsi="Arial" w:cs="Arial"/>
          <w:lang w:val="es-CO"/>
        </w:rPr>
        <w:t xml:space="preserve"> Gaceta 968 de 2022         </w:t>
      </w:r>
    </w:p>
    <w:p w14:paraId="40BB7306"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 en Comisión:</w:t>
      </w:r>
      <w:r w:rsidRPr="00BC6830">
        <w:rPr>
          <w:rFonts w:ascii="Arial" w:hAnsi="Arial" w:cs="Arial"/>
          <w:lang w:val="es-CO"/>
        </w:rPr>
        <w:t xml:space="preserve"> septiembre 01 de 2022</w:t>
      </w:r>
    </w:p>
    <w:p w14:paraId="723880DF"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b/>
          <w:bCs/>
          <w:lang w:val="es-CO"/>
        </w:rPr>
        <w:t>Ponentes Primer Debate:</w:t>
      </w:r>
      <w:r w:rsidRPr="00BC6830">
        <w:rPr>
          <w:rFonts w:ascii="Arial" w:hAnsi="Arial" w:cs="Arial"/>
          <w:lang w:val="es-CO"/>
        </w:rPr>
        <w:t xml:space="preserve"> VICTOR MANUEL SALCEDO GUERRERO (Coordinador Ponente), MARIA EUGENIA LOPERA MONSALVE. Designados el 15 de septiembre de 2022.       </w:t>
      </w:r>
    </w:p>
    <w:p w14:paraId="7CB4E717"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Ponencia Primer Debate:</w:t>
      </w:r>
      <w:r w:rsidRPr="00BC6830">
        <w:rPr>
          <w:rFonts w:ascii="Arial" w:hAnsi="Arial" w:cs="Arial"/>
          <w:lang w:val="es-CO"/>
        </w:rPr>
        <w:t xml:space="preserve"> Gaceta No. 1388 de 2022 </w:t>
      </w:r>
    </w:p>
    <w:p w14:paraId="431255C4" w14:textId="77777777" w:rsidR="00134EEA" w:rsidRPr="00BC6830" w:rsidRDefault="00134EEA" w:rsidP="00134EEA">
      <w:pPr>
        <w:ind w:firstLine="708"/>
        <w:rPr>
          <w:rFonts w:ascii="Arial" w:hAnsi="Arial" w:cs="Arial"/>
          <w:lang w:val="es-CO"/>
        </w:rPr>
      </w:pPr>
      <w:r w:rsidRPr="00BC6830">
        <w:rPr>
          <w:rFonts w:ascii="Arial" w:hAnsi="Arial" w:cs="Arial"/>
          <w:b/>
          <w:bCs/>
          <w:lang w:val="es-CO"/>
        </w:rPr>
        <w:t xml:space="preserve">Ultimo anuncio: </w:t>
      </w:r>
      <w:r w:rsidRPr="00BC6830">
        <w:rPr>
          <w:rFonts w:ascii="Arial" w:hAnsi="Arial" w:cs="Arial"/>
          <w:lang w:val="es-CO"/>
        </w:rPr>
        <w:t>marzo 28 de 2023.</w:t>
      </w:r>
    </w:p>
    <w:p w14:paraId="31711626" w14:textId="77777777" w:rsidR="00134EEA" w:rsidRPr="00BC6830" w:rsidRDefault="00841B08" w:rsidP="00EA64DC">
      <w:pPr>
        <w:pStyle w:val="Sinespaciado"/>
        <w:numPr>
          <w:ilvl w:val="0"/>
          <w:numId w:val="7"/>
        </w:numPr>
        <w:jc w:val="both"/>
        <w:rPr>
          <w:rFonts w:ascii="Arial" w:hAnsi="Arial" w:cs="Arial"/>
          <w:b/>
          <w:bCs/>
          <w:lang w:val="es-CO"/>
        </w:rPr>
      </w:pPr>
      <w:r>
        <w:rPr>
          <w:rStyle w:val="Textoennegrita"/>
          <w:rFonts w:ascii="Arial" w:hAnsi="Arial" w:cs="Arial"/>
          <w:lang w:val="es-CO"/>
        </w:rPr>
        <w:t>Proyecto</w:t>
      </w:r>
      <w:r w:rsidR="00134EEA" w:rsidRPr="00BC6830">
        <w:rPr>
          <w:rStyle w:val="Textoennegrita"/>
          <w:rFonts w:ascii="Arial" w:hAnsi="Arial" w:cs="Arial"/>
          <w:lang w:val="es-CO"/>
        </w:rPr>
        <w:t xml:space="preserve"> de Ley No. 080 de 2022 Cámara “</w:t>
      </w:r>
      <w:r w:rsidR="00134EEA" w:rsidRPr="00BC6830">
        <w:rPr>
          <w:rFonts w:ascii="Arial" w:eastAsia="Times New Roman" w:hAnsi="Arial" w:cs="Arial"/>
          <w:b/>
          <w:bCs/>
          <w:lang w:val="es-CO"/>
        </w:rPr>
        <w:t>Por la cual se establecen lineamientos sobre el trabajo en casa de las madres gestantes y lactantes, promoviendo el derecho de los niños al cuidado y la lactancia materna y se dictan otras disposiciones</w:t>
      </w:r>
      <w:r w:rsidR="00134EEA" w:rsidRPr="00BC6830">
        <w:rPr>
          <w:rFonts w:ascii="Arial" w:hAnsi="Arial" w:cs="Arial"/>
          <w:b/>
          <w:bCs/>
          <w:lang w:val="es-CO"/>
        </w:rPr>
        <w:t xml:space="preserve">”    </w:t>
      </w:r>
    </w:p>
    <w:p w14:paraId="5A6B7064"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lang w:val="es-CO"/>
        </w:rPr>
        <w:t>Autores</w:t>
      </w:r>
      <w:r w:rsidRPr="00BC6830">
        <w:rPr>
          <w:rFonts w:ascii="Arial" w:hAnsi="Arial" w:cs="Arial"/>
          <w:b/>
          <w:bCs/>
          <w:lang w:val="es-CO"/>
        </w:rPr>
        <w:t xml:space="preserve"> HH. RR. </w:t>
      </w:r>
      <w:hyperlink r:id="rId101" w:history="1">
        <w:r w:rsidRPr="00BC6830">
          <w:rPr>
            <w:rFonts w:ascii="Arial" w:hAnsi="Arial" w:cs="Arial"/>
            <w:b/>
            <w:bCs/>
            <w:lang w:val="es-CO"/>
          </w:rPr>
          <w:t>JAIME RAÚL SALAMANCA TORRES</w:t>
        </w:r>
      </w:hyperlink>
      <w:r w:rsidRPr="00BC6830">
        <w:rPr>
          <w:rFonts w:ascii="Arial" w:hAnsi="Arial" w:cs="Arial"/>
          <w:b/>
          <w:bCs/>
          <w:lang w:val="es-CO"/>
        </w:rPr>
        <w:t xml:space="preserve">, </w:t>
      </w:r>
      <w:hyperlink r:id="rId102" w:history="1">
        <w:r w:rsidRPr="00BC6830">
          <w:rPr>
            <w:rFonts w:ascii="Arial" w:hAnsi="Arial" w:cs="Arial"/>
            <w:b/>
            <w:bCs/>
            <w:lang w:val="es-CO"/>
          </w:rPr>
          <w:t>JUAN DIEGO MUÑOZ CABRERA</w:t>
        </w:r>
      </w:hyperlink>
      <w:r w:rsidRPr="00BC6830">
        <w:rPr>
          <w:rFonts w:ascii="Arial" w:hAnsi="Arial" w:cs="Arial"/>
          <w:b/>
          <w:bCs/>
          <w:lang w:val="es-CO"/>
        </w:rPr>
        <w:t xml:space="preserve">, </w:t>
      </w:r>
      <w:hyperlink r:id="rId103" w:history="1">
        <w:r w:rsidRPr="00BC6830">
          <w:rPr>
            <w:rFonts w:ascii="Arial" w:hAnsi="Arial" w:cs="Arial"/>
            <w:b/>
            <w:bCs/>
            <w:lang w:val="es-CO"/>
          </w:rPr>
          <w:t>CRISTIAN DANILO AVENDAÑO FINO</w:t>
        </w:r>
      </w:hyperlink>
      <w:r w:rsidRPr="00BC6830">
        <w:rPr>
          <w:rFonts w:ascii="Arial" w:hAnsi="Arial" w:cs="Arial"/>
          <w:b/>
          <w:bCs/>
          <w:lang w:val="es-CO"/>
        </w:rPr>
        <w:t xml:space="preserve">, </w:t>
      </w:r>
      <w:hyperlink r:id="rId104" w:history="1">
        <w:r w:rsidRPr="00BC6830">
          <w:rPr>
            <w:rFonts w:ascii="Arial" w:hAnsi="Arial" w:cs="Arial"/>
            <w:b/>
            <w:bCs/>
            <w:lang w:val="es-CO"/>
          </w:rPr>
          <w:t>JUAN SEBASTIÁN GÓMEZ GONZÁLEZ</w:t>
        </w:r>
      </w:hyperlink>
      <w:r w:rsidRPr="00BC6830">
        <w:rPr>
          <w:rFonts w:ascii="Arial" w:hAnsi="Arial" w:cs="Arial"/>
          <w:b/>
          <w:bCs/>
          <w:lang w:val="es-CO"/>
        </w:rPr>
        <w:t xml:space="preserve">, </w:t>
      </w:r>
      <w:hyperlink r:id="rId105" w:history="1">
        <w:r w:rsidRPr="00BC6830">
          <w:rPr>
            <w:rFonts w:ascii="Arial" w:hAnsi="Arial" w:cs="Arial"/>
            <w:b/>
            <w:bCs/>
            <w:lang w:val="es-CO"/>
          </w:rPr>
          <w:t>OLGA LUCIA VELÁSQUEZ NIETO</w:t>
        </w:r>
      </w:hyperlink>
      <w:r w:rsidRPr="00BC6830">
        <w:rPr>
          <w:rFonts w:ascii="Arial" w:hAnsi="Arial" w:cs="Arial"/>
          <w:b/>
          <w:bCs/>
          <w:lang w:val="es-CO"/>
        </w:rPr>
        <w:t xml:space="preserve">, </w:t>
      </w:r>
      <w:hyperlink r:id="rId106" w:history="1">
        <w:r w:rsidRPr="00BC6830">
          <w:rPr>
            <w:rFonts w:ascii="Arial" w:hAnsi="Arial" w:cs="Arial"/>
            <w:b/>
            <w:bCs/>
            <w:lang w:val="es-CO"/>
          </w:rPr>
          <w:t>WILMER YAIR CASTELLANOS HERNÁNDEZ</w:t>
        </w:r>
      </w:hyperlink>
      <w:r w:rsidRPr="00BC6830">
        <w:rPr>
          <w:rFonts w:ascii="Arial" w:hAnsi="Arial" w:cs="Arial"/>
          <w:b/>
          <w:bCs/>
          <w:lang w:val="es-CO"/>
        </w:rPr>
        <w:t xml:space="preserve"> y los HH. SS. ARIEL FERNANDO AVILA MARTINEZ, </w:t>
      </w:r>
      <w:hyperlink r:id="rId107" w:history="1">
        <w:r w:rsidRPr="00BC6830">
          <w:rPr>
            <w:rFonts w:ascii="Arial" w:hAnsi="Arial" w:cs="Arial"/>
            <w:b/>
            <w:bCs/>
            <w:lang w:val="es-CO"/>
          </w:rPr>
          <w:t>IVÁN LEONIDAS NAME VÁSQUEZ</w:t>
        </w:r>
      </w:hyperlink>
      <w:r w:rsidRPr="00BC6830">
        <w:rPr>
          <w:rFonts w:ascii="Arial" w:hAnsi="Arial" w:cs="Arial"/>
          <w:b/>
          <w:bCs/>
          <w:lang w:val="es-CO"/>
        </w:rPr>
        <w:t xml:space="preserve">, </w:t>
      </w:r>
      <w:hyperlink r:id="rId108" w:history="1">
        <w:r w:rsidRPr="00BC6830">
          <w:rPr>
            <w:rFonts w:ascii="Arial" w:hAnsi="Arial" w:cs="Arial"/>
            <w:b/>
            <w:bCs/>
            <w:lang w:val="es-CO"/>
          </w:rPr>
          <w:t>ANA CAROLINA ESPITIA JEREZ</w:t>
        </w:r>
      </w:hyperlink>
      <w:r w:rsidRPr="00BC6830">
        <w:rPr>
          <w:rFonts w:ascii="Arial" w:hAnsi="Arial" w:cs="Arial"/>
          <w:b/>
          <w:bCs/>
          <w:lang w:val="es-CO"/>
        </w:rPr>
        <w:t>, ANDREA PADILLA VILLARRAGA.</w:t>
      </w:r>
      <w:r w:rsidRPr="00BC6830">
        <w:rPr>
          <w:rFonts w:ascii="Arial" w:hAnsi="Arial" w:cs="Arial"/>
          <w:b/>
          <w:bCs/>
          <w:shd w:val="clear" w:color="auto" w:fill="F2F2F2"/>
          <w:lang w:val="es-CO"/>
        </w:rPr>
        <w:t xml:space="preserve"> </w:t>
      </w:r>
      <w:r w:rsidRPr="00BC6830">
        <w:rPr>
          <w:rFonts w:ascii="Arial" w:hAnsi="Arial" w:cs="Arial"/>
          <w:b/>
          <w:bCs/>
          <w:lang w:val="es-CO"/>
        </w:rPr>
        <w:t xml:space="preserve">   </w:t>
      </w:r>
      <w:r w:rsidRPr="00BC6830">
        <w:rPr>
          <w:rFonts w:ascii="Arial" w:hAnsi="Arial" w:cs="Arial"/>
          <w:lang w:val="es-CO"/>
        </w:rPr>
        <w:t xml:space="preserve">     </w:t>
      </w:r>
    </w:p>
    <w:p w14:paraId="66C39C32"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w:t>
      </w:r>
      <w:r w:rsidRPr="00BC6830">
        <w:rPr>
          <w:rFonts w:ascii="Arial" w:hAnsi="Arial" w:cs="Arial"/>
          <w:lang w:val="es-CO"/>
        </w:rPr>
        <w:t xml:space="preserve"> julio 27 2022            </w:t>
      </w:r>
    </w:p>
    <w:p w14:paraId="794C0B45"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 xml:space="preserve">Publicación </w:t>
      </w:r>
      <w:r w:rsidR="00841B08">
        <w:rPr>
          <w:rFonts w:ascii="Arial" w:hAnsi="Arial" w:cs="Arial"/>
          <w:b/>
          <w:bCs/>
          <w:lang w:val="es-CO"/>
        </w:rPr>
        <w:t>Proyecto</w:t>
      </w:r>
      <w:r w:rsidRPr="00BC6830">
        <w:rPr>
          <w:rFonts w:ascii="Arial" w:hAnsi="Arial" w:cs="Arial"/>
          <w:b/>
          <w:bCs/>
          <w:lang w:val="es-CO"/>
        </w:rPr>
        <w:t xml:space="preserve"> de Ley:</w:t>
      </w:r>
      <w:r w:rsidRPr="00BC6830">
        <w:rPr>
          <w:rFonts w:ascii="Arial" w:hAnsi="Arial" w:cs="Arial"/>
          <w:lang w:val="es-CO"/>
        </w:rPr>
        <w:t xml:space="preserve"> Gaceta 952 de 2022         </w:t>
      </w:r>
    </w:p>
    <w:p w14:paraId="75593F7D"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 en Comisión:</w:t>
      </w:r>
      <w:r w:rsidRPr="00BC6830">
        <w:rPr>
          <w:rFonts w:ascii="Arial" w:hAnsi="Arial" w:cs="Arial"/>
          <w:lang w:val="es-CO"/>
        </w:rPr>
        <w:t xml:space="preserve"> agosto 30 de 2022</w:t>
      </w:r>
    </w:p>
    <w:p w14:paraId="7BE58E20"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b/>
          <w:bCs/>
          <w:lang w:val="es-CO"/>
        </w:rPr>
        <w:t>Ponentes Primer Debate:</w:t>
      </w:r>
      <w:r w:rsidRPr="00BC6830">
        <w:rPr>
          <w:rFonts w:ascii="Arial" w:hAnsi="Arial" w:cs="Arial"/>
          <w:lang w:val="es-CO"/>
        </w:rPr>
        <w:t xml:space="preserve"> LEIDER ALEXANDRA VASQUEZ OCHOA, HECTOR DAVID CHAPARRO CHAPARRO (Coordinadores Ponentes), HUGO ALFONSO ARCHILA SUAREZ, BETSY JUDITH PEREZ ARANGO, KAREN JULIANA LOPEZ SALAZAR. Designados el 02 de noviembre de 2022.       </w:t>
      </w:r>
    </w:p>
    <w:p w14:paraId="308A5B3C"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Ponencia Primer Debate:</w:t>
      </w:r>
      <w:r w:rsidRPr="00BC6830">
        <w:rPr>
          <w:rFonts w:ascii="Arial" w:hAnsi="Arial" w:cs="Arial"/>
          <w:lang w:val="es-CO"/>
        </w:rPr>
        <w:t xml:space="preserve">  Gaceta 1686 de 2022</w:t>
      </w:r>
    </w:p>
    <w:p w14:paraId="46DADF25" w14:textId="77777777" w:rsidR="00134EEA" w:rsidRPr="00BC6830" w:rsidRDefault="00134EEA" w:rsidP="00134EEA">
      <w:pPr>
        <w:ind w:firstLine="708"/>
        <w:rPr>
          <w:rFonts w:ascii="Arial" w:hAnsi="Arial" w:cs="Arial"/>
          <w:b/>
          <w:bCs/>
          <w:lang w:val="es-CO"/>
        </w:rPr>
      </w:pPr>
      <w:r w:rsidRPr="00BC6830">
        <w:rPr>
          <w:rFonts w:ascii="Arial" w:hAnsi="Arial" w:cs="Arial"/>
          <w:b/>
          <w:bCs/>
          <w:lang w:val="es-CO"/>
        </w:rPr>
        <w:t xml:space="preserve">Ultimo anuncio: </w:t>
      </w:r>
      <w:r w:rsidRPr="00BC6830">
        <w:rPr>
          <w:rFonts w:ascii="Arial" w:hAnsi="Arial" w:cs="Arial"/>
          <w:lang w:val="es-CO"/>
        </w:rPr>
        <w:t>marzo 28 de 2023.</w:t>
      </w:r>
    </w:p>
    <w:p w14:paraId="55AF59D1" w14:textId="77777777" w:rsidR="00134EEA" w:rsidRPr="00BC6830" w:rsidRDefault="00841B08" w:rsidP="00290DA6">
      <w:pPr>
        <w:pStyle w:val="Sinespaciado"/>
        <w:numPr>
          <w:ilvl w:val="0"/>
          <w:numId w:val="7"/>
        </w:numPr>
        <w:jc w:val="both"/>
        <w:rPr>
          <w:rFonts w:ascii="Arial" w:hAnsi="Arial" w:cs="Arial"/>
          <w:b/>
          <w:bCs/>
          <w:lang w:val="es-CO"/>
        </w:rPr>
      </w:pPr>
      <w:r>
        <w:rPr>
          <w:rStyle w:val="Textoennegrita"/>
          <w:rFonts w:ascii="Arial" w:hAnsi="Arial" w:cs="Arial"/>
          <w:lang w:val="es-CO"/>
        </w:rPr>
        <w:lastRenderedPageBreak/>
        <w:t>Proyecto</w:t>
      </w:r>
      <w:r w:rsidR="00134EEA" w:rsidRPr="00BC6830">
        <w:rPr>
          <w:rStyle w:val="Textoennegrita"/>
          <w:rFonts w:ascii="Arial" w:hAnsi="Arial" w:cs="Arial"/>
          <w:lang w:val="es-CO"/>
        </w:rPr>
        <w:t xml:space="preserve"> de Ley No. 078 de 2022 Cámara “</w:t>
      </w:r>
      <w:r w:rsidR="00134EEA" w:rsidRPr="00BC6830">
        <w:rPr>
          <w:rFonts w:ascii="Arial" w:eastAsia="Times New Roman" w:hAnsi="Arial" w:cs="Arial"/>
          <w:b/>
          <w:bCs/>
          <w:lang w:val="es-CO"/>
        </w:rPr>
        <w:t>Por medio de la cual se establecen lineamientos sobre el nombramiento docente en vacantes temporales y se dictan otras disposiciones</w:t>
      </w:r>
      <w:r w:rsidR="00134EEA" w:rsidRPr="00BC6830">
        <w:rPr>
          <w:rFonts w:ascii="Arial" w:hAnsi="Arial" w:cs="Arial"/>
          <w:b/>
          <w:bCs/>
          <w:lang w:val="es-CO"/>
        </w:rPr>
        <w:t xml:space="preserve">”  </w:t>
      </w:r>
    </w:p>
    <w:p w14:paraId="43159CCA"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lang w:val="es-CO"/>
        </w:rPr>
        <w:t>Autores</w:t>
      </w:r>
      <w:r w:rsidRPr="00BC6830">
        <w:rPr>
          <w:rFonts w:ascii="Arial" w:hAnsi="Arial" w:cs="Arial"/>
          <w:b/>
          <w:bCs/>
          <w:lang w:val="es-CO"/>
        </w:rPr>
        <w:t xml:space="preserve"> HH. RR. </w:t>
      </w:r>
      <w:hyperlink r:id="rId109" w:history="1">
        <w:r w:rsidRPr="00BC6830">
          <w:rPr>
            <w:rFonts w:ascii="Arial" w:hAnsi="Arial" w:cs="Arial"/>
            <w:b/>
            <w:bCs/>
            <w:lang w:val="es-CO"/>
          </w:rPr>
          <w:t>JAIME RAÚL SALAMANCA TORRES</w:t>
        </w:r>
      </w:hyperlink>
      <w:r w:rsidRPr="00BC6830">
        <w:rPr>
          <w:rFonts w:ascii="Arial" w:hAnsi="Arial" w:cs="Arial"/>
          <w:b/>
          <w:bCs/>
          <w:lang w:val="es-CO"/>
        </w:rPr>
        <w:t xml:space="preserve">, </w:t>
      </w:r>
      <w:hyperlink r:id="rId110" w:history="1">
        <w:r w:rsidRPr="00BC6830">
          <w:rPr>
            <w:rFonts w:ascii="Arial" w:hAnsi="Arial" w:cs="Arial"/>
            <w:b/>
            <w:bCs/>
            <w:lang w:val="es-CO"/>
          </w:rPr>
          <w:t>JUAN DIEGO MUÑOZ CABRERA</w:t>
        </w:r>
      </w:hyperlink>
      <w:r w:rsidRPr="00BC6830">
        <w:rPr>
          <w:rFonts w:ascii="Arial" w:hAnsi="Arial" w:cs="Arial"/>
          <w:b/>
          <w:bCs/>
          <w:lang w:val="es-CO"/>
        </w:rPr>
        <w:t xml:space="preserve">, </w:t>
      </w:r>
      <w:hyperlink r:id="rId111" w:history="1">
        <w:r w:rsidRPr="00BC6830">
          <w:rPr>
            <w:rFonts w:ascii="Arial" w:hAnsi="Arial" w:cs="Arial"/>
            <w:b/>
            <w:bCs/>
            <w:lang w:val="es-CO"/>
          </w:rPr>
          <w:t>DUVALIER SÁNCHEZ ARANGO</w:t>
        </w:r>
      </w:hyperlink>
      <w:r w:rsidRPr="00BC6830">
        <w:rPr>
          <w:rFonts w:ascii="Arial" w:hAnsi="Arial" w:cs="Arial"/>
          <w:b/>
          <w:bCs/>
          <w:lang w:val="es-CO"/>
        </w:rPr>
        <w:t xml:space="preserve">, </w:t>
      </w:r>
      <w:hyperlink r:id="rId112" w:history="1">
        <w:r w:rsidRPr="00BC6830">
          <w:rPr>
            <w:rFonts w:ascii="Arial" w:hAnsi="Arial" w:cs="Arial"/>
            <w:b/>
            <w:bCs/>
            <w:lang w:val="es-CO"/>
          </w:rPr>
          <w:t>SANTIAGO OSORIO MARÍN</w:t>
        </w:r>
      </w:hyperlink>
      <w:r w:rsidRPr="00BC6830">
        <w:rPr>
          <w:rFonts w:ascii="Arial" w:hAnsi="Arial" w:cs="Arial"/>
          <w:b/>
          <w:bCs/>
          <w:lang w:val="es-CO"/>
        </w:rPr>
        <w:t xml:space="preserve">, </w:t>
      </w:r>
      <w:hyperlink r:id="rId113" w:history="1">
        <w:r w:rsidRPr="00BC6830">
          <w:rPr>
            <w:rFonts w:ascii="Arial" w:hAnsi="Arial" w:cs="Arial"/>
            <w:b/>
            <w:bCs/>
            <w:lang w:val="es-CO"/>
          </w:rPr>
          <w:t>MARTHA LISBETH ALFONSO JURADO</w:t>
        </w:r>
      </w:hyperlink>
      <w:r w:rsidRPr="00BC6830">
        <w:rPr>
          <w:rFonts w:ascii="Arial" w:hAnsi="Arial" w:cs="Arial"/>
          <w:b/>
          <w:bCs/>
          <w:lang w:val="es-CO"/>
        </w:rPr>
        <w:t xml:space="preserve">, </w:t>
      </w:r>
      <w:hyperlink r:id="rId114" w:history="1">
        <w:r w:rsidRPr="00BC6830">
          <w:rPr>
            <w:rFonts w:ascii="Arial" w:hAnsi="Arial" w:cs="Arial"/>
            <w:b/>
            <w:bCs/>
            <w:lang w:val="es-CO"/>
          </w:rPr>
          <w:t>CRISTIAN DANILO AVENDAÑO FINO</w:t>
        </w:r>
      </w:hyperlink>
      <w:r w:rsidRPr="00BC6830">
        <w:rPr>
          <w:rFonts w:ascii="Arial" w:hAnsi="Arial" w:cs="Arial"/>
          <w:b/>
          <w:bCs/>
          <w:lang w:val="es-CO"/>
        </w:rPr>
        <w:t xml:space="preserve">, </w:t>
      </w:r>
      <w:hyperlink r:id="rId115" w:history="1">
        <w:r w:rsidRPr="00BC6830">
          <w:rPr>
            <w:rFonts w:ascii="Arial" w:hAnsi="Arial" w:cs="Arial"/>
            <w:b/>
            <w:bCs/>
            <w:lang w:val="es-CO"/>
          </w:rPr>
          <w:t>JUAN SEBASTIÁN GÓMEZ GONZÁLEZ</w:t>
        </w:r>
      </w:hyperlink>
      <w:r w:rsidRPr="00BC6830">
        <w:rPr>
          <w:rFonts w:ascii="Arial" w:hAnsi="Arial" w:cs="Arial"/>
          <w:b/>
          <w:bCs/>
          <w:lang w:val="es-CO"/>
        </w:rPr>
        <w:t xml:space="preserve">, </w:t>
      </w:r>
      <w:hyperlink r:id="rId116" w:history="1">
        <w:r w:rsidRPr="00BC6830">
          <w:rPr>
            <w:rFonts w:ascii="Arial" w:hAnsi="Arial" w:cs="Arial"/>
            <w:b/>
            <w:bCs/>
            <w:lang w:val="es-CO"/>
          </w:rPr>
          <w:t>OLGA LUCIA VELÁSQUEZ NIETO</w:t>
        </w:r>
      </w:hyperlink>
      <w:r w:rsidRPr="00BC6830">
        <w:rPr>
          <w:rFonts w:ascii="Arial" w:hAnsi="Arial" w:cs="Arial"/>
          <w:b/>
          <w:bCs/>
          <w:lang w:val="es-CO"/>
        </w:rPr>
        <w:t xml:space="preserve">, </w:t>
      </w:r>
      <w:hyperlink r:id="rId117" w:history="1">
        <w:r w:rsidRPr="00BC6830">
          <w:rPr>
            <w:rFonts w:ascii="Arial" w:hAnsi="Arial" w:cs="Arial"/>
            <w:b/>
            <w:bCs/>
            <w:lang w:val="es-CO"/>
          </w:rPr>
          <w:t>WILMER YAIR CASTELLANOS HERNÁNDEZ</w:t>
        </w:r>
      </w:hyperlink>
      <w:r w:rsidRPr="00BC6830">
        <w:rPr>
          <w:rFonts w:ascii="Arial" w:hAnsi="Arial" w:cs="Arial"/>
          <w:b/>
          <w:bCs/>
          <w:lang w:val="es-CO"/>
        </w:rPr>
        <w:t xml:space="preserve"> y los HH. SS. </w:t>
      </w:r>
      <w:hyperlink r:id="rId118" w:history="1">
        <w:r w:rsidRPr="00BC6830">
          <w:rPr>
            <w:rFonts w:ascii="Arial" w:hAnsi="Arial" w:cs="Arial"/>
            <w:b/>
            <w:bCs/>
            <w:lang w:val="es-CO"/>
          </w:rPr>
          <w:t>EDWING FABIÁN DÍAZ PLATA</w:t>
        </w:r>
      </w:hyperlink>
      <w:r w:rsidRPr="00BC6830">
        <w:rPr>
          <w:rFonts w:ascii="Arial" w:hAnsi="Arial" w:cs="Arial"/>
          <w:b/>
          <w:bCs/>
          <w:lang w:val="es-CO"/>
        </w:rPr>
        <w:t xml:space="preserve">, </w:t>
      </w:r>
      <w:hyperlink r:id="rId119" w:history="1">
        <w:r w:rsidRPr="00BC6830">
          <w:rPr>
            <w:rFonts w:ascii="Arial" w:hAnsi="Arial" w:cs="Arial"/>
            <w:b/>
            <w:bCs/>
            <w:lang w:val="es-CO"/>
          </w:rPr>
          <w:t>IVÁN LEONIDAS NAME VÁSQUEZ</w:t>
        </w:r>
      </w:hyperlink>
      <w:r w:rsidRPr="00BC6830">
        <w:rPr>
          <w:rFonts w:ascii="Arial" w:hAnsi="Arial" w:cs="Arial"/>
          <w:b/>
          <w:bCs/>
          <w:lang w:val="es-CO"/>
        </w:rPr>
        <w:t xml:space="preserve">, </w:t>
      </w:r>
      <w:hyperlink r:id="rId120" w:history="1">
        <w:r w:rsidRPr="00BC6830">
          <w:rPr>
            <w:rFonts w:ascii="Arial" w:hAnsi="Arial" w:cs="Arial"/>
            <w:b/>
            <w:bCs/>
            <w:lang w:val="es-CO"/>
          </w:rPr>
          <w:t>ANA CAROLINA ESPITIA JEREZ</w:t>
        </w:r>
      </w:hyperlink>
      <w:r w:rsidRPr="00BC6830">
        <w:rPr>
          <w:rFonts w:ascii="Arial" w:hAnsi="Arial" w:cs="Arial"/>
          <w:b/>
          <w:bCs/>
          <w:lang w:val="es-CO"/>
        </w:rPr>
        <w:t xml:space="preserve">. </w:t>
      </w:r>
      <w:r w:rsidRPr="00BC6830">
        <w:rPr>
          <w:rFonts w:ascii="Arial" w:hAnsi="Arial" w:cs="Arial"/>
          <w:b/>
          <w:bCs/>
          <w:shd w:val="clear" w:color="auto" w:fill="F2F2F2"/>
          <w:lang w:val="es-CO"/>
        </w:rPr>
        <w:t xml:space="preserve"> </w:t>
      </w:r>
      <w:r w:rsidRPr="00BC6830">
        <w:rPr>
          <w:rFonts w:ascii="Arial" w:hAnsi="Arial" w:cs="Arial"/>
          <w:b/>
          <w:bCs/>
          <w:lang w:val="es-CO"/>
        </w:rPr>
        <w:t xml:space="preserve">   </w:t>
      </w:r>
      <w:r w:rsidRPr="00BC6830">
        <w:rPr>
          <w:rFonts w:ascii="Arial" w:hAnsi="Arial" w:cs="Arial"/>
          <w:lang w:val="es-CO"/>
        </w:rPr>
        <w:t xml:space="preserve">     </w:t>
      </w:r>
    </w:p>
    <w:p w14:paraId="2F2CC082"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w:t>
      </w:r>
      <w:r w:rsidRPr="00BC6830">
        <w:rPr>
          <w:rFonts w:ascii="Arial" w:hAnsi="Arial" w:cs="Arial"/>
          <w:lang w:val="es-CO"/>
        </w:rPr>
        <w:t xml:space="preserve"> julio 27 2022             </w:t>
      </w:r>
    </w:p>
    <w:p w14:paraId="62E20DDF"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 xml:space="preserve">Publicación </w:t>
      </w:r>
      <w:r w:rsidR="00841B08">
        <w:rPr>
          <w:rFonts w:ascii="Arial" w:hAnsi="Arial" w:cs="Arial"/>
          <w:b/>
          <w:bCs/>
          <w:lang w:val="es-CO"/>
        </w:rPr>
        <w:t>Proyecto</w:t>
      </w:r>
      <w:r w:rsidRPr="00BC6830">
        <w:rPr>
          <w:rFonts w:ascii="Arial" w:hAnsi="Arial" w:cs="Arial"/>
          <w:b/>
          <w:bCs/>
          <w:lang w:val="es-CO"/>
        </w:rPr>
        <w:t xml:space="preserve"> de Ley:</w:t>
      </w:r>
      <w:r w:rsidRPr="00BC6830">
        <w:rPr>
          <w:rFonts w:ascii="Arial" w:hAnsi="Arial" w:cs="Arial"/>
          <w:lang w:val="es-CO"/>
        </w:rPr>
        <w:t xml:space="preserve"> Gaceta 952 de 2022         </w:t>
      </w:r>
    </w:p>
    <w:p w14:paraId="153B0B44"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 en Comisión:</w:t>
      </w:r>
      <w:r w:rsidRPr="00BC6830">
        <w:rPr>
          <w:rFonts w:ascii="Arial" w:hAnsi="Arial" w:cs="Arial"/>
          <w:lang w:val="es-CO"/>
        </w:rPr>
        <w:t xml:space="preserve"> agosto 30 de 2022</w:t>
      </w:r>
    </w:p>
    <w:p w14:paraId="152BEEB9"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b/>
          <w:bCs/>
          <w:lang w:val="es-CO"/>
        </w:rPr>
        <w:t>Ponentes Primer Debate:</w:t>
      </w:r>
      <w:r w:rsidRPr="00BC6830">
        <w:rPr>
          <w:rFonts w:ascii="Arial" w:hAnsi="Arial" w:cs="Arial"/>
          <w:lang w:val="es-CO"/>
        </w:rPr>
        <w:t xml:space="preserve"> JAIRO HUMBERTO CRISTO CORREA (Coordinador Ponente), ALFREDO MONDRAGON GARZON, LEIDER ALEXANDRA VASQUEZ OCHOA. Designados el 06 de septiembre de 2022.       </w:t>
      </w:r>
    </w:p>
    <w:p w14:paraId="5171D977"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Ponencia Primer Debate:</w:t>
      </w:r>
      <w:r w:rsidRPr="00BC6830">
        <w:rPr>
          <w:rFonts w:ascii="Arial" w:hAnsi="Arial" w:cs="Arial"/>
          <w:lang w:val="es-CO"/>
        </w:rPr>
        <w:t xml:space="preserve"> Gaceta 1565 de 2022</w:t>
      </w:r>
    </w:p>
    <w:p w14:paraId="17B09528" w14:textId="77777777" w:rsidR="00134EEA" w:rsidRPr="00BC6830" w:rsidRDefault="00134EEA" w:rsidP="00134EEA">
      <w:pPr>
        <w:ind w:firstLine="708"/>
        <w:rPr>
          <w:rFonts w:ascii="Arial" w:hAnsi="Arial" w:cs="Arial"/>
          <w:b/>
          <w:bCs/>
          <w:lang w:val="es-CO"/>
        </w:rPr>
      </w:pPr>
      <w:r w:rsidRPr="00BC6830">
        <w:rPr>
          <w:rFonts w:ascii="Arial" w:hAnsi="Arial" w:cs="Arial"/>
          <w:b/>
          <w:bCs/>
          <w:lang w:val="es-CO"/>
        </w:rPr>
        <w:t xml:space="preserve">Ultimo anuncio: </w:t>
      </w:r>
      <w:r w:rsidRPr="00BC6830">
        <w:rPr>
          <w:rFonts w:ascii="Arial" w:hAnsi="Arial" w:cs="Arial"/>
          <w:lang w:val="es-CO"/>
        </w:rPr>
        <w:t>marzo 28 de 2023.</w:t>
      </w:r>
    </w:p>
    <w:p w14:paraId="6C56DAB9" w14:textId="77777777" w:rsidR="00134EEA" w:rsidRPr="00BC6830" w:rsidRDefault="00841B08" w:rsidP="00EA64DC">
      <w:pPr>
        <w:pStyle w:val="Sinespaciado"/>
        <w:numPr>
          <w:ilvl w:val="0"/>
          <w:numId w:val="7"/>
        </w:numPr>
        <w:rPr>
          <w:rFonts w:ascii="Arial" w:hAnsi="Arial" w:cs="Arial"/>
          <w:b/>
          <w:bCs/>
          <w:lang w:val="es-CO"/>
        </w:rPr>
      </w:pPr>
      <w:r>
        <w:rPr>
          <w:rStyle w:val="Textoennegrita"/>
          <w:rFonts w:ascii="Arial" w:hAnsi="Arial" w:cs="Arial"/>
          <w:lang w:val="es-CO"/>
        </w:rPr>
        <w:t>Proyecto</w:t>
      </w:r>
      <w:r w:rsidR="00134EEA" w:rsidRPr="00BC6830">
        <w:rPr>
          <w:rStyle w:val="Textoennegrita"/>
          <w:rFonts w:ascii="Arial" w:hAnsi="Arial" w:cs="Arial"/>
          <w:lang w:val="es-CO"/>
        </w:rPr>
        <w:t xml:space="preserve"> de Ley No. 266 de 2022 Cámara “</w:t>
      </w:r>
      <w:r w:rsidR="00134EEA" w:rsidRPr="00BC6830">
        <w:rPr>
          <w:rFonts w:ascii="Arial" w:hAnsi="Arial" w:cs="Arial"/>
          <w:b/>
          <w:bCs/>
          <w:lang w:val="es-CO"/>
        </w:rPr>
        <w:t xml:space="preserve">Por medio de la cual se modifica la ley 700 de 2001 y se dictan otras disposiciones”  </w:t>
      </w:r>
    </w:p>
    <w:p w14:paraId="5B11D814"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lang w:val="es-CO"/>
        </w:rPr>
        <w:t>Autores</w:t>
      </w:r>
      <w:r w:rsidRPr="00BC6830">
        <w:rPr>
          <w:rFonts w:ascii="Arial" w:hAnsi="Arial" w:cs="Arial"/>
          <w:b/>
          <w:bCs/>
          <w:lang w:val="es-CO"/>
        </w:rPr>
        <w:t xml:space="preserve"> HH. RR. MARIA FERNANDA CARRASCAL ROJAS, DAVID ALEJANDRO TORO RAMIREZ, ERICK ADRIAN VELASCO BURBANO, ALFREDO MONDRAGON GARZON. </w:t>
      </w:r>
      <w:r w:rsidRPr="00BC6830">
        <w:rPr>
          <w:rFonts w:ascii="Arial" w:hAnsi="Arial" w:cs="Arial"/>
          <w:b/>
          <w:bCs/>
          <w:shd w:val="clear" w:color="auto" w:fill="F2F2F2"/>
          <w:lang w:val="es-CO"/>
        </w:rPr>
        <w:t xml:space="preserve"> </w:t>
      </w:r>
      <w:r w:rsidRPr="00BC6830">
        <w:rPr>
          <w:rFonts w:ascii="Arial" w:hAnsi="Arial" w:cs="Arial"/>
          <w:b/>
          <w:bCs/>
          <w:lang w:val="es-CO"/>
        </w:rPr>
        <w:t xml:space="preserve">   </w:t>
      </w:r>
      <w:r w:rsidRPr="00BC6830">
        <w:rPr>
          <w:rFonts w:ascii="Arial" w:hAnsi="Arial" w:cs="Arial"/>
          <w:lang w:val="es-CO"/>
        </w:rPr>
        <w:t xml:space="preserve">     </w:t>
      </w:r>
    </w:p>
    <w:p w14:paraId="569B4E42"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w:t>
      </w:r>
      <w:r w:rsidRPr="00BC6830">
        <w:rPr>
          <w:rFonts w:ascii="Arial" w:hAnsi="Arial" w:cs="Arial"/>
          <w:lang w:val="es-CO"/>
        </w:rPr>
        <w:t xml:space="preserve"> Noviembre 02 de 2022             </w:t>
      </w:r>
    </w:p>
    <w:p w14:paraId="1F160F66"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 xml:space="preserve">Publicación </w:t>
      </w:r>
      <w:r w:rsidR="00841B08">
        <w:rPr>
          <w:rFonts w:ascii="Arial" w:hAnsi="Arial" w:cs="Arial"/>
          <w:b/>
          <w:bCs/>
          <w:lang w:val="es-CO"/>
        </w:rPr>
        <w:t>Proyecto</w:t>
      </w:r>
      <w:r w:rsidRPr="00BC6830">
        <w:rPr>
          <w:rFonts w:ascii="Arial" w:hAnsi="Arial" w:cs="Arial"/>
          <w:b/>
          <w:bCs/>
          <w:lang w:val="es-CO"/>
        </w:rPr>
        <w:t xml:space="preserve"> de Ley:</w:t>
      </w:r>
      <w:r w:rsidRPr="00BC6830">
        <w:rPr>
          <w:rFonts w:ascii="Arial" w:hAnsi="Arial" w:cs="Arial"/>
          <w:lang w:val="es-CO"/>
        </w:rPr>
        <w:t xml:space="preserve"> Gaceta 1417 de 2022          </w:t>
      </w:r>
    </w:p>
    <w:p w14:paraId="2C59723B"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 en Comisión:</w:t>
      </w:r>
      <w:r w:rsidRPr="00BC6830">
        <w:rPr>
          <w:rFonts w:ascii="Arial" w:hAnsi="Arial" w:cs="Arial"/>
          <w:lang w:val="es-CO"/>
        </w:rPr>
        <w:t xml:space="preserve"> noviembre 16 de 2022</w:t>
      </w:r>
    </w:p>
    <w:p w14:paraId="7E80016B"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b/>
          <w:bCs/>
          <w:lang w:val="es-CO"/>
        </w:rPr>
        <w:t>Ponentes Primer Debate:</w:t>
      </w:r>
      <w:r w:rsidRPr="00BC6830">
        <w:rPr>
          <w:rFonts w:ascii="Arial" w:hAnsi="Arial" w:cs="Arial"/>
          <w:lang w:val="es-CO"/>
        </w:rPr>
        <w:t xml:space="preserve"> MARIA FERNANDA CARRASCAL ROJAS (Coordinador Ponente). JUAN CARLOS VARGAS SOLER, MARIA EUGENIA LOPERA MONSALVE. Designados el 23 de noviembre de 2022.       </w:t>
      </w:r>
    </w:p>
    <w:p w14:paraId="0FC36AB9"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Ponencia Primer Debate:</w:t>
      </w:r>
      <w:r w:rsidRPr="00BC6830">
        <w:rPr>
          <w:rFonts w:ascii="Arial" w:hAnsi="Arial" w:cs="Arial"/>
          <w:lang w:val="es-CO"/>
        </w:rPr>
        <w:t xml:space="preserve"> Gaceta 1612 de 2022</w:t>
      </w:r>
    </w:p>
    <w:p w14:paraId="56E1F0A1" w14:textId="77777777" w:rsidR="00134EEA" w:rsidRPr="00BC6830" w:rsidRDefault="00134EEA" w:rsidP="00134EEA">
      <w:pPr>
        <w:ind w:firstLine="708"/>
        <w:rPr>
          <w:rFonts w:ascii="Arial" w:hAnsi="Arial" w:cs="Arial"/>
          <w:b/>
          <w:bCs/>
          <w:lang w:val="es-CO"/>
        </w:rPr>
      </w:pPr>
      <w:r w:rsidRPr="00BC6830">
        <w:rPr>
          <w:rFonts w:ascii="Arial" w:hAnsi="Arial" w:cs="Arial"/>
          <w:b/>
          <w:bCs/>
          <w:lang w:val="es-CO"/>
        </w:rPr>
        <w:t xml:space="preserve">Ultimo anuncio: </w:t>
      </w:r>
      <w:r w:rsidRPr="00BC6830">
        <w:rPr>
          <w:rFonts w:ascii="Arial" w:hAnsi="Arial" w:cs="Arial"/>
          <w:lang w:val="es-CO"/>
        </w:rPr>
        <w:t>marzo 28 de 2023.</w:t>
      </w:r>
    </w:p>
    <w:p w14:paraId="34D93DE2" w14:textId="77777777" w:rsidR="00134EEA" w:rsidRPr="00BC6830" w:rsidRDefault="00841B08" w:rsidP="00EA64DC">
      <w:pPr>
        <w:pStyle w:val="Sinespaciado"/>
        <w:numPr>
          <w:ilvl w:val="0"/>
          <w:numId w:val="7"/>
        </w:numPr>
        <w:jc w:val="both"/>
        <w:rPr>
          <w:rFonts w:ascii="Arial" w:hAnsi="Arial" w:cs="Arial"/>
          <w:b/>
          <w:bCs/>
          <w:lang w:val="es-CO"/>
        </w:rPr>
      </w:pPr>
      <w:r>
        <w:rPr>
          <w:rStyle w:val="Textoennegrita"/>
          <w:rFonts w:ascii="Arial" w:hAnsi="Arial" w:cs="Arial"/>
          <w:lang w:val="es-CO"/>
        </w:rPr>
        <w:t>Proyecto</w:t>
      </w:r>
      <w:r w:rsidR="00134EEA" w:rsidRPr="00BC6830">
        <w:rPr>
          <w:rStyle w:val="Textoennegrita"/>
          <w:rFonts w:ascii="Arial" w:hAnsi="Arial" w:cs="Arial"/>
          <w:lang w:val="es-CO"/>
        </w:rPr>
        <w:t xml:space="preserve"> de Ley No. 252 de 2022 Cámara “</w:t>
      </w:r>
      <w:r w:rsidR="00134EEA" w:rsidRPr="00BC6830">
        <w:rPr>
          <w:rFonts w:ascii="Arial" w:hAnsi="Arial" w:cs="Arial"/>
          <w:b/>
          <w:bCs/>
          <w:lang w:val="es-CO"/>
        </w:rPr>
        <w:t xml:space="preserve">Por la cual se modifica el artículo 2.1.8.4 del decreto reglamentario único del sector salud y protección social 780 de 2016”     </w:t>
      </w:r>
    </w:p>
    <w:p w14:paraId="0D27E870"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lang w:val="es-CO"/>
        </w:rPr>
        <w:t>Autores</w:t>
      </w:r>
      <w:r w:rsidRPr="00BC6830">
        <w:rPr>
          <w:rFonts w:ascii="Arial" w:hAnsi="Arial" w:cs="Arial"/>
          <w:b/>
          <w:bCs/>
          <w:lang w:val="es-CO"/>
        </w:rPr>
        <w:t xml:space="preserve"> H. R. JUAN CARLOS WILLS OSPINA </w:t>
      </w:r>
      <w:r w:rsidRPr="00BC6830">
        <w:rPr>
          <w:rFonts w:ascii="Arial" w:hAnsi="Arial" w:cs="Arial"/>
          <w:b/>
          <w:bCs/>
          <w:shd w:val="clear" w:color="auto" w:fill="F2F2F2"/>
          <w:lang w:val="es-CO"/>
        </w:rPr>
        <w:t xml:space="preserve"> </w:t>
      </w:r>
      <w:r w:rsidRPr="00BC6830">
        <w:rPr>
          <w:rFonts w:ascii="Arial" w:hAnsi="Arial" w:cs="Arial"/>
          <w:b/>
          <w:bCs/>
          <w:lang w:val="es-CO"/>
        </w:rPr>
        <w:t xml:space="preserve">   </w:t>
      </w:r>
      <w:r w:rsidRPr="00BC6830">
        <w:rPr>
          <w:rFonts w:ascii="Arial" w:hAnsi="Arial" w:cs="Arial"/>
          <w:lang w:val="es-CO"/>
        </w:rPr>
        <w:t xml:space="preserve">     </w:t>
      </w:r>
    </w:p>
    <w:p w14:paraId="4F0CC24A"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w:t>
      </w:r>
      <w:r w:rsidRPr="00BC6830">
        <w:rPr>
          <w:rFonts w:ascii="Arial" w:hAnsi="Arial" w:cs="Arial"/>
          <w:lang w:val="es-CO"/>
        </w:rPr>
        <w:t xml:space="preserve"> octubre 25 de 2022.             </w:t>
      </w:r>
    </w:p>
    <w:p w14:paraId="3786742A"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 xml:space="preserve">Publicación </w:t>
      </w:r>
      <w:r w:rsidR="00841B08">
        <w:rPr>
          <w:rFonts w:ascii="Arial" w:hAnsi="Arial" w:cs="Arial"/>
          <w:b/>
          <w:bCs/>
          <w:lang w:val="es-CO"/>
        </w:rPr>
        <w:t>Proyecto</w:t>
      </w:r>
      <w:r w:rsidRPr="00BC6830">
        <w:rPr>
          <w:rFonts w:ascii="Arial" w:hAnsi="Arial" w:cs="Arial"/>
          <w:b/>
          <w:bCs/>
          <w:lang w:val="es-CO"/>
        </w:rPr>
        <w:t xml:space="preserve"> de Ley:</w:t>
      </w:r>
      <w:r w:rsidRPr="00BC6830">
        <w:rPr>
          <w:rFonts w:ascii="Arial" w:hAnsi="Arial" w:cs="Arial"/>
          <w:lang w:val="es-CO"/>
        </w:rPr>
        <w:t xml:space="preserve"> Gaceta 1394 de 2022         </w:t>
      </w:r>
    </w:p>
    <w:p w14:paraId="3C233C96"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 en Comisión:</w:t>
      </w:r>
      <w:r w:rsidRPr="00BC6830">
        <w:rPr>
          <w:rFonts w:ascii="Arial" w:hAnsi="Arial" w:cs="Arial"/>
          <w:lang w:val="es-CO"/>
        </w:rPr>
        <w:t xml:space="preserve"> noviembre 16 de 2022</w:t>
      </w:r>
    </w:p>
    <w:p w14:paraId="2ED80B5A"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b/>
          <w:bCs/>
          <w:lang w:val="es-CO"/>
        </w:rPr>
        <w:t>Ponentes Primer Debate:</w:t>
      </w:r>
      <w:r w:rsidRPr="00BC6830">
        <w:rPr>
          <w:rFonts w:ascii="Arial" w:hAnsi="Arial" w:cs="Arial"/>
          <w:lang w:val="es-CO"/>
        </w:rPr>
        <w:t xml:space="preserve"> JORGE ALEXANDER QUEVEDO HERRERA (Ponente único). Designado el 23 de noviembre de 2022.       </w:t>
      </w:r>
    </w:p>
    <w:p w14:paraId="313852C3"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Ponencia Primer Debate:</w:t>
      </w:r>
      <w:r w:rsidRPr="00BC6830">
        <w:rPr>
          <w:rFonts w:ascii="Arial" w:hAnsi="Arial" w:cs="Arial"/>
          <w:lang w:val="es-CO"/>
        </w:rPr>
        <w:t xml:space="preserve"> Gaceta No. 36 de 2023 (feb. 08-23)</w:t>
      </w:r>
    </w:p>
    <w:p w14:paraId="58CBDF3A" w14:textId="77777777" w:rsidR="00134EEA" w:rsidRPr="00BC6830" w:rsidRDefault="00134EEA" w:rsidP="00134EEA">
      <w:pPr>
        <w:ind w:firstLine="708"/>
        <w:rPr>
          <w:rFonts w:ascii="Arial" w:hAnsi="Arial" w:cs="Arial"/>
          <w:b/>
          <w:bCs/>
          <w:lang w:val="es-CO"/>
        </w:rPr>
      </w:pPr>
      <w:r w:rsidRPr="00BC6830">
        <w:rPr>
          <w:rFonts w:ascii="Arial" w:hAnsi="Arial" w:cs="Arial"/>
          <w:b/>
          <w:bCs/>
          <w:lang w:val="es-CO"/>
        </w:rPr>
        <w:t xml:space="preserve">Ultimo anuncio: </w:t>
      </w:r>
      <w:r w:rsidRPr="00BC6830">
        <w:rPr>
          <w:rFonts w:ascii="Arial" w:hAnsi="Arial" w:cs="Arial"/>
          <w:lang w:val="es-CO"/>
        </w:rPr>
        <w:t>marzo 28 de 2023.</w:t>
      </w:r>
    </w:p>
    <w:p w14:paraId="203F8C7D" w14:textId="77777777" w:rsidR="00134EEA" w:rsidRPr="00BC6830" w:rsidRDefault="00841B08" w:rsidP="00EA64DC">
      <w:pPr>
        <w:pStyle w:val="Sinespaciado"/>
        <w:numPr>
          <w:ilvl w:val="0"/>
          <w:numId w:val="7"/>
        </w:numPr>
        <w:jc w:val="both"/>
        <w:rPr>
          <w:rFonts w:ascii="Arial" w:hAnsi="Arial" w:cs="Arial"/>
          <w:b/>
          <w:bCs/>
          <w:lang w:val="es-CO"/>
        </w:rPr>
      </w:pPr>
      <w:r>
        <w:rPr>
          <w:rStyle w:val="Textoennegrita"/>
          <w:rFonts w:ascii="Arial" w:hAnsi="Arial" w:cs="Arial"/>
          <w:lang w:val="es-CO"/>
        </w:rPr>
        <w:t>Proyecto</w:t>
      </w:r>
      <w:r w:rsidR="00134EEA" w:rsidRPr="00BC6830">
        <w:rPr>
          <w:rStyle w:val="Textoennegrita"/>
          <w:rFonts w:ascii="Arial" w:hAnsi="Arial" w:cs="Arial"/>
          <w:lang w:val="es-CO"/>
        </w:rPr>
        <w:t xml:space="preserve"> de Ley No. 195 de 2022 Cámara “</w:t>
      </w:r>
      <w:r w:rsidR="00134EEA" w:rsidRPr="00BC6830">
        <w:rPr>
          <w:rFonts w:ascii="Arial" w:hAnsi="Arial" w:cs="Arial"/>
          <w:b/>
          <w:bCs/>
          <w:lang w:val="es-CO"/>
        </w:rPr>
        <w:t xml:space="preserve">Por medio de la cual se modifica la ley 1616 de 2013 y se dictan otras disposiciones en el ámbito de promoción de la salud mental y prevención del trastorno mental en las instituciones educativas de carácter público y privada” acumulado con los </w:t>
      </w:r>
      <w:r>
        <w:rPr>
          <w:rFonts w:ascii="Arial" w:hAnsi="Arial" w:cs="Arial"/>
          <w:b/>
          <w:bCs/>
          <w:lang w:val="es-CO"/>
        </w:rPr>
        <w:t>proyecto</w:t>
      </w:r>
      <w:r w:rsidR="00134EEA" w:rsidRPr="00BC6830">
        <w:rPr>
          <w:rFonts w:ascii="Arial" w:hAnsi="Arial" w:cs="Arial"/>
          <w:b/>
          <w:bCs/>
          <w:lang w:val="es-CO"/>
        </w:rPr>
        <w:t xml:space="preserve">s </w:t>
      </w:r>
      <w:r w:rsidR="00134EEA" w:rsidRPr="00BC6830">
        <w:rPr>
          <w:rStyle w:val="Textoennegrita"/>
          <w:rFonts w:ascii="Arial" w:hAnsi="Arial" w:cs="Arial"/>
          <w:lang w:val="es-CO"/>
        </w:rPr>
        <w:t>236 de 2022 Cámara “</w:t>
      </w:r>
      <w:r w:rsidR="00134EEA" w:rsidRPr="00BC6830">
        <w:rPr>
          <w:rFonts w:ascii="Arial" w:hAnsi="Arial" w:cs="Arial"/>
          <w:b/>
          <w:bCs/>
          <w:lang w:val="es-CO"/>
        </w:rPr>
        <w:t xml:space="preserve">Por medio del cual se establece el mes de octubre, como el mes de la salud mental en Colombia” y </w:t>
      </w:r>
      <w:r w:rsidR="00134EEA" w:rsidRPr="00BC6830">
        <w:rPr>
          <w:rStyle w:val="Textoennegrita"/>
          <w:rFonts w:ascii="Arial" w:hAnsi="Arial" w:cs="Arial"/>
          <w:lang w:val="es-CO"/>
        </w:rPr>
        <w:t>241 de 2022 Cámara “</w:t>
      </w:r>
      <w:r w:rsidR="00134EEA" w:rsidRPr="00BC6830">
        <w:rPr>
          <w:rFonts w:ascii="Arial" w:hAnsi="Arial" w:cs="Arial"/>
          <w:b/>
          <w:bCs/>
          <w:lang w:val="es-CO"/>
        </w:rPr>
        <w:t xml:space="preserve">Por medio del cual se modifica la ley 1616 de 2013”     </w:t>
      </w:r>
    </w:p>
    <w:p w14:paraId="40FD57C6"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lang w:val="es-CO"/>
        </w:rPr>
        <w:t>Autores</w:t>
      </w:r>
      <w:r w:rsidRPr="00BC6830">
        <w:rPr>
          <w:rFonts w:ascii="Arial" w:hAnsi="Arial" w:cs="Arial"/>
          <w:b/>
          <w:bCs/>
          <w:lang w:val="es-CO"/>
        </w:rPr>
        <w:t xml:space="preserve"> H. R. SILVIO JOSE CARRASQUILLA TORRES. </w:t>
      </w:r>
      <w:r w:rsidRPr="00BC6830">
        <w:rPr>
          <w:rFonts w:ascii="Arial" w:hAnsi="Arial" w:cs="Arial"/>
          <w:b/>
          <w:bCs/>
          <w:shd w:val="clear" w:color="auto" w:fill="F2F2F2"/>
          <w:lang w:val="es-CO"/>
        </w:rPr>
        <w:t xml:space="preserve"> </w:t>
      </w:r>
      <w:r w:rsidRPr="00BC6830">
        <w:rPr>
          <w:rFonts w:ascii="Arial" w:hAnsi="Arial" w:cs="Arial"/>
          <w:b/>
          <w:bCs/>
          <w:lang w:val="es-CO"/>
        </w:rPr>
        <w:t xml:space="preserve">   </w:t>
      </w:r>
      <w:r w:rsidRPr="00BC6830">
        <w:rPr>
          <w:rFonts w:ascii="Arial" w:hAnsi="Arial" w:cs="Arial"/>
          <w:lang w:val="es-CO"/>
        </w:rPr>
        <w:t xml:space="preserve">     </w:t>
      </w:r>
    </w:p>
    <w:p w14:paraId="521D21E4"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w:t>
      </w:r>
      <w:r w:rsidRPr="00BC6830">
        <w:rPr>
          <w:rFonts w:ascii="Arial" w:hAnsi="Arial" w:cs="Arial"/>
          <w:lang w:val="es-CO"/>
        </w:rPr>
        <w:t xml:space="preserve"> Septiembre 14 de 2022.             </w:t>
      </w:r>
    </w:p>
    <w:p w14:paraId="42AA154C"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 xml:space="preserve">Publicación </w:t>
      </w:r>
      <w:r w:rsidR="00841B08">
        <w:rPr>
          <w:rFonts w:ascii="Arial" w:hAnsi="Arial" w:cs="Arial"/>
          <w:b/>
          <w:bCs/>
          <w:lang w:val="es-CO"/>
        </w:rPr>
        <w:t>Proyecto</w:t>
      </w:r>
      <w:r w:rsidRPr="00BC6830">
        <w:rPr>
          <w:rFonts w:ascii="Arial" w:hAnsi="Arial" w:cs="Arial"/>
          <w:b/>
          <w:bCs/>
          <w:lang w:val="es-CO"/>
        </w:rPr>
        <w:t xml:space="preserve"> de Ley:</w:t>
      </w:r>
      <w:r w:rsidRPr="00BC6830">
        <w:rPr>
          <w:rFonts w:ascii="Arial" w:hAnsi="Arial" w:cs="Arial"/>
          <w:lang w:val="es-CO"/>
        </w:rPr>
        <w:t xml:space="preserve"> Gaceta 1119 de 2022         </w:t>
      </w:r>
    </w:p>
    <w:p w14:paraId="11FFECEA"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 en Comisión:</w:t>
      </w:r>
      <w:r w:rsidRPr="00BC6830">
        <w:rPr>
          <w:rFonts w:ascii="Arial" w:hAnsi="Arial" w:cs="Arial"/>
          <w:lang w:val="es-CO"/>
        </w:rPr>
        <w:t xml:space="preserve"> septiembre 21 de 2022</w:t>
      </w:r>
    </w:p>
    <w:p w14:paraId="22307A7E"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b/>
          <w:bCs/>
          <w:lang w:val="es-CO"/>
        </w:rPr>
        <w:lastRenderedPageBreak/>
        <w:t>Ponentes Primer Debate:</w:t>
      </w:r>
      <w:r w:rsidRPr="00BC6830">
        <w:rPr>
          <w:rFonts w:ascii="Arial" w:hAnsi="Arial" w:cs="Arial"/>
          <w:lang w:val="es-CO"/>
        </w:rPr>
        <w:t xml:space="preserve"> MARIA FERNANDA CARRASCAL ROJAS. (Coordinador Ponente) JUAN CAMILO LONDOÑO BARRERA, MARTHA LISBETH ALFONSO JURADO. Designados el 09 de noviembre de 2022.       </w:t>
      </w:r>
    </w:p>
    <w:p w14:paraId="38D7F111"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Ponencia Primer Debate:</w:t>
      </w:r>
      <w:r w:rsidRPr="00BC6830">
        <w:rPr>
          <w:rFonts w:ascii="Arial" w:hAnsi="Arial" w:cs="Arial"/>
          <w:lang w:val="es-CO"/>
        </w:rPr>
        <w:t xml:space="preserve"> Gaceta No. 37 de 2023 (feb. 09-23)</w:t>
      </w:r>
    </w:p>
    <w:p w14:paraId="4F47E2FB" w14:textId="77777777" w:rsidR="00134EEA" w:rsidRPr="00BC6830" w:rsidRDefault="00134EEA" w:rsidP="00134EEA">
      <w:pPr>
        <w:ind w:firstLine="708"/>
        <w:rPr>
          <w:rFonts w:ascii="Arial" w:hAnsi="Arial" w:cs="Arial"/>
          <w:b/>
          <w:bCs/>
          <w:lang w:val="es-CO"/>
        </w:rPr>
      </w:pPr>
      <w:r w:rsidRPr="00BC6830">
        <w:rPr>
          <w:rFonts w:ascii="Arial" w:hAnsi="Arial" w:cs="Arial"/>
          <w:b/>
          <w:bCs/>
          <w:lang w:val="es-CO"/>
        </w:rPr>
        <w:t xml:space="preserve">Ultimo anuncio: </w:t>
      </w:r>
      <w:r w:rsidRPr="00BC6830">
        <w:rPr>
          <w:rFonts w:ascii="Arial" w:hAnsi="Arial" w:cs="Arial"/>
          <w:lang w:val="es-CO"/>
        </w:rPr>
        <w:t>marzo 28 de 2023.</w:t>
      </w:r>
    </w:p>
    <w:p w14:paraId="13DB8DCE" w14:textId="77777777" w:rsidR="00134EEA" w:rsidRPr="00BC6830" w:rsidRDefault="00841B08" w:rsidP="00EA64DC">
      <w:pPr>
        <w:pStyle w:val="Sinespaciado"/>
        <w:numPr>
          <w:ilvl w:val="0"/>
          <w:numId w:val="7"/>
        </w:numPr>
        <w:jc w:val="both"/>
        <w:rPr>
          <w:rFonts w:ascii="Arial" w:hAnsi="Arial" w:cs="Arial"/>
          <w:b/>
          <w:bCs/>
          <w:lang w:val="es-CO"/>
        </w:rPr>
      </w:pPr>
      <w:r>
        <w:rPr>
          <w:rStyle w:val="Textoennegrita"/>
          <w:rFonts w:ascii="Arial" w:hAnsi="Arial" w:cs="Arial"/>
          <w:lang w:val="es-CO"/>
        </w:rPr>
        <w:t>Proyecto</w:t>
      </w:r>
      <w:r w:rsidR="00134EEA" w:rsidRPr="00BC6830">
        <w:rPr>
          <w:rStyle w:val="Textoennegrita"/>
          <w:rFonts w:ascii="Arial" w:hAnsi="Arial" w:cs="Arial"/>
          <w:lang w:val="es-CO"/>
        </w:rPr>
        <w:t xml:space="preserve"> de Ley No. 281 de 2022 Cámara “</w:t>
      </w:r>
      <w:r w:rsidR="00134EEA" w:rsidRPr="00BC6830">
        <w:rPr>
          <w:rFonts w:ascii="Arial" w:eastAsia="Arial" w:hAnsi="Arial" w:cs="Arial"/>
          <w:b/>
          <w:lang w:val="es-CO"/>
        </w:rPr>
        <w:t>Por medio de la cual se dictan medidas para el sector de trabajo doméstico en Colombia y se dictan otras disposiciones</w:t>
      </w:r>
      <w:r w:rsidR="00134EEA" w:rsidRPr="00BC6830">
        <w:rPr>
          <w:rFonts w:ascii="Arial" w:hAnsi="Arial" w:cs="Arial"/>
          <w:b/>
          <w:bCs/>
          <w:lang w:val="es-CO"/>
        </w:rPr>
        <w:t xml:space="preserve">”     </w:t>
      </w:r>
    </w:p>
    <w:p w14:paraId="68DBCA69"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lang w:val="es-CO"/>
        </w:rPr>
        <w:t>Autores</w:t>
      </w:r>
      <w:r w:rsidRPr="00BC6830">
        <w:rPr>
          <w:rFonts w:ascii="Arial" w:hAnsi="Arial" w:cs="Arial"/>
          <w:b/>
          <w:bCs/>
          <w:lang w:val="es-CO"/>
        </w:rPr>
        <w:t xml:space="preserve"> HH. RR. </w:t>
      </w:r>
      <w:hyperlink r:id="rId121" w:history="1">
        <w:r w:rsidRPr="00BC6830">
          <w:rPr>
            <w:rFonts w:ascii="Arial" w:hAnsi="Arial" w:cs="Arial"/>
            <w:b/>
            <w:bCs/>
            <w:lang w:val="es-CO"/>
          </w:rPr>
          <w:t>MARÍA FERNANDA CARRASCAL ROJAS</w:t>
        </w:r>
      </w:hyperlink>
      <w:r w:rsidRPr="00BC6830">
        <w:rPr>
          <w:rFonts w:ascii="Arial" w:hAnsi="Arial" w:cs="Arial"/>
          <w:b/>
          <w:bCs/>
          <w:lang w:val="es-CO"/>
        </w:rPr>
        <w:t xml:space="preserve">, </w:t>
      </w:r>
      <w:hyperlink r:id="rId122" w:history="1">
        <w:r w:rsidRPr="00BC6830">
          <w:rPr>
            <w:rFonts w:ascii="Arial" w:hAnsi="Arial" w:cs="Arial"/>
            <w:b/>
            <w:bCs/>
            <w:lang w:val="es-CO"/>
          </w:rPr>
          <w:t>GERMÁN JOSÉ GÓMEZ LÓPEZ</w:t>
        </w:r>
      </w:hyperlink>
      <w:r w:rsidRPr="00BC6830">
        <w:rPr>
          <w:rFonts w:ascii="Arial" w:hAnsi="Arial" w:cs="Arial"/>
          <w:b/>
          <w:bCs/>
          <w:lang w:val="es-CO"/>
        </w:rPr>
        <w:t xml:space="preserve">, </w:t>
      </w:r>
      <w:hyperlink r:id="rId123" w:history="1">
        <w:r w:rsidRPr="00BC6830">
          <w:rPr>
            <w:rFonts w:ascii="Arial" w:hAnsi="Arial" w:cs="Arial"/>
            <w:b/>
            <w:bCs/>
            <w:lang w:val="es-CO"/>
          </w:rPr>
          <w:t>ALFREDO MONDRAGÓN GARZÓN</w:t>
        </w:r>
      </w:hyperlink>
      <w:r w:rsidRPr="00BC6830">
        <w:rPr>
          <w:rFonts w:ascii="Arial" w:hAnsi="Arial" w:cs="Arial"/>
          <w:b/>
          <w:bCs/>
          <w:lang w:val="es-CO"/>
        </w:rPr>
        <w:t xml:space="preserve">, </w:t>
      </w:r>
      <w:hyperlink r:id="rId124" w:history="1">
        <w:r w:rsidRPr="00BC6830">
          <w:rPr>
            <w:rFonts w:ascii="Arial" w:hAnsi="Arial" w:cs="Arial"/>
            <w:b/>
            <w:bCs/>
            <w:lang w:val="es-CO"/>
          </w:rPr>
          <w:t>JORGE HERNÁN BASTIDAS ROSERO</w:t>
        </w:r>
      </w:hyperlink>
      <w:r w:rsidRPr="00BC6830">
        <w:rPr>
          <w:rFonts w:ascii="Arial" w:hAnsi="Arial" w:cs="Arial"/>
          <w:b/>
          <w:bCs/>
          <w:lang w:val="es-CO"/>
        </w:rPr>
        <w:t xml:space="preserve">, </w:t>
      </w:r>
      <w:hyperlink r:id="rId125" w:history="1">
        <w:r w:rsidRPr="00BC6830">
          <w:rPr>
            <w:rFonts w:ascii="Arial" w:hAnsi="Arial" w:cs="Arial"/>
            <w:b/>
            <w:bCs/>
            <w:lang w:val="es-CO"/>
          </w:rPr>
          <w:t>ALIRIO URIBE MUÑOZ</w:t>
        </w:r>
      </w:hyperlink>
      <w:r w:rsidRPr="00BC6830">
        <w:rPr>
          <w:rFonts w:ascii="Arial" w:hAnsi="Arial" w:cs="Arial"/>
          <w:b/>
          <w:bCs/>
          <w:lang w:val="es-CO"/>
        </w:rPr>
        <w:t xml:space="preserve">, </w:t>
      </w:r>
      <w:hyperlink r:id="rId126" w:history="1">
        <w:r w:rsidRPr="00BC6830">
          <w:rPr>
            <w:rFonts w:ascii="Arial" w:hAnsi="Arial" w:cs="Arial"/>
            <w:b/>
            <w:bCs/>
            <w:lang w:val="es-CO"/>
          </w:rPr>
          <w:t>HÉCTOR DAVID CHAPARRO CHAPARRO</w:t>
        </w:r>
      </w:hyperlink>
      <w:r w:rsidRPr="00BC6830">
        <w:rPr>
          <w:rFonts w:ascii="Arial" w:hAnsi="Arial" w:cs="Arial"/>
          <w:b/>
          <w:bCs/>
          <w:lang w:val="es-CO"/>
        </w:rPr>
        <w:t xml:space="preserve">, </w:t>
      </w:r>
      <w:hyperlink r:id="rId127" w:history="1">
        <w:r w:rsidRPr="00BC6830">
          <w:rPr>
            <w:rFonts w:ascii="Arial" w:hAnsi="Arial" w:cs="Arial"/>
            <w:b/>
            <w:bCs/>
            <w:lang w:val="es-CO"/>
          </w:rPr>
          <w:t>JORGE ALEXANDER QUEVEDO HERRERA</w:t>
        </w:r>
      </w:hyperlink>
      <w:r w:rsidRPr="00BC6830">
        <w:rPr>
          <w:rFonts w:ascii="Arial" w:hAnsi="Arial" w:cs="Arial"/>
          <w:b/>
          <w:bCs/>
          <w:lang w:val="es-CO"/>
        </w:rPr>
        <w:t xml:space="preserve">, </w:t>
      </w:r>
      <w:hyperlink r:id="rId128" w:history="1">
        <w:r w:rsidRPr="00BC6830">
          <w:rPr>
            <w:rFonts w:ascii="Arial" w:hAnsi="Arial" w:cs="Arial"/>
            <w:b/>
            <w:bCs/>
            <w:lang w:val="es-CO"/>
          </w:rPr>
          <w:t>LEIDER ALEXANDRA VÁSQUEZ OCHOA</w:t>
        </w:r>
      </w:hyperlink>
      <w:r w:rsidRPr="00BC6830">
        <w:rPr>
          <w:rFonts w:ascii="Arial" w:hAnsi="Arial" w:cs="Arial"/>
          <w:b/>
          <w:bCs/>
          <w:lang w:val="es-CO"/>
        </w:rPr>
        <w:t xml:space="preserve">, </w:t>
      </w:r>
      <w:hyperlink r:id="rId129" w:history="1">
        <w:r w:rsidRPr="00635E65">
          <w:rPr>
            <w:rStyle w:val="Hipervnculo"/>
            <w:rFonts w:ascii="Arial" w:hAnsi="Arial" w:cs="Arial"/>
            <w:color w:val="auto"/>
            <w:u w:val="none"/>
            <w:lang w:val="es-CO"/>
          </w:rPr>
          <w:t>MARÍA JOSÉ PIZARRO RODRÍGUEZ</w:t>
        </w:r>
      </w:hyperlink>
      <w:r w:rsidRPr="00635E65">
        <w:rPr>
          <w:rFonts w:ascii="Arial" w:hAnsi="Arial" w:cs="Arial"/>
          <w:b/>
          <w:bCs/>
          <w:lang w:val="es-CO"/>
        </w:rPr>
        <w:t xml:space="preserve">, </w:t>
      </w:r>
      <w:hyperlink r:id="rId130" w:history="1">
        <w:r w:rsidRPr="00635E65">
          <w:rPr>
            <w:rStyle w:val="Hipervnculo"/>
            <w:rFonts w:ascii="Arial" w:hAnsi="Arial" w:cs="Arial"/>
            <w:color w:val="auto"/>
            <w:u w:val="none"/>
            <w:lang w:val="es-CO"/>
          </w:rPr>
          <w:t>WILSON ARIAS CASTILLO</w:t>
        </w:r>
      </w:hyperlink>
      <w:r w:rsidRPr="00635E65">
        <w:rPr>
          <w:rFonts w:ascii="Arial" w:hAnsi="Arial" w:cs="Arial"/>
          <w:b/>
          <w:bCs/>
          <w:lang w:val="es-CO"/>
        </w:rPr>
        <w:t xml:space="preserve"> y los HH. SS. </w:t>
      </w:r>
      <w:hyperlink r:id="rId131" w:history="1">
        <w:r w:rsidRPr="00635E65">
          <w:rPr>
            <w:rStyle w:val="Hipervnculo"/>
            <w:rFonts w:ascii="Arial" w:hAnsi="Arial" w:cs="Arial"/>
            <w:color w:val="auto"/>
            <w:u w:val="none"/>
            <w:lang w:val="es-CO"/>
          </w:rPr>
          <w:t>OMAR DE JESÚS RESTREPO CORREA</w:t>
        </w:r>
      </w:hyperlink>
      <w:r w:rsidRPr="00635E65">
        <w:rPr>
          <w:rFonts w:ascii="Arial" w:hAnsi="Arial" w:cs="Arial"/>
          <w:b/>
          <w:bCs/>
          <w:lang w:val="es-CO"/>
        </w:rPr>
        <w:t xml:space="preserve">, </w:t>
      </w:r>
      <w:hyperlink r:id="rId132" w:history="1">
        <w:r w:rsidRPr="00635E65">
          <w:rPr>
            <w:rStyle w:val="Hipervnculo"/>
            <w:rFonts w:ascii="Arial" w:hAnsi="Arial" w:cs="Arial"/>
            <w:color w:val="auto"/>
            <w:u w:val="none"/>
            <w:lang w:val="es-CO"/>
          </w:rPr>
          <w:t>ANGÉLICA LISBETH LOZANO CORREA</w:t>
        </w:r>
      </w:hyperlink>
      <w:r w:rsidRPr="00635E65">
        <w:rPr>
          <w:rFonts w:ascii="Arial" w:hAnsi="Arial" w:cs="Arial"/>
          <w:b/>
          <w:bCs/>
          <w:lang w:val="es-CO"/>
        </w:rPr>
        <w:t xml:space="preserve">, </w:t>
      </w:r>
      <w:hyperlink r:id="rId133" w:history="1">
        <w:r w:rsidRPr="00635E65">
          <w:rPr>
            <w:rStyle w:val="Hipervnculo"/>
            <w:rFonts w:ascii="Arial" w:hAnsi="Arial" w:cs="Arial"/>
            <w:color w:val="auto"/>
            <w:u w:val="none"/>
            <w:lang w:val="es-CO"/>
          </w:rPr>
          <w:t>ROBERT DAZA GUEVARA</w:t>
        </w:r>
      </w:hyperlink>
      <w:r w:rsidRPr="00635E65">
        <w:rPr>
          <w:rFonts w:ascii="Arial" w:hAnsi="Arial" w:cs="Arial"/>
          <w:b/>
          <w:bCs/>
          <w:lang w:val="es-CO"/>
        </w:rPr>
        <w:t xml:space="preserve">, </w:t>
      </w:r>
      <w:hyperlink r:id="rId134" w:history="1">
        <w:r w:rsidRPr="00635E65">
          <w:rPr>
            <w:rStyle w:val="Hipervnculo"/>
            <w:rFonts w:ascii="Arial" w:hAnsi="Arial" w:cs="Arial"/>
            <w:color w:val="auto"/>
            <w:u w:val="none"/>
            <w:lang w:val="es-CO"/>
          </w:rPr>
          <w:t>DIELA LILIANA BENAVIDES</w:t>
        </w:r>
      </w:hyperlink>
      <w:r w:rsidRPr="00635E65">
        <w:rPr>
          <w:rFonts w:ascii="Arial" w:hAnsi="Arial" w:cs="Arial"/>
          <w:b/>
          <w:bCs/>
          <w:lang w:val="es-CO"/>
        </w:rPr>
        <w:t xml:space="preserve"> SOLARTE, </w:t>
      </w:r>
      <w:hyperlink r:id="rId135" w:history="1">
        <w:r w:rsidRPr="00635E65">
          <w:rPr>
            <w:rStyle w:val="Hipervnculo"/>
            <w:rFonts w:ascii="Arial" w:hAnsi="Arial" w:cs="Arial"/>
            <w:color w:val="auto"/>
            <w:u w:val="none"/>
            <w:lang w:val="es-CO"/>
          </w:rPr>
          <w:t>JAEL QUIROGA CARRILLO</w:t>
        </w:r>
      </w:hyperlink>
      <w:r w:rsidRPr="00635E65">
        <w:rPr>
          <w:rFonts w:ascii="Arial" w:hAnsi="Arial" w:cs="Arial"/>
          <w:b/>
          <w:bCs/>
          <w:lang w:val="es-CO"/>
        </w:rPr>
        <w:t xml:space="preserve">, </w:t>
      </w:r>
      <w:hyperlink r:id="rId136" w:history="1">
        <w:r w:rsidRPr="00635E65">
          <w:rPr>
            <w:rStyle w:val="Hipervnculo"/>
            <w:rFonts w:ascii="Arial" w:hAnsi="Arial" w:cs="Arial"/>
            <w:color w:val="auto"/>
            <w:u w:val="none"/>
            <w:lang w:val="es-CO"/>
          </w:rPr>
          <w:t>GLORIA INÉS FLÓREZ SCHNEIDER</w:t>
        </w:r>
      </w:hyperlink>
      <w:r w:rsidRPr="00BC6830">
        <w:rPr>
          <w:rFonts w:ascii="Arial" w:hAnsi="Arial" w:cs="Arial"/>
          <w:b/>
          <w:bCs/>
          <w:lang w:val="es-CO"/>
        </w:rPr>
        <w:t xml:space="preserve">. </w:t>
      </w:r>
      <w:r w:rsidRPr="00BC6830">
        <w:rPr>
          <w:rFonts w:ascii="Arial" w:hAnsi="Arial" w:cs="Arial"/>
          <w:b/>
          <w:bCs/>
          <w:shd w:val="clear" w:color="auto" w:fill="F2F2F2"/>
          <w:lang w:val="es-CO"/>
        </w:rPr>
        <w:t xml:space="preserve"> </w:t>
      </w:r>
      <w:r w:rsidRPr="00BC6830">
        <w:rPr>
          <w:rFonts w:ascii="Arial" w:hAnsi="Arial" w:cs="Arial"/>
          <w:b/>
          <w:bCs/>
          <w:lang w:val="es-CO"/>
        </w:rPr>
        <w:t xml:space="preserve">   </w:t>
      </w:r>
      <w:r w:rsidRPr="00BC6830">
        <w:rPr>
          <w:rFonts w:ascii="Arial" w:hAnsi="Arial" w:cs="Arial"/>
          <w:lang w:val="es-CO"/>
        </w:rPr>
        <w:t xml:space="preserve">     </w:t>
      </w:r>
    </w:p>
    <w:p w14:paraId="52F10F49"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w:t>
      </w:r>
      <w:r w:rsidRPr="00BC6830">
        <w:rPr>
          <w:rFonts w:ascii="Arial" w:hAnsi="Arial" w:cs="Arial"/>
          <w:lang w:val="es-CO"/>
        </w:rPr>
        <w:t xml:space="preserve"> noviembre 16 de 2022.             </w:t>
      </w:r>
    </w:p>
    <w:p w14:paraId="04E44801"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 xml:space="preserve">Publicación </w:t>
      </w:r>
      <w:r w:rsidR="00841B08">
        <w:rPr>
          <w:rFonts w:ascii="Arial" w:hAnsi="Arial" w:cs="Arial"/>
          <w:b/>
          <w:bCs/>
          <w:lang w:val="es-CO"/>
        </w:rPr>
        <w:t>Proyecto</w:t>
      </w:r>
      <w:r w:rsidRPr="00BC6830">
        <w:rPr>
          <w:rFonts w:ascii="Arial" w:hAnsi="Arial" w:cs="Arial"/>
          <w:b/>
          <w:bCs/>
          <w:lang w:val="es-CO"/>
        </w:rPr>
        <w:t xml:space="preserve"> de Ley:</w:t>
      </w:r>
      <w:r w:rsidRPr="00BC6830">
        <w:rPr>
          <w:rFonts w:ascii="Arial" w:hAnsi="Arial" w:cs="Arial"/>
          <w:lang w:val="es-CO"/>
        </w:rPr>
        <w:t xml:space="preserve"> Gaceta 1454 de 2022         </w:t>
      </w:r>
    </w:p>
    <w:p w14:paraId="44AAF1BB"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 en Comisión:</w:t>
      </w:r>
      <w:r w:rsidRPr="00BC6830">
        <w:rPr>
          <w:rFonts w:ascii="Arial" w:hAnsi="Arial" w:cs="Arial"/>
          <w:lang w:val="es-CO"/>
        </w:rPr>
        <w:t xml:space="preserve"> marzo 28 de 2023</w:t>
      </w:r>
    </w:p>
    <w:p w14:paraId="6D086294"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b/>
          <w:bCs/>
          <w:lang w:val="es-CO"/>
        </w:rPr>
        <w:t>Ponentes Primer Debate</w:t>
      </w:r>
      <w:r w:rsidRPr="00BC6830">
        <w:rPr>
          <w:rFonts w:ascii="Arial" w:hAnsi="Arial" w:cs="Arial"/>
          <w:lang w:val="es-CO"/>
        </w:rPr>
        <w:t xml:space="preserve"> MARIA FERNANDA CARRASCAL ROJAS (Coordinador Ponente), BETSY JUDITH PEREZ ARANGO, JUAN CARLOS VARGAS SOLER, HECTOR DAVID CHAPARRO CHAPARRO, JUAN CAMILO LONDOÑO BARRERA. Designados el 12 de diciembre de 2022.       </w:t>
      </w:r>
    </w:p>
    <w:p w14:paraId="75BACB30"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Ponencia Primer Debate:</w:t>
      </w:r>
      <w:r w:rsidRPr="00BC6830">
        <w:rPr>
          <w:rFonts w:ascii="Arial" w:hAnsi="Arial" w:cs="Arial"/>
          <w:lang w:val="es-CO"/>
        </w:rPr>
        <w:t xml:space="preserve"> Gaceta No. 38 de 2023 (feb. 09-23) (Carrascal – Vargas) (feb. 09-23)</w:t>
      </w:r>
    </w:p>
    <w:p w14:paraId="1A11E15B"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ab/>
      </w:r>
      <w:r w:rsidRPr="00BC6830">
        <w:rPr>
          <w:rFonts w:ascii="Arial" w:hAnsi="Arial" w:cs="Arial"/>
          <w:b/>
          <w:bCs/>
          <w:lang w:val="es-CO"/>
        </w:rPr>
        <w:tab/>
      </w:r>
      <w:r w:rsidRPr="00BC6830">
        <w:rPr>
          <w:rFonts w:ascii="Arial" w:hAnsi="Arial" w:cs="Arial"/>
          <w:b/>
          <w:bCs/>
          <w:lang w:val="es-CO"/>
        </w:rPr>
        <w:tab/>
      </w:r>
      <w:r w:rsidRPr="00BC6830">
        <w:rPr>
          <w:rFonts w:ascii="Arial" w:hAnsi="Arial" w:cs="Arial"/>
          <w:b/>
          <w:bCs/>
          <w:lang w:val="es-CO"/>
        </w:rPr>
        <w:tab/>
      </w:r>
      <w:r w:rsidR="00635E65">
        <w:rPr>
          <w:rFonts w:ascii="Arial" w:hAnsi="Arial" w:cs="Arial"/>
          <w:b/>
          <w:bCs/>
          <w:lang w:val="es-CO"/>
        </w:rPr>
        <w:t xml:space="preserve">        </w:t>
      </w:r>
      <w:r w:rsidRPr="00BC6830">
        <w:rPr>
          <w:rFonts w:ascii="Arial" w:hAnsi="Arial" w:cs="Arial"/>
          <w:lang w:val="es-CO"/>
        </w:rPr>
        <w:t>Gaceta No. 85 de 2023 (feb. 09-23) (Londoño – Pérez- Chaparro) (feb. 21-23)</w:t>
      </w:r>
      <w:r w:rsidRPr="00BC6830">
        <w:rPr>
          <w:rFonts w:ascii="Arial" w:hAnsi="Arial" w:cs="Arial"/>
          <w:b/>
          <w:bCs/>
          <w:lang w:val="es-CO"/>
        </w:rPr>
        <w:tab/>
      </w:r>
      <w:r w:rsidRPr="00BC6830">
        <w:rPr>
          <w:rFonts w:ascii="Arial" w:hAnsi="Arial" w:cs="Arial"/>
          <w:b/>
          <w:bCs/>
          <w:lang w:val="es-CO"/>
        </w:rPr>
        <w:tab/>
      </w:r>
    </w:p>
    <w:p w14:paraId="3AFF2FB5" w14:textId="77777777" w:rsidR="00134EEA" w:rsidRPr="00BC6830" w:rsidRDefault="00134EEA" w:rsidP="00134EEA">
      <w:pPr>
        <w:ind w:firstLine="708"/>
        <w:rPr>
          <w:rFonts w:ascii="Arial" w:hAnsi="Arial" w:cs="Arial"/>
          <w:b/>
          <w:bCs/>
          <w:lang w:val="es-CO"/>
        </w:rPr>
      </w:pPr>
      <w:r w:rsidRPr="00BC6830">
        <w:rPr>
          <w:rFonts w:ascii="Arial" w:hAnsi="Arial" w:cs="Arial"/>
          <w:b/>
          <w:bCs/>
          <w:lang w:val="es-CO"/>
        </w:rPr>
        <w:t xml:space="preserve">Ultimo anuncio: </w:t>
      </w:r>
      <w:r w:rsidRPr="00BC6830">
        <w:rPr>
          <w:rFonts w:ascii="Arial" w:hAnsi="Arial" w:cs="Arial"/>
          <w:lang w:val="es-CO"/>
        </w:rPr>
        <w:t>marzo 28 de 2023.</w:t>
      </w:r>
    </w:p>
    <w:p w14:paraId="6AD60FD0" w14:textId="77777777" w:rsidR="00134EEA" w:rsidRPr="00BC6830" w:rsidRDefault="00841B08" w:rsidP="00EA64DC">
      <w:pPr>
        <w:pStyle w:val="Sinespaciado"/>
        <w:numPr>
          <w:ilvl w:val="0"/>
          <w:numId w:val="7"/>
        </w:numPr>
        <w:jc w:val="both"/>
        <w:rPr>
          <w:rFonts w:ascii="Arial" w:hAnsi="Arial" w:cs="Arial"/>
          <w:b/>
          <w:bCs/>
          <w:lang w:val="es-CO"/>
        </w:rPr>
      </w:pPr>
      <w:r>
        <w:rPr>
          <w:rStyle w:val="Textoennegrita"/>
          <w:rFonts w:ascii="Arial" w:hAnsi="Arial" w:cs="Arial"/>
          <w:lang w:val="es-CO"/>
        </w:rPr>
        <w:t>Proyecto</w:t>
      </w:r>
      <w:r w:rsidR="00134EEA" w:rsidRPr="00BC6830">
        <w:rPr>
          <w:rStyle w:val="Textoennegrita"/>
          <w:rFonts w:ascii="Arial" w:hAnsi="Arial" w:cs="Arial"/>
          <w:lang w:val="es-CO"/>
        </w:rPr>
        <w:t xml:space="preserve"> de Ley No. 253 de 2022 Cámara “</w:t>
      </w:r>
      <w:r w:rsidR="00134EEA" w:rsidRPr="00BC6830">
        <w:rPr>
          <w:rFonts w:ascii="Arial" w:hAnsi="Arial" w:cs="Arial"/>
          <w:b/>
          <w:bCs/>
          <w:lang w:val="es-CO"/>
        </w:rPr>
        <w:t xml:space="preserve">Por medio de la cual se expide la ley general para el manejo integral al sobrepeso y la obesidad”     </w:t>
      </w:r>
    </w:p>
    <w:p w14:paraId="31298F55"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lang w:val="es-CO"/>
        </w:rPr>
        <w:t>Autores</w:t>
      </w:r>
      <w:r w:rsidRPr="00BC6830">
        <w:rPr>
          <w:rFonts w:ascii="Arial" w:hAnsi="Arial" w:cs="Arial"/>
          <w:b/>
          <w:bCs/>
          <w:lang w:val="es-CO"/>
        </w:rPr>
        <w:t xml:space="preserve"> HH. RR. </w:t>
      </w:r>
      <w:hyperlink r:id="rId137" w:history="1">
        <w:r w:rsidRPr="00A260CE">
          <w:rPr>
            <w:rStyle w:val="Hipervnculo"/>
            <w:rFonts w:ascii="Arial" w:hAnsi="Arial" w:cs="Arial"/>
            <w:color w:val="auto"/>
            <w:u w:val="none"/>
            <w:lang w:val="es-CO"/>
          </w:rPr>
          <w:t>JAIRO HUMBERTO CRISTO CORREA</w:t>
        </w:r>
      </w:hyperlink>
      <w:r w:rsidRPr="00A260CE">
        <w:rPr>
          <w:rFonts w:ascii="Arial" w:hAnsi="Arial" w:cs="Arial"/>
          <w:b/>
          <w:bCs/>
          <w:lang w:val="es-CO"/>
        </w:rPr>
        <w:t xml:space="preserve">, </w:t>
      </w:r>
      <w:hyperlink r:id="rId138" w:history="1">
        <w:r w:rsidRPr="00A260CE">
          <w:rPr>
            <w:rStyle w:val="Hipervnculo"/>
            <w:rFonts w:ascii="Arial" w:hAnsi="Arial" w:cs="Arial"/>
            <w:color w:val="auto"/>
            <w:u w:val="none"/>
            <w:lang w:val="es-CO"/>
          </w:rPr>
          <w:t>VÍCTOR MANUEL SALCEDO GUERRERO</w:t>
        </w:r>
      </w:hyperlink>
      <w:r w:rsidRPr="00A260CE">
        <w:rPr>
          <w:rFonts w:ascii="Arial" w:hAnsi="Arial" w:cs="Arial"/>
          <w:b/>
          <w:bCs/>
          <w:lang w:val="es-CO"/>
        </w:rPr>
        <w:t xml:space="preserve">, </w:t>
      </w:r>
      <w:hyperlink r:id="rId139" w:history="1">
        <w:r w:rsidRPr="00A260CE">
          <w:rPr>
            <w:rStyle w:val="Hipervnculo"/>
            <w:rFonts w:ascii="Arial" w:hAnsi="Arial" w:cs="Arial"/>
            <w:color w:val="auto"/>
            <w:u w:val="none"/>
            <w:lang w:val="es-CO"/>
          </w:rPr>
          <w:t>CAMILO ESTEBAN ÁVILA MORALES</w:t>
        </w:r>
      </w:hyperlink>
      <w:r w:rsidRPr="00A260CE">
        <w:rPr>
          <w:rFonts w:ascii="Arial" w:hAnsi="Arial" w:cs="Arial"/>
          <w:b/>
          <w:bCs/>
          <w:lang w:val="es-CO"/>
        </w:rPr>
        <w:t xml:space="preserve">, </w:t>
      </w:r>
      <w:hyperlink r:id="rId140" w:history="1">
        <w:r w:rsidRPr="00A260CE">
          <w:rPr>
            <w:rStyle w:val="Hipervnculo"/>
            <w:rFonts w:ascii="Arial" w:hAnsi="Arial" w:cs="Arial"/>
            <w:color w:val="auto"/>
            <w:u w:val="none"/>
            <w:lang w:val="es-CO"/>
          </w:rPr>
          <w:t>BETSY JUDITH PÉREZ ARANGO</w:t>
        </w:r>
      </w:hyperlink>
      <w:r w:rsidRPr="00A260CE">
        <w:rPr>
          <w:rFonts w:ascii="Arial" w:hAnsi="Arial" w:cs="Arial"/>
          <w:b/>
          <w:bCs/>
          <w:lang w:val="es-CO"/>
        </w:rPr>
        <w:t xml:space="preserve">, </w:t>
      </w:r>
      <w:hyperlink r:id="rId141" w:history="1">
        <w:r w:rsidRPr="00A260CE">
          <w:rPr>
            <w:rStyle w:val="Hipervnculo"/>
            <w:rFonts w:ascii="Arial" w:hAnsi="Arial" w:cs="Arial"/>
            <w:color w:val="auto"/>
            <w:u w:val="none"/>
            <w:lang w:val="es-CO"/>
          </w:rPr>
          <w:t>GERMÁN ROGELIO ROZO ANÍS</w:t>
        </w:r>
      </w:hyperlink>
      <w:r w:rsidRPr="00A260CE">
        <w:rPr>
          <w:rFonts w:ascii="Arial" w:hAnsi="Arial" w:cs="Arial"/>
          <w:b/>
          <w:bCs/>
          <w:lang w:val="es-CO"/>
        </w:rPr>
        <w:t xml:space="preserve">, </w:t>
      </w:r>
      <w:hyperlink r:id="rId142" w:history="1">
        <w:r w:rsidRPr="00A260CE">
          <w:rPr>
            <w:rStyle w:val="Hipervnculo"/>
            <w:rFonts w:ascii="Arial" w:hAnsi="Arial" w:cs="Arial"/>
            <w:color w:val="auto"/>
            <w:u w:val="none"/>
            <w:lang w:val="es-CO"/>
          </w:rPr>
          <w:t>JORGE ALEXANDER QUEVEDO HERRERA</w:t>
        </w:r>
      </w:hyperlink>
      <w:r w:rsidRPr="00A260CE">
        <w:rPr>
          <w:rFonts w:ascii="Arial" w:hAnsi="Arial" w:cs="Arial"/>
          <w:b/>
          <w:bCs/>
          <w:lang w:val="es-CO"/>
        </w:rPr>
        <w:t xml:space="preserve">, </w:t>
      </w:r>
      <w:hyperlink r:id="rId143" w:history="1">
        <w:r w:rsidRPr="00A260CE">
          <w:rPr>
            <w:rStyle w:val="Hipervnculo"/>
            <w:rFonts w:ascii="Arial" w:hAnsi="Arial" w:cs="Arial"/>
            <w:color w:val="auto"/>
            <w:u w:val="none"/>
            <w:lang w:val="es-CO"/>
          </w:rPr>
          <w:t>HUGO ALFONSO ARCHILA SUÁREZ</w:t>
        </w:r>
      </w:hyperlink>
      <w:r w:rsidRPr="00A260CE">
        <w:rPr>
          <w:rFonts w:ascii="Arial" w:hAnsi="Arial" w:cs="Arial"/>
          <w:b/>
          <w:bCs/>
          <w:lang w:val="es-CO"/>
        </w:rPr>
        <w:t xml:space="preserve">, </w:t>
      </w:r>
      <w:r w:rsidRPr="00A260CE">
        <w:rPr>
          <w:rFonts w:ascii="Arial" w:hAnsi="Arial" w:cs="Arial"/>
          <w:b/>
          <w:bCs/>
          <w:shd w:val="clear" w:color="auto" w:fill="F2F2F2"/>
          <w:lang w:val="es-CO"/>
        </w:rPr>
        <w:t>.</w:t>
      </w:r>
      <w:hyperlink r:id="rId144" w:history="1">
        <w:r w:rsidRPr="00A260CE">
          <w:rPr>
            <w:rStyle w:val="Hipervnculo"/>
            <w:rFonts w:ascii="Arial" w:hAnsi="Arial" w:cs="Arial"/>
            <w:color w:val="auto"/>
            <w:u w:val="none"/>
            <w:lang w:val="es-CO"/>
          </w:rPr>
          <w:t>JUAN CAMILO LONDOÑO BARRERA</w:t>
        </w:r>
      </w:hyperlink>
      <w:r w:rsidRPr="00A260CE">
        <w:rPr>
          <w:rFonts w:ascii="Arial" w:hAnsi="Arial" w:cs="Arial"/>
          <w:b/>
          <w:bCs/>
          <w:lang w:val="es-CO"/>
        </w:rPr>
        <w:t xml:space="preserve">, </w:t>
      </w:r>
      <w:hyperlink r:id="rId145" w:history="1">
        <w:r w:rsidRPr="00A260CE">
          <w:rPr>
            <w:rStyle w:val="Hipervnculo"/>
            <w:rFonts w:ascii="Arial" w:hAnsi="Arial" w:cs="Arial"/>
            <w:color w:val="auto"/>
            <w:u w:val="none"/>
            <w:lang w:val="es-CO"/>
          </w:rPr>
          <w:t>HÉCTOR DAVID CHAPARRO CHAPARRO</w:t>
        </w:r>
      </w:hyperlink>
      <w:r w:rsidRPr="00A260CE">
        <w:rPr>
          <w:rFonts w:ascii="Arial" w:hAnsi="Arial" w:cs="Arial"/>
          <w:b/>
          <w:bCs/>
          <w:lang w:val="es-CO"/>
        </w:rPr>
        <w:t xml:space="preserve">, </w:t>
      </w:r>
      <w:hyperlink r:id="rId146" w:history="1">
        <w:r w:rsidRPr="00A260CE">
          <w:rPr>
            <w:rStyle w:val="Hipervnculo"/>
            <w:rFonts w:ascii="Arial" w:hAnsi="Arial" w:cs="Arial"/>
            <w:color w:val="auto"/>
            <w:u w:val="none"/>
            <w:lang w:val="es-CO"/>
          </w:rPr>
          <w:t>HERNANDO GONZÁLEZ</w:t>
        </w:r>
      </w:hyperlink>
      <w:r w:rsidRPr="00A260CE">
        <w:rPr>
          <w:rFonts w:ascii="Arial" w:hAnsi="Arial" w:cs="Arial"/>
          <w:b/>
          <w:bCs/>
          <w:lang w:val="es-CO"/>
        </w:rPr>
        <w:t xml:space="preserve">, </w:t>
      </w:r>
      <w:hyperlink r:id="rId147" w:history="1">
        <w:r w:rsidRPr="00A260CE">
          <w:rPr>
            <w:rStyle w:val="Hipervnculo"/>
            <w:rFonts w:ascii="Arial" w:hAnsi="Arial" w:cs="Arial"/>
            <w:color w:val="auto"/>
            <w:u w:val="none"/>
            <w:lang w:val="es-CO"/>
          </w:rPr>
          <w:t>JAIME RODRÍGUEZ CONTRERAS</w:t>
        </w:r>
      </w:hyperlink>
      <w:r w:rsidRPr="00A260CE">
        <w:rPr>
          <w:rFonts w:ascii="Arial" w:hAnsi="Arial" w:cs="Arial"/>
          <w:b/>
          <w:bCs/>
          <w:lang w:val="es-CO"/>
        </w:rPr>
        <w:t xml:space="preserve">, </w:t>
      </w:r>
      <w:hyperlink r:id="rId148" w:history="1">
        <w:r w:rsidRPr="00A260CE">
          <w:rPr>
            <w:rStyle w:val="Hipervnculo"/>
            <w:rFonts w:ascii="Arial" w:hAnsi="Arial" w:cs="Arial"/>
            <w:color w:val="auto"/>
            <w:u w:val="none"/>
            <w:lang w:val="es-CO"/>
          </w:rPr>
          <w:t>ADRIANA CAROLINA ARBELÁEZ GIRALDO</w:t>
        </w:r>
      </w:hyperlink>
      <w:r w:rsidRPr="00BC6830">
        <w:rPr>
          <w:rFonts w:ascii="Arial" w:hAnsi="Arial" w:cs="Arial"/>
          <w:b/>
          <w:bCs/>
          <w:lang w:val="es-CO"/>
        </w:rPr>
        <w:t xml:space="preserve"> </w:t>
      </w:r>
      <w:r w:rsidRPr="00BC6830">
        <w:rPr>
          <w:rFonts w:ascii="Arial" w:hAnsi="Arial" w:cs="Arial"/>
          <w:b/>
          <w:bCs/>
          <w:shd w:val="clear" w:color="auto" w:fill="F2F2F2"/>
          <w:lang w:val="es-CO"/>
        </w:rPr>
        <w:t xml:space="preserve"> </w:t>
      </w:r>
      <w:r w:rsidRPr="00BC6830">
        <w:rPr>
          <w:rFonts w:ascii="Arial" w:hAnsi="Arial" w:cs="Arial"/>
          <w:b/>
          <w:bCs/>
          <w:lang w:val="es-CO"/>
        </w:rPr>
        <w:t xml:space="preserve">   </w:t>
      </w:r>
      <w:r w:rsidRPr="00BC6830">
        <w:rPr>
          <w:rFonts w:ascii="Arial" w:hAnsi="Arial" w:cs="Arial"/>
          <w:lang w:val="es-CO"/>
        </w:rPr>
        <w:t xml:space="preserve">     </w:t>
      </w:r>
    </w:p>
    <w:p w14:paraId="226C7198"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w:t>
      </w:r>
      <w:r w:rsidRPr="00BC6830">
        <w:rPr>
          <w:rFonts w:ascii="Arial" w:hAnsi="Arial" w:cs="Arial"/>
          <w:lang w:val="es-CO"/>
        </w:rPr>
        <w:t xml:space="preserve"> octubre 25 de 2022.             </w:t>
      </w:r>
    </w:p>
    <w:p w14:paraId="354E9329"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 xml:space="preserve">Publicación </w:t>
      </w:r>
      <w:r w:rsidR="00841B08">
        <w:rPr>
          <w:rFonts w:ascii="Arial" w:hAnsi="Arial" w:cs="Arial"/>
          <w:b/>
          <w:bCs/>
          <w:lang w:val="es-CO"/>
        </w:rPr>
        <w:t>Proyecto</w:t>
      </w:r>
      <w:r w:rsidRPr="00BC6830">
        <w:rPr>
          <w:rFonts w:ascii="Arial" w:hAnsi="Arial" w:cs="Arial"/>
          <w:b/>
          <w:bCs/>
          <w:lang w:val="es-CO"/>
        </w:rPr>
        <w:t xml:space="preserve"> de Ley:</w:t>
      </w:r>
      <w:r w:rsidRPr="00BC6830">
        <w:rPr>
          <w:rFonts w:ascii="Arial" w:hAnsi="Arial" w:cs="Arial"/>
          <w:lang w:val="es-CO"/>
        </w:rPr>
        <w:t xml:space="preserve"> Gaceta 1394 de 2022         </w:t>
      </w:r>
    </w:p>
    <w:p w14:paraId="2270558D"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 en Comisión:</w:t>
      </w:r>
      <w:r w:rsidRPr="00BC6830">
        <w:rPr>
          <w:rFonts w:ascii="Arial" w:hAnsi="Arial" w:cs="Arial"/>
          <w:lang w:val="es-CO"/>
        </w:rPr>
        <w:t xml:space="preserve"> noviembre 16 de 2022</w:t>
      </w:r>
    </w:p>
    <w:p w14:paraId="4A8ECAE7"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b/>
          <w:bCs/>
          <w:lang w:val="es-CO"/>
        </w:rPr>
        <w:t>Ponentes Primer Debate:</w:t>
      </w:r>
      <w:r w:rsidRPr="00BC6830">
        <w:rPr>
          <w:rFonts w:ascii="Arial" w:hAnsi="Arial" w:cs="Arial"/>
          <w:lang w:val="es-CO"/>
        </w:rPr>
        <w:t xml:space="preserve"> JAIRO HUMBERTO CRISTO CORREA (Coordinador Ponente). GERARDO YEPES CARO, JUAN CAMILO LONDOÑO BARRERA. Designados el 23 de noviembre de 2022       </w:t>
      </w:r>
    </w:p>
    <w:p w14:paraId="630AE119"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Ponencia Primer Debate:</w:t>
      </w:r>
      <w:r w:rsidRPr="00BC6830">
        <w:rPr>
          <w:rFonts w:ascii="Arial" w:hAnsi="Arial" w:cs="Arial"/>
          <w:lang w:val="es-CO"/>
        </w:rPr>
        <w:t xml:space="preserve"> Gaceta No. 85 de 2023 (feb. 21-23)</w:t>
      </w:r>
    </w:p>
    <w:p w14:paraId="336A6C7A" w14:textId="77777777" w:rsidR="00134EEA" w:rsidRPr="00BC6830" w:rsidRDefault="00134EEA" w:rsidP="00134EEA">
      <w:pPr>
        <w:ind w:firstLine="708"/>
        <w:rPr>
          <w:rFonts w:ascii="Arial" w:hAnsi="Arial" w:cs="Arial"/>
          <w:b/>
          <w:bCs/>
          <w:lang w:val="es-CO"/>
        </w:rPr>
      </w:pPr>
      <w:r w:rsidRPr="00BC6830">
        <w:rPr>
          <w:rFonts w:ascii="Arial" w:hAnsi="Arial" w:cs="Arial"/>
          <w:b/>
          <w:bCs/>
          <w:lang w:val="es-CO"/>
        </w:rPr>
        <w:t xml:space="preserve">Ultimo anuncio: </w:t>
      </w:r>
      <w:r w:rsidRPr="00BC6830">
        <w:rPr>
          <w:rFonts w:ascii="Arial" w:hAnsi="Arial" w:cs="Arial"/>
          <w:lang w:val="es-CO"/>
        </w:rPr>
        <w:t>marzo 28 de 2023.</w:t>
      </w:r>
    </w:p>
    <w:p w14:paraId="14D0497B" w14:textId="77777777" w:rsidR="00134EEA" w:rsidRPr="00BC6830" w:rsidRDefault="00841B08" w:rsidP="00EA64DC">
      <w:pPr>
        <w:pStyle w:val="Sinespaciado"/>
        <w:numPr>
          <w:ilvl w:val="0"/>
          <w:numId w:val="7"/>
        </w:numPr>
        <w:jc w:val="both"/>
        <w:rPr>
          <w:rFonts w:ascii="Arial" w:hAnsi="Arial" w:cs="Arial"/>
          <w:b/>
          <w:bCs/>
          <w:lang w:val="es-CO"/>
        </w:rPr>
      </w:pPr>
      <w:r>
        <w:rPr>
          <w:rStyle w:val="Textoennegrita"/>
          <w:rFonts w:ascii="Arial" w:hAnsi="Arial" w:cs="Arial"/>
          <w:lang w:val="es-CO"/>
        </w:rPr>
        <w:t>Proyecto</w:t>
      </w:r>
      <w:r w:rsidR="00134EEA" w:rsidRPr="00BC6830">
        <w:rPr>
          <w:rStyle w:val="Textoennegrita"/>
          <w:rFonts w:ascii="Arial" w:hAnsi="Arial" w:cs="Arial"/>
          <w:lang w:val="es-CO"/>
        </w:rPr>
        <w:t xml:space="preserve"> de Ley No. 308 de 2022 Cámara “Por medio del cual se fortalecen las economías populares y comunitarias campesinas a través de la autorización al Estado a crear sociedades de economía mixta con juntas de acción comunal, se modifica la Ley 2166 de 2021, y se fortalecen las capacidades de las juntas de acción comunal en municipios de 4, 5 y 6 categoría</w:t>
      </w:r>
      <w:r w:rsidR="00134EEA" w:rsidRPr="00BC6830">
        <w:rPr>
          <w:rFonts w:ascii="Arial" w:hAnsi="Arial" w:cs="Arial"/>
          <w:b/>
          <w:bCs/>
          <w:lang w:val="es-CO"/>
        </w:rPr>
        <w:t xml:space="preserve">”     </w:t>
      </w:r>
    </w:p>
    <w:p w14:paraId="159FC043"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lang w:val="es-CO"/>
        </w:rPr>
        <w:t>Autores</w:t>
      </w:r>
      <w:r w:rsidRPr="00BC6830">
        <w:rPr>
          <w:rFonts w:ascii="Arial" w:hAnsi="Arial" w:cs="Arial"/>
          <w:b/>
          <w:bCs/>
          <w:lang w:val="es-CO"/>
        </w:rPr>
        <w:t xml:space="preserve"> HH. RR. TERESA DE JESUS ENRIQUEZ ROSERO, JOSE ELIECER SALAZAR LÓPEZ, MILENA JARAVA DIAZ, HERNANDO GUIDA PONCE, JUAN FERNANDO ESPINAL RAMIREZ. </w:t>
      </w:r>
      <w:r w:rsidRPr="00BC6830">
        <w:rPr>
          <w:rFonts w:ascii="Arial" w:hAnsi="Arial" w:cs="Arial"/>
          <w:b/>
          <w:bCs/>
          <w:shd w:val="clear" w:color="auto" w:fill="F2F2F2"/>
          <w:lang w:val="es-CO"/>
        </w:rPr>
        <w:t xml:space="preserve"> </w:t>
      </w:r>
      <w:r w:rsidRPr="00BC6830">
        <w:rPr>
          <w:rFonts w:ascii="Arial" w:hAnsi="Arial" w:cs="Arial"/>
          <w:b/>
          <w:bCs/>
          <w:lang w:val="es-CO"/>
        </w:rPr>
        <w:t xml:space="preserve">   </w:t>
      </w:r>
      <w:r w:rsidRPr="00BC6830">
        <w:rPr>
          <w:rFonts w:ascii="Arial" w:hAnsi="Arial" w:cs="Arial"/>
          <w:lang w:val="es-CO"/>
        </w:rPr>
        <w:t xml:space="preserve">     </w:t>
      </w:r>
    </w:p>
    <w:p w14:paraId="2C9F963E"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lastRenderedPageBreak/>
        <w:t>Radicado:</w:t>
      </w:r>
      <w:r w:rsidRPr="00BC6830">
        <w:rPr>
          <w:rFonts w:ascii="Arial" w:hAnsi="Arial" w:cs="Arial"/>
          <w:lang w:val="es-CO"/>
        </w:rPr>
        <w:t xml:space="preserve"> noviembre 30 de 2022.             </w:t>
      </w:r>
    </w:p>
    <w:p w14:paraId="0153A271"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 xml:space="preserve">Publicación </w:t>
      </w:r>
      <w:r w:rsidR="00841B08">
        <w:rPr>
          <w:rFonts w:ascii="Arial" w:hAnsi="Arial" w:cs="Arial"/>
          <w:b/>
          <w:bCs/>
          <w:lang w:val="es-CO"/>
        </w:rPr>
        <w:t>Proyecto</w:t>
      </w:r>
      <w:r w:rsidRPr="00BC6830">
        <w:rPr>
          <w:rFonts w:ascii="Arial" w:hAnsi="Arial" w:cs="Arial"/>
          <w:b/>
          <w:bCs/>
          <w:lang w:val="es-CO"/>
        </w:rPr>
        <w:t xml:space="preserve"> de Ley:</w:t>
      </w:r>
      <w:r w:rsidRPr="00BC6830">
        <w:rPr>
          <w:rFonts w:ascii="Arial" w:hAnsi="Arial" w:cs="Arial"/>
          <w:lang w:val="es-CO"/>
        </w:rPr>
        <w:t xml:space="preserve"> Gaceta 1705 de 2022         </w:t>
      </w:r>
    </w:p>
    <w:p w14:paraId="008B7B55"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Radicado en Comisión:</w:t>
      </w:r>
      <w:r w:rsidRPr="00BC6830">
        <w:rPr>
          <w:rFonts w:ascii="Arial" w:hAnsi="Arial" w:cs="Arial"/>
          <w:lang w:val="es-CO"/>
        </w:rPr>
        <w:t xml:space="preserve"> Diciembre 27 de 2022 (periodo de vacaciones colectivas)</w:t>
      </w:r>
    </w:p>
    <w:p w14:paraId="02071ACA" w14:textId="77777777" w:rsidR="00134EEA" w:rsidRPr="00BC6830" w:rsidRDefault="00134EEA" w:rsidP="00134EEA">
      <w:pPr>
        <w:pStyle w:val="Sinespaciado"/>
        <w:ind w:left="708"/>
        <w:jc w:val="both"/>
        <w:rPr>
          <w:rFonts w:ascii="Arial" w:hAnsi="Arial" w:cs="Arial"/>
          <w:lang w:val="es-CO"/>
        </w:rPr>
      </w:pPr>
      <w:r w:rsidRPr="00BC6830">
        <w:rPr>
          <w:rFonts w:ascii="Arial" w:hAnsi="Arial" w:cs="Arial"/>
          <w:b/>
          <w:bCs/>
          <w:lang w:val="es-CO"/>
        </w:rPr>
        <w:t>Ponentes Primer Debate:</w:t>
      </w:r>
      <w:r w:rsidRPr="00BC6830">
        <w:rPr>
          <w:rFonts w:ascii="Arial" w:hAnsi="Arial" w:cs="Arial"/>
          <w:lang w:val="es-CO"/>
        </w:rPr>
        <w:t xml:space="preserve"> HECTOR DAVID CHAPARRO CHAPARRO (Coordinador Ponente), JUAN CAMILO LONDOÑO BARRERA, JUAN CARLOS VARGAS SOLER, JUAN FELIPE CORZO ALVAREZ, JORGE ALEXANDER QUEVEDO HERRERA. Designados el 26 de enero de 2023.       </w:t>
      </w:r>
    </w:p>
    <w:p w14:paraId="659B6B1E" w14:textId="77777777" w:rsidR="00134EEA" w:rsidRPr="00BC6830" w:rsidRDefault="00134EEA" w:rsidP="00134EEA">
      <w:pPr>
        <w:pStyle w:val="Sinespaciado"/>
        <w:ind w:left="708"/>
        <w:rPr>
          <w:rFonts w:ascii="Arial" w:hAnsi="Arial" w:cs="Arial"/>
          <w:lang w:val="es-CO"/>
        </w:rPr>
      </w:pPr>
      <w:r w:rsidRPr="00BC6830">
        <w:rPr>
          <w:rFonts w:ascii="Arial" w:hAnsi="Arial" w:cs="Arial"/>
          <w:b/>
          <w:bCs/>
          <w:lang w:val="es-CO"/>
        </w:rPr>
        <w:t>Ponencia Primer Debate:</w:t>
      </w:r>
      <w:r w:rsidRPr="00BC6830">
        <w:rPr>
          <w:rFonts w:ascii="Arial" w:hAnsi="Arial" w:cs="Arial"/>
          <w:lang w:val="es-CO"/>
        </w:rPr>
        <w:t xml:space="preserve"> Gaceta No. 142 de 2023 (mar. 01-23)</w:t>
      </w:r>
    </w:p>
    <w:p w14:paraId="16694426" w14:textId="77777777" w:rsidR="00C37E5D" w:rsidRPr="00BC6830" w:rsidRDefault="00134EEA" w:rsidP="00C37E5D">
      <w:pPr>
        <w:ind w:firstLine="708"/>
        <w:rPr>
          <w:rFonts w:ascii="Arial" w:hAnsi="Arial" w:cs="Arial"/>
          <w:lang w:val="es-CO"/>
        </w:rPr>
      </w:pPr>
      <w:r w:rsidRPr="00BC6830">
        <w:rPr>
          <w:rFonts w:ascii="Arial" w:hAnsi="Arial" w:cs="Arial"/>
          <w:b/>
          <w:bCs/>
          <w:lang w:val="es-CO"/>
        </w:rPr>
        <w:t xml:space="preserve">Ultimo anuncio: </w:t>
      </w:r>
      <w:r w:rsidRPr="00BC6830">
        <w:rPr>
          <w:rFonts w:ascii="Arial" w:hAnsi="Arial" w:cs="Arial"/>
          <w:lang w:val="es-CO"/>
        </w:rPr>
        <w:t>marzo 28 de 2023.</w:t>
      </w:r>
    </w:p>
    <w:p w14:paraId="5F6835E7" w14:textId="77777777" w:rsidR="008E7852" w:rsidRPr="008E7852" w:rsidRDefault="00841B08" w:rsidP="000702DF">
      <w:pPr>
        <w:pStyle w:val="Prrafodelista"/>
        <w:numPr>
          <w:ilvl w:val="0"/>
          <w:numId w:val="7"/>
        </w:numPr>
        <w:ind w:left="708"/>
        <w:jc w:val="both"/>
        <w:rPr>
          <w:rFonts w:ascii="Arial" w:hAnsi="Arial" w:cs="Arial"/>
          <w:lang w:val="es-CO"/>
        </w:rPr>
      </w:pPr>
      <w:r>
        <w:rPr>
          <w:rStyle w:val="Textoennegrita"/>
          <w:rFonts w:ascii="Arial" w:hAnsi="Arial" w:cs="Arial"/>
          <w:lang w:val="es-CO"/>
        </w:rPr>
        <w:t>Proyecto</w:t>
      </w:r>
      <w:r w:rsidR="00134EEA" w:rsidRPr="008E7852">
        <w:rPr>
          <w:rStyle w:val="Textoennegrita"/>
          <w:rFonts w:ascii="Arial" w:hAnsi="Arial" w:cs="Arial"/>
          <w:lang w:val="es-CO"/>
        </w:rPr>
        <w:t xml:space="preserve"> de Ley No. 259 de 2022 Cámara “</w:t>
      </w:r>
      <w:r w:rsidR="00134EEA" w:rsidRPr="008E7852">
        <w:rPr>
          <w:rFonts w:ascii="Arial" w:hAnsi="Arial" w:cs="Arial"/>
          <w:b/>
          <w:bCs/>
          <w:lang w:val="es-CO"/>
        </w:rPr>
        <w:t>Por medio de la cual se fortalece la estabilidad laboral de las mujeres embarazadas en las diferentes modalidades de contratación”</w:t>
      </w:r>
      <w:r w:rsidR="008E7852" w:rsidRPr="008E7852">
        <w:rPr>
          <w:rFonts w:ascii="Arial" w:hAnsi="Arial" w:cs="Arial"/>
          <w:b/>
          <w:bCs/>
          <w:lang w:val="es-CO"/>
        </w:rPr>
        <w:t>.</w:t>
      </w:r>
      <w:r w:rsidR="00134EEA" w:rsidRPr="008E7852">
        <w:rPr>
          <w:rFonts w:ascii="Arial" w:hAnsi="Arial" w:cs="Arial"/>
          <w:b/>
          <w:bCs/>
          <w:lang w:val="es-CO"/>
        </w:rPr>
        <w:t xml:space="preserve"> </w:t>
      </w:r>
    </w:p>
    <w:p w14:paraId="3BE8BF6D" w14:textId="77777777" w:rsidR="008E7852" w:rsidRDefault="00134EEA" w:rsidP="008E7852">
      <w:pPr>
        <w:pStyle w:val="Prrafodelista"/>
        <w:ind w:left="708"/>
        <w:jc w:val="both"/>
        <w:rPr>
          <w:rFonts w:ascii="Arial" w:hAnsi="Arial" w:cs="Arial"/>
          <w:b/>
          <w:bCs/>
          <w:lang w:val="es-CO"/>
        </w:rPr>
      </w:pPr>
      <w:r w:rsidRPr="008E7852">
        <w:rPr>
          <w:rFonts w:ascii="Arial" w:hAnsi="Arial" w:cs="Arial"/>
          <w:lang w:val="es-CO"/>
        </w:rPr>
        <w:t>Autores</w:t>
      </w:r>
      <w:r w:rsidRPr="008E7852">
        <w:rPr>
          <w:rFonts w:ascii="Arial" w:hAnsi="Arial" w:cs="Arial"/>
          <w:b/>
          <w:bCs/>
          <w:lang w:val="es-CO"/>
        </w:rPr>
        <w:t xml:space="preserve"> HH. RR. </w:t>
      </w:r>
      <w:hyperlink r:id="rId149" w:history="1">
        <w:r w:rsidRPr="008E7852">
          <w:rPr>
            <w:rStyle w:val="Hipervnculo"/>
            <w:rFonts w:ascii="Arial" w:hAnsi="Arial" w:cs="Arial"/>
            <w:color w:val="auto"/>
            <w:u w:val="none"/>
            <w:lang w:val="es-CO"/>
          </w:rPr>
          <w:t>JAIRO HUMBERTO CRISTO CORREA</w:t>
        </w:r>
      </w:hyperlink>
      <w:r w:rsidRPr="008E7852">
        <w:rPr>
          <w:rFonts w:ascii="Arial" w:hAnsi="Arial" w:cs="Arial"/>
          <w:b/>
          <w:bCs/>
          <w:lang w:val="es-CO"/>
        </w:rPr>
        <w:t xml:space="preserve">, </w:t>
      </w:r>
      <w:hyperlink r:id="rId150" w:history="1">
        <w:r w:rsidRPr="008E7852">
          <w:rPr>
            <w:rFonts w:ascii="Arial" w:hAnsi="Arial" w:cs="Arial"/>
            <w:b/>
            <w:bCs/>
            <w:lang w:val="es-CO"/>
          </w:rPr>
          <w:t>CARLOS ADOLFO ARDILA ESPINOSA</w:t>
        </w:r>
      </w:hyperlink>
      <w:r w:rsidRPr="008E7852">
        <w:rPr>
          <w:rFonts w:ascii="Arial" w:hAnsi="Arial" w:cs="Arial"/>
          <w:b/>
          <w:bCs/>
          <w:lang w:val="es-CO"/>
        </w:rPr>
        <w:t xml:space="preserve">, </w:t>
      </w:r>
      <w:hyperlink r:id="rId151" w:history="1">
        <w:r w:rsidRPr="008E7852">
          <w:rPr>
            <w:rFonts w:ascii="Arial" w:hAnsi="Arial" w:cs="Arial"/>
            <w:b/>
            <w:bCs/>
            <w:lang w:val="es-CO"/>
          </w:rPr>
          <w:t>ÁLVARO LEONEL RUEDA CABALLERO</w:t>
        </w:r>
      </w:hyperlink>
      <w:r w:rsidRPr="008E7852">
        <w:rPr>
          <w:rFonts w:ascii="Arial" w:hAnsi="Arial" w:cs="Arial"/>
          <w:b/>
          <w:bCs/>
          <w:lang w:val="es-CO"/>
        </w:rPr>
        <w:t xml:space="preserve">, </w:t>
      </w:r>
      <w:hyperlink r:id="rId152" w:history="1">
        <w:r w:rsidRPr="008E7852">
          <w:rPr>
            <w:rFonts w:ascii="Arial" w:hAnsi="Arial" w:cs="Arial"/>
            <w:b/>
            <w:bCs/>
            <w:lang w:val="es-CO"/>
          </w:rPr>
          <w:t>GLORIA LILIANA RODRÍGUEZ VALENCIA</w:t>
        </w:r>
      </w:hyperlink>
      <w:r w:rsidRPr="008E7852">
        <w:rPr>
          <w:rFonts w:ascii="Arial" w:hAnsi="Arial" w:cs="Arial"/>
          <w:b/>
          <w:bCs/>
          <w:lang w:val="es-CO"/>
        </w:rPr>
        <w:t xml:space="preserve">, </w:t>
      </w:r>
      <w:hyperlink r:id="rId153" w:history="1">
        <w:r w:rsidRPr="008E7852">
          <w:rPr>
            <w:rFonts w:ascii="Arial" w:hAnsi="Arial" w:cs="Arial"/>
            <w:b/>
            <w:bCs/>
            <w:lang w:val="es-CO"/>
          </w:rPr>
          <w:t>HUGO ALFONSO ARCHILA SUÁREZ</w:t>
        </w:r>
      </w:hyperlink>
      <w:r w:rsidRPr="008E7852">
        <w:rPr>
          <w:rFonts w:ascii="Arial" w:hAnsi="Arial" w:cs="Arial"/>
          <w:b/>
          <w:bCs/>
          <w:lang w:val="es-CO"/>
        </w:rPr>
        <w:t xml:space="preserve">, </w:t>
      </w:r>
      <w:hyperlink r:id="rId154" w:history="1">
        <w:r w:rsidRPr="008E7852">
          <w:rPr>
            <w:rFonts w:ascii="Arial" w:hAnsi="Arial" w:cs="Arial"/>
            <w:b/>
            <w:bCs/>
            <w:lang w:val="es-CO"/>
          </w:rPr>
          <w:t>JEZMI LIZETH BARRAZA ARRAUT</w:t>
        </w:r>
      </w:hyperlink>
      <w:r w:rsidRPr="008E7852">
        <w:rPr>
          <w:rFonts w:ascii="Arial" w:hAnsi="Arial" w:cs="Arial"/>
          <w:b/>
          <w:bCs/>
          <w:lang w:val="es-CO"/>
        </w:rPr>
        <w:t xml:space="preserve">, </w:t>
      </w:r>
      <w:hyperlink r:id="rId155" w:history="1">
        <w:r w:rsidRPr="008E7852">
          <w:rPr>
            <w:rFonts w:ascii="Arial" w:hAnsi="Arial" w:cs="Arial"/>
            <w:b/>
            <w:bCs/>
            <w:lang w:val="es-CO"/>
          </w:rPr>
          <w:t>GILMA DÍAZ ARIAS</w:t>
        </w:r>
      </w:hyperlink>
      <w:r w:rsidRPr="008E7852">
        <w:rPr>
          <w:rFonts w:ascii="Arial" w:hAnsi="Arial" w:cs="Arial"/>
          <w:b/>
          <w:bCs/>
          <w:lang w:val="es-CO"/>
        </w:rPr>
        <w:t xml:space="preserve">, </w:t>
      </w:r>
      <w:hyperlink r:id="rId156" w:history="1">
        <w:r w:rsidRPr="008E7852">
          <w:rPr>
            <w:rFonts w:ascii="Arial" w:hAnsi="Arial" w:cs="Arial"/>
            <w:b/>
            <w:bCs/>
            <w:lang w:val="es-CO"/>
          </w:rPr>
          <w:t>GERMÁN ROGELIO ROZO ANÍS</w:t>
        </w:r>
      </w:hyperlink>
      <w:r w:rsidRPr="008E7852">
        <w:rPr>
          <w:rFonts w:ascii="Arial" w:hAnsi="Arial" w:cs="Arial"/>
          <w:b/>
          <w:bCs/>
          <w:lang w:val="es-CO"/>
        </w:rPr>
        <w:t xml:space="preserve">, </w:t>
      </w:r>
      <w:hyperlink r:id="rId157" w:history="1">
        <w:r w:rsidRPr="008E7852">
          <w:rPr>
            <w:rFonts w:ascii="Arial" w:hAnsi="Arial" w:cs="Arial"/>
            <w:b/>
            <w:bCs/>
            <w:lang w:val="es-CO"/>
          </w:rPr>
          <w:t>JULIÁN PEINADO RAMÍREZ</w:t>
        </w:r>
      </w:hyperlink>
      <w:r w:rsidRPr="008E7852">
        <w:rPr>
          <w:rFonts w:ascii="Arial" w:hAnsi="Arial" w:cs="Arial"/>
          <w:b/>
          <w:bCs/>
          <w:lang w:val="es-CO"/>
        </w:rPr>
        <w:t xml:space="preserve">, </w:t>
      </w:r>
      <w:hyperlink r:id="rId158" w:history="1">
        <w:r w:rsidRPr="008E7852">
          <w:rPr>
            <w:rFonts w:ascii="Arial" w:hAnsi="Arial" w:cs="Arial"/>
            <w:b/>
            <w:bCs/>
            <w:lang w:val="es-CO"/>
          </w:rPr>
          <w:t>SARAY ELENA ROBAYO BECHARA</w:t>
        </w:r>
      </w:hyperlink>
      <w:r w:rsidRPr="008E7852">
        <w:rPr>
          <w:rFonts w:ascii="Arial" w:hAnsi="Arial" w:cs="Arial"/>
          <w:b/>
          <w:bCs/>
          <w:lang w:val="es-CO"/>
        </w:rPr>
        <w:t xml:space="preserve">, </w:t>
      </w:r>
      <w:hyperlink r:id="rId159" w:history="1">
        <w:r w:rsidRPr="008E7852">
          <w:rPr>
            <w:rFonts w:ascii="Arial" w:hAnsi="Arial" w:cs="Arial"/>
            <w:b/>
            <w:bCs/>
            <w:lang w:val="es-CO"/>
          </w:rPr>
          <w:t>JHON FREDI VALENCIA CAICEDO</w:t>
        </w:r>
      </w:hyperlink>
      <w:r w:rsidRPr="008E7852">
        <w:rPr>
          <w:rFonts w:ascii="Arial" w:hAnsi="Arial" w:cs="Arial"/>
          <w:b/>
          <w:bCs/>
          <w:lang w:val="es-CO"/>
        </w:rPr>
        <w:t xml:space="preserve">, </w:t>
      </w:r>
      <w:hyperlink r:id="rId160" w:history="1">
        <w:r w:rsidRPr="008E7852">
          <w:rPr>
            <w:rFonts w:ascii="Arial" w:hAnsi="Arial" w:cs="Arial"/>
            <w:b/>
            <w:bCs/>
            <w:lang w:val="es-CO"/>
          </w:rPr>
          <w:t>MARÍA EUGENIA LOPERA MONSALVE</w:t>
        </w:r>
      </w:hyperlink>
      <w:r w:rsidRPr="008E7852">
        <w:rPr>
          <w:rFonts w:ascii="Arial" w:hAnsi="Arial" w:cs="Arial"/>
          <w:b/>
          <w:bCs/>
          <w:lang w:val="es-CO"/>
        </w:rPr>
        <w:t xml:space="preserve">, </w:t>
      </w:r>
      <w:hyperlink r:id="rId161" w:history="1">
        <w:r w:rsidRPr="008E7852">
          <w:rPr>
            <w:rFonts w:ascii="Arial" w:hAnsi="Arial" w:cs="Arial"/>
            <w:b/>
            <w:bCs/>
            <w:lang w:val="es-CO"/>
          </w:rPr>
          <w:t>JOHN JAIRO GONZÁLEZ AGUDELO</w:t>
        </w:r>
      </w:hyperlink>
      <w:r w:rsidRPr="008E7852">
        <w:rPr>
          <w:rFonts w:ascii="Arial" w:hAnsi="Arial" w:cs="Arial"/>
          <w:b/>
          <w:bCs/>
          <w:lang w:val="es-CO"/>
        </w:rPr>
        <w:t xml:space="preserve">, </w:t>
      </w:r>
      <w:hyperlink r:id="rId162" w:history="1">
        <w:r w:rsidRPr="008E7852">
          <w:rPr>
            <w:rFonts w:ascii="Arial" w:hAnsi="Arial" w:cs="Arial"/>
            <w:b/>
            <w:bCs/>
            <w:lang w:val="es-CO"/>
          </w:rPr>
          <w:t>MÓNICA KARINA BOCANEGRA PANTOJA</w:t>
        </w:r>
      </w:hyperlink>
      <w:r w:rsidRPr="008E7852">
        <w:rPr>
          <w:rFonts w:ascii="Arial" w:hAnsi="Arial" w:cs="Arial"/>
          <w:b/>
          <w:bCs/>
          <w:lang w:val="es-CO"/>
        </w:rPr>
        <w:t xml:space="preserve">, </w:t>
      </w:r>
      <w:hyperlink r:id="rId163" w:history="1">
        <w:r w:rsidRPr="008E7852">
          <w:rPr>
            <w:rFonts w:ascii="Arial" w:hAnsi="Arial" w:cs="Arial"/>
            <w:b/>
            <w:bCs/>
            <w:lang w:val="es-CO"/>
          </w:rPr>
          <w:t>OLGA BEATRIZ GONZÁLEZ CORREA</w:t>
        </w:r>
      </w:hyperlink>
      <w:r w:rsidRPr="008E7852">
        <w:rPr>
          <w:rFonts w:ascii="Arial" w:hAnsi="Arial" w:cs="Arial"/>
          <w:b/>
          <w:bCs/>
          <w:lang w:val="es-CO"/>
        </w:rPr>
        <w:t xml:space="preserve">, </w:t>
      </w:r>
      <w:hyperlink r:id="rId164" w:history="1">
        <w:r w:rsidRPr="008E7852">
          <w:rPr>
            <w:rFonts w:ascii="Arial" w:hAnsi="Arial" w:cs="Arial"/>
            <w:b/>
            <w:bCs/>
            <w:lang w:val="es-CO"/>
          </w:rPr>
          <w:t>FLORA PERDOMO ANDRADE</w:t>
        </w:r>
      </w:hyperlink>
      <w:r w:rsidRPr="008E7852">
        <w:rPr>
          <w:rFonts w:ascii="Arial" w:hAnsi="Arial" w:cs="Arial"/>
          <w:b/>
          <w:bCs/>
          <w:lang w:val="es-CO"/>
        </w:rPr>
        <w:t xml:space="preserve">, </w:t>
      </w:r>
      <w:hyperlink r:id="rId165" w:history="1">
        <w:r w:rsidRPr="008E7852">
          <w:rPr>
            <w:rFonts w:ascii="Arial" w:hAnsi="Arial" w:cs="Arial"/>
            <w:b/>
            <w:bCs/>
            <w:lang w:val="es-CO"/>
          </w:rPr>
          <w:t>OLGA LUCIA VELÁSQUEZ NIETO</w:t>
        </w:r>
      </w:hyperlink>
      <w:r w:rsidRPr="008E7852">
        <w:rPr>
          <w:rFonts w:ascii="Arial" w:hAnsi="Arial" w:cs="Arial"/>
          <w:b/>
          <w:bCs/>
          <w:lang w:val="es-CO"/>
        </w:rPr>
        <w:t xml:space="preserve">, </w:t>
      </w:r>
      <w:hyperlink r:id="rId166" w:history="1">
        <w:r w:rsidRPr="008E7852">
          <w:rPr>
            <w:rFonts w:ascii="Arial" w:hAnsi="Arial" w:cs="Arial"/>
            <w:b/>
            <w:bCs/>
            <w:lang w:val="es-CO"/>
          </w:rPr>
          <w:t>KELYN JOHANA GONZÁLEZ DUARTE</w:t>
        </w:r>
      </w:hyperlink>
      <w:r w:rsidRPr="008E7852">
        <w:rPr>
          <w:rFonts w:ascii="Arial" w:hAnsi="Arial" w:cs="Arial"/>
          <w:b/>
          <w:bCs/>
          <w:lang w:val="es-CO"/>
        </w:rPr>
        <w:t xml:space="preserve">, </w:t>
      </w:r>
      <w:hyperlink r:id="rId167" w:history="1">
        <w:r w:rsidRPr="008E7852">
          <w:rPr>
            <w:rFonts w:ascii="Arial" w:hAnsi="Arial" w:cs="Arial"/>
            <w:b/>
            <w:bCs/>
            <w:lang w:val="es-CO"/>
          </w:rPr>
          <w:t>JAIRO REINALDO CALA SUÁREZ</w:t>
        </w:r>
      </w:hyperlink>
      <w:r w:rsidRPr="008E7852">
        <w:rPr>
          <w:rFonts w:ascii="Arial" w:hAnsi="Arial" w:cs="Arial"/>
          <w:b/>
          <w:bCs/>
          <w:lang w:val="es-CO"/>
        </w:rPr>
        <w:t xml:space="preserve"> y otras firmas. </w:t>
      </w:r>
    </w:p>
    <w:p w14:paraId="6B0490A3" w14:textId="77777777" w:rsidR="008E7852" w:rsidRDefault="00134EEA" w:rsidP="008E7852">
      <w:pPr>
        <w:pStyle w:val="Prrafodelista"/>
        <w:ind w:left="708"/>
        <w:jc w:val="both"/>
        <w:rPr>
          <w:rFonts w:ascii="Arial" w:hAnsi="Arial" w:cs="Arial"/>
          <w:lang w:val="es-CO"/>
        </w:rPr>
      </w:pPr>
      <w:r w:rsidRPr="00BC6830">
        <w:rPr>
          <w:rFonts w:ascii="Arial" w:hAnsi="Arial" w:cs="Arial"/>
          <w:b/>
          <w:bCs/>
          <w:lang w:val="es-CO"/>
        </w:rPr>
        <w:t>Radicado:</w:t>
      </w:r>
      <w:r w:rsidRPr="00BC6830">
        <w:rPr>
          <w:rFonts w:ascii="Arial" w:hAnsi="Arial" w:cs="Arial"/>
          <w:lang w:val="es-CO"/>
        </w:rPr>
        <w:t xml:space="preserve"> octubre 26 de 2022. </w:t>
      </w:r>
    </w:p>
    <w:p w14:paraId="292DA777" w14:textId="77777777" w:rsidR="008E7852" w:rsidRDefault="00134EEA" w:rsidP="008E7852">
      <w:pPr>
        <w:pStyle w:val="Prrafodelista"/>
        <w:ind w:left="708"/>
        <w:jc w:val="both"/>
        <w:rPr>
          <w:rFonts w:ascii="Arial" w:hAnsi="Arial" w:cs="Arial"/>
          <w:lang w:val="es-CO"/>
        </w:rPr>
      </w:pPr>
      <w:r w:rsidRPr="00BC6830">
        <w:rPr>
          <w:rFonts w:ascii="Arial" w:hAnsi="Arial" w:cs="Arial"/>
          <w:b/>
          <w:bCs/>
          <w:lang w:val="es-CO"/>
        </w:rPr>
        <w:t xml:space="preserve">Publicación </w:t>
      </w:r>
      <w:r w:rsidR="00841B08">
        <w:rPr>
          <w:rFonts w:ascii="Arial" w:hAnsi="Arial" w:cs="Arial"/>
          <w:b/>
          <w:bCs/>
          <w:lang w:val="es-CO"/>
        </w:rPr>
        <w:t>Proyecto</w:t>
      </w:r>
      <w:r w:rsidRPr="00BC6830">
        <w:rPr>
          <w:rFonts w:ascii="Arial" w:hAnsi="Arial" w:cs="Arial"/>
          <w:b/>
          <w:bCs/>
          <w:lang w:val="es-CO"/>
        </w:rPr>
        <w:t xml:space="preserve"> de Ley:</w:t>
      </w:r>
      <w:r w:rsidR="008E7852">
        <w:rPr>
          <w:rFonts w:ascii="Arial" w:hAnsi="Arial" w:cs="Arial"/>
          <w:lang w:val="es-CO"/>
        </w:rPr>
        <w:t xml:space="preserve"> Gaceta 1395 de 2022        </w:t>
      </w:r>
    </w:p>
    <w:p w14:paraId="577E4996" w14:textId="77777777" w:rsidR="008E7852" w:rsidRDefault="00134EEA" w:rsidP="008E7852">
      <w:pPr>
        <w:pStyle w:val="Prrafodelista"/>
        <w:ind w:left="708"/>
        <w:jc w:val="both"/>
        <w:rPr>
          <w:rFonts w:ascii="Arial" w:hAnsi="Arial" w:cs="Arial"/>
          <w:lang w:val="es-CO"/>
        </w:rPr>
      </w:pPr>
      <w:r w:rsidRPr="00BC6830">
        <w:rPr>
          <w:rFonts w:ascii="Arial" w:hAnsi="Arial" w:cs="Arial"/>
          <w:b/>
          <w:bCs/>
          <w:lang w:val="es-CO"/>
        </w:rPr>
        <w:t>Radicado en Comisión:</w:t>
      </w:r>
      <w:r w:rsidRPr="00BC6830">
        <w:rPr>
          <w:rFonts w:ascii="Arial" w:hAnsi="Arial" w:cs="Arial"/>
          <w:lang w:val="es-CO"/>
        </w:rPr>
        <w:t xml:space="preserve"> noviembre 16 de 2022 </w:t>
      </w:r>
    </w:p>
    <w:p w14:paraId="22D9D2AA" w14:textId="77777777" w:rsidR="008E7852" w:rsidRDefault="00134EEA" w:rsidP="008E7852">
      <w:pPr>
        <w:pStyle w:val="Prrafodelista"/>
        <w:ind w:left="708"/>
        <w:jc w:val="both"/>
        <w:rPr>
          <w:rFonts w:ascii="Arial" w:hAnsi="Arial" w:cs="Arial"/>
          <w:lang w:val="es-CO"/>
        </w:rPr>
      </w:pPr>
      <w:r w:rsidRPr="00BC6830">
        <w:rPr>
          <w:rFonts w:ascii="Arial" w:hAnsi="Arial" w:cs="Arial"/>
          <w:b/>
          <w:bCs/>
          <w:lang w:val="es-CO"/>
        </w:rPr>
        <w:t>Ponentes Primer Debate:</w:t>
      </w:r>
      <w:r w:rsidRPr="00BC6830">
        <w:rPr>
          <w:rFonts w:ascii="Arial" w:hAnsi="Arial" w:cs="Arial"/>
          <w:lang w:val="es-CO"/>
        </w:rPr>
        <w:t xml:space="preserve"> JAIRO HUMBERTO CRISTO CORREA, LEIDER ALEXANDRA VASQUEZ OCHOA (Coordinadores Ponentes). GERMAN ROGELIO ROZO ANIS, MARIA FERNANDA CARRASCAL ROJAS. Designados el 23 de noviembre de 2022.       </w:t>
      </w:r>
    </w:p>
    <w:p w14:paraId="19738F10" w14:textId="77777777" w:rsidR="008E7852" w:rsidRDefault="00134EEA" w:rsidP="008E7852">
      <w:pPr>
        <w:pStyle w:val="Prrafodelista"/>
        <w:ind w:left="708"/>
        <w:jc w:val="both"/>
        <w:rPr>
          <w:rFonts w:ascii="Arial" w:hAnsi="Arial" w:cs="Arial"/>
          <w:lang w:val="es-CO"/>
        </w:rPr>
      </w:pPr>
      <w:r w:rsidRPr="00BC6830">
        <w:rPr>
          <w:rFonts w:ascii="Arial" w:hAnsi="Arial" w:cs="Arial"/>
          <w:b/>
          <w:bCs/>
          <w:lang w:val="es-CO"/>
        </w:rPr>
        <w:t>Ponencia Primer Debate:</w:t>
      </w:r>
      <w:r w:rsidRPr="00BC6830">
        <w:rPr>
          <w:rFonts w:ascii="Arial" w:hAnsi="Arial" w:cs="Arial"/>
          <w:b/>
          <w:bCs/>
          <w:lang w:val="es-CO"/>
        </w:rPr>
        <w:tab/>
      </w:r>
      <w:r w:rsidRPr="00BC6830">
        <w:rPr>
          <w:rFonts w:ascii="Arial" w:hAnsi="Arial" w:cs="Arial"/>
          <w:lang w:val="es-CO"/>
        </w:rPr>
        <w:t>Gaceta No. 154 de 2023 (mar. 08-23) (Carrascal – Vásquez) 13:15</w:t>
      </w:r>
      <w:r w:rsidRPr="00BC6830">
        <w:rPr>
          <w:rFonts w:ascii="Arial" w:hAnsi="Arial" w:cs="Arial"/>
          <w:lang w:val="es-CO"/>
        </w:rPr>
        <w:tab/>
        <w:t>Gaceta No. 154 de 2023 (mar. 08-23) (Cristo – Rozo) 15:47</w:t>
      </w:r>
    </w:p>
    <w:p w14:paraId="01442159" w14:textId="77777777" w:rsidR="00134EEA" w:rsidRPr="008E7852" w:rsidRDefault="00134EEA" w:rsidP="008E7852">
      <w:pPr>
        <w:pStyle w:val="Prrafodelista"/>
        <w:ind w:left="708"/>
        <w:jc w:val="both"/>
        <w:rPr>
          <w:rFonts w:ascii="Arial" w:hAnsi="Arial" w:cs="Arial"/>
          <w:lang w:val="es-CO"/>
        </w:rPr>
      </w:pPr>
      <w:r w:rsidRPr="00BC6830">
        <w:rPr>
          <w:rFonts w:ascii="Arial" w:hAnsi="Arial" w:cs="Arial"/>
          <w:b/>
          <w:bCs/>
          <w:lang w:val="es-CO"/>
        </w:rPr>
        <w:t xml:space="preserve">Ultimo anuncio: </w:t>
      </w:r>
      <w:r w:rsidRPr="00BC6830">
        <w:rPr>
          <w:rFonts w:ascii="Arial" w:hAnsi="Arial" w:cs="Arial"/>
          <w:lang w:val="es-CO"/>
        </w:rPr>
        <w:t>marzo 28 de 2023.</w:t>
      </w:r>
    </w:p>
    <w:p w14:paraId="2DC00037" w14:textId="77777777" w:rsidR="00134EEA" w:rsidRPr="00BC6830" w:rsidRDefault="00134EEA" w:rsidP="00134EEA">
      <w:pPr>
        <w:spacing w:after="0" w:line="240" w:lineRule="auto"/>
        <w:jc w:val="center"/>
        <w:rPr>
          <w:rFonts w:ascii="Arial" w:hAnsi="Arial" w:cs="Arial"/>
          <w:b/>
          <w:bCs/>
          <w:lang w:val="es-CO"/>
        </w:rPr>
      </w:pPr>
      <w:r w:rsidRPr="00BC6830">
        <w:rPr>
          <w:rFonts w:ascii="Arial" w:hAnsi="Arial" w:cs="Arial"/>
          <w:b/>
          <w:bCs/>
          <w:lang w:val="es-CO"/>
        </w:rPr>
        <w:t>IV.</w:t>
      </w:r>
    </w:p>
    <w:p w14:paraId="39D51041" w14:textId="77777777" w:rsidR="00134EEA" w:rsidRPr="00BC6830" w:rsidRDefault="00134EEA" w:rsidP="00134EEA">
      <w:pPr>
        <w:spacing w:after="0" w:line="240" w:lineRule="auto"/>
        <w:jc w:val="center"/>
        <w:rPr>
          <w:rFonts w:ascii="Arial" w:hAnsi="Arial" w:cs="Arial"/>
          <w:b/>
          <w:bCs/>
          <w:lang w:val="es-CO" w:eastAsia="es-ES"/>
        </w:rPr>
      </w:pPr>
      <w:r w:rsidRPr="00BC6830">
        <w:rPr>
          <w:rFonts w:ascii="Arial" w:hAnsi="Arial" w:cs="Arial"/>
          <w:b/>
          <w:bCs/>
          <w:lang w:val="es-CO" w:eastAsia="es-ES"/>
        </w:rPr>
        <w:t xml:space="preserve">ANUNCIO DE </w:t>
      </w:r>
      <w:r w:rsidR="00841B08">
        <w:rPr>
          <w:rFonts w:ascii="Arial" w:hAnsi="Arial" w:cs="Arial"/>
          <w:b/>
          <w:bCs/>
          <w:lang w:val="es-CO" w:eastAsia="es-ES"/>
        </w:rPr>
        <w:t>PROYECTO</w:t>
      </w:r>
      <w:r w:rsidRPr="00BC6830">
        <w:rPr>
          <w:rFonts w:ascii="Arial" w:hAnsi="Arial" w:cs="Arial"/>
          <w:b/>
          <w:bCs/>
          <w:lang w:val="es-CO" w:eastAsia="es-ES"/>
        </w:rPr>
        <w:t>S</w:t>
      </w:r>
    </w:p>
    <w:p w14:paraId="3DDD5D86" w14:textId="77777777" w:rsidR="00134EEA" w:rsidRPr="00BC6830" w:rsidRDefault="00134EEA" w:rsidP="00134EEA">
      <w:pPr>
        <w:spacing w:after="0" w:line="240" w:lineRule="auto"/>
        <w:jc w:val="center"/>
        <w:rPr>
          <w:rFonts w:ascii="Arial" w:hAnsi="Arial" w:cs="Arial"/>
          <w:b/>
          <w:bCs/>
          <w:lang w:val="es-CO"/>
        </w:rPr>
      </w:pPr>
    </w:p>
    <w:p w14:paraId="7059BFFC" w14:textId="77777777" w:rsidR="00134EEA" w:rsidRPr="00BC6830" w:rsidRDefault="00134EEA" w:rsidP="00134EEA">
      <w:pPr>
        <w:spacing w:after="0" w:line="240" w:lineRule="auto"/>
        <w:jc w:val="center"/>
        <w:rPr>
          <w:rFonts w:ascii="Arial" w:hAnsi="Arial" w:cs="Arial"/>
          <w:b/>
          <w:bCs/>
          <w:lang w:val="es-CO"/>
        </w:rPr>
      </w:pPr>
      <w:r w:rsidRPr="00BC6830">
        <w:rPr>
          <w:rFonts w:ascii="Arial" w:hAnsi="Arial" w:cs="Arial"/>
          <w:b/>
          <w:bCs/>
          <w:lang w:val="es-CO"/>
        </w:rPr>
        <w:t>V.</w:t>
      </w:r>
    </w:p>
    <w:p w14:paraId="3E270C60" w14:textId="77777777" w:rsidR="00134EEA" w:rsidRPr="00BC6830" w:rsidRDefault="00134EEA" w:rsidP="00134EEA">
      <w:pPr>
        <w:spacing w:after="0" w:line="240" w:lineRule="auto"/>
        <w:jc w:val="center"/>
        <w:rPr>
          <w:rFonts w:ascii="Arial" w:hAnsi="Arial" w:cs="Arial"/>
          <w:b/>
          <w:bCs/>
          <w:lang w:val="es-CO"/>
        </w:rPr>
      </w:pPr>
      <w:r w:rsidRPr="00BC6830">
        <w:rPr>
          <w:rFonts w:ascii="Arial" w:hAnsi="Arial" w:cs="Arial"/>
          <w:b/>
          <w:bCs/>
          <w:lang w:val="es-CO"/>
        </w:rPr>
        <w:t>NEGOCIOS SUSTANCIADOS POR LA PRESIDENCIA</w:t>
      </w:r>
    </w:p>
    <w:p w14:paraId="7B129304" w14:textId="77777777" w:rsidR="00134EEA" w:rsidRPr="00BC6830" w:rsidRDefault="00134EEA" w:rsidP="00134EEA">
      <w:pPr>
        <w:spacing w:after="0" w:line="240" w:lineRule="auto"/>
        <w:jc w:val="center"/>
        <w:rPr>
          <w:rFonts w:ascii="Arial" w:hAnsi="Arial" w:cs="Arial"/>
          <w:b/>
          <w:bCs/>
          <w:lang w:val="es-CO"/>
        </w:rPr>
      </w:pPr>
    </w:p>
    <w:p w14:paraId="129EFFFC" w14:textId="77777777" w:rsidR="00134EEA" w:rsidRPr="00BC6830" w:rsidRDefault="00134EEA" w:rsidP="00134EEA">
      <w:pPr>
        <w:spacing w:after="0" w:line="240" w:lineRule="auto"/>
        <w:jc w:val="center"/>
        <w:rPr>
          <w:rFonts w:ascii="Arial" w:hAnsi="Arial" w:cs="Arial"/>
          <w:b/>
          <w:bCs/>
          <w:lang w:val="es-CO"/>
        </w:rPr>
      </w:pPr>
      <w:r w:rsidRPr="00BC6830">
        <w:rPr>
          <w:rFonts w:ascii="Arial" w:hAnsi="Arial" w:cs="Arial"/>
          <w:b/>
          <w:bCs/>
          <w:lang w:val="es-CO"/>
        </w:rPr>
        <w:t>VI.</w:t>
      </w:r>
    </w:p>
    <w:p w14:paraId="78CF2004" w14:textId="77777777" w:rsidR="00134EEA" w:rsidRPr="00BC6830" w:rsidRDefault="00134EEA" w:rsidP="00134EEA">
      <w:pPr>
        <w:spacing w:after="0" w:line="240" w:lineRule="auto"/>
        <w:jc w:val="center"/>
        <w:rPr>
          <w:rFonts w:ascii="Arial" w:hAnsi="Arial" w:cs="Arial"/>
          <w:lang w:val="es-CO"/>
        </w:rPr>
      </w:pPr>
      <w:r w:rsidRPr="00BC6830">
        <w:rPr>
          <w:rFonts w:ascii="Arial" w:eastAsia="Times New Roman" w:hAnsi="Arial" w:cs="Arial"/>
          <w:b/>
          <w:bCs/>
          <w:lang w:val="es-CO" w:eastAsia="es-ES"/>
        </w:rPr>
        <w:t>LO QUE PROPONGAN LOS HONORABLES REPRESENTANTES</w:t>
      </w:r>
    </w:p>
    <w:p w14:paraId="3D0C1F82" w14:textId="77777777" w:rsidR="00134EEA" w:rsidRPr="00BC6830" w:rsidRDefault="00134EEA" w:rsidP="00667EBF">
      <w:pPr>
        <w:pStyle w:val="Sinespaciado"/>
        <w:jc w:val="both"/>
        <w:rPr>
          <w:rStyle w:val="TNR21"/>
          <w:rFonts w:ascii="Arial" w:hAnsi="Arial" w:cs="Arial"/>
          <w:sz w:val="22"/>
          <w:lang w:val="es-CO"/>
        </w:rPr>
      </w:pPr>
    </w:p>
    <w:p w14:paraId="152180FE" w14:textId="77777777" w:rsidR="001C1E4B" w:rsidRPr="00BC6830" w:rsidRDefault="006146DD" w:rsidP="00667EBF">
      <w:pPr>
        <w:pStyle w:val="Sinespaciado"/>
        <w:jc w:val="both"/>
        <w:rPr>
          <w:rStyle w:val="TNR21"/>
          <w:rFonts w:ascii="Arial" w:hAnsi="Arial" w:cs="Arial"/>
          <w:sz w:val="22"/>
          <w:lang w:val="es-CO"/>
        </w:rPr>
      </w:pPr>
      <w:r w:rsidRPr="00BC6830">
        <w:rPr>
          <w:rStyle w:val="TNR21"/>
          <w:rFonts w:ascii="Arial" w:hAnsi="Arial" w:cs="Arial"/>
          <w:sz w:val="22"/>
          <w:lang w:val="es-CO"/>
        </w:rPr>
        <w:t>Presidente se encuentra leído el orden del día.</w:t>
      </w:r>
    </w:p>
    <w:p w14:paraId="415E3DAE" w14:textId="77777777" w:rsidR="001C1E4B" w:rsidRPr="00BC6830" w:rsidRDefault="001C1E4B" w:rsidP="00667EBF">
      <w:pPr>
        <w:pStyle w:val="Sinespaciado"/>
        <w:jc w:val="both"/>
        <w:rPr>
          <w:rStyle w:val="TNR21"/>
          <w:rFonts w:ascii="Arial" w:hAnsi="Arial" w:cs="Arial"/>
          <w:sz w:val="22"/>
          <w:lang w:val="es-CO"/>
        </w:rPr>
      </w:pPr>
    </w:p>
    <w:p w14:paraId="577118E5" w14:textId="77777777" w:rsidR="001C1E4B"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1C1E4B" w:rsidRPr="00BC6830">
        <w:rPr>
          <w:rStyle w:val="TNR21"/>
          <w:rFonts w:ascii="Arial" w:hAnsi="Arial" w:cs="Arial"/>
          <w:sz w:val="22"/>
          <w:lang w:val="es-CO"/>
        </w:rPr>
        <w:t>T</w:t>
      </w:r>
      <w:r w:rsidR="006146DD" w:rsidRPr="00BC6830">
        <w:rPr>
          <w:rStyle w:val="TNR21"/>
          <w:rFonts w:ascii="Arial" w:hAnsi="Arial" w:cs="Arial"/>
          <w:sz w:val="22"/>
          <w:lang w:val="es-CO"/>
        </w:rPr>
        <w:t>iene la palabra la Representan Martha Alfonso</w:t>
      </w:r>
      <w:r w:rsidR="001C1E4B" w:rsidRPr="00BC6830">
        <w:rPr>
          <w:rStyle w:val="TNR21"/>
          <w:rFonts w:ascii="Arial" w:hAnsi="Arial" w:cs="Arial"/>
          <w:sz w:val="22"/>
          <w:lang w:val="es-CO"/>
        </w:rPr>
        <w:t>,</w:t>
      </w:r>
      <w:r w:rsidR="006146DD" w:rsidRPr="00BC6830">
        <w:rPr>
          <w:rStyle w:val="TNR21"/>
          <w:rFonts w:ascii="Arial" w:hAnsi="Arial" w:cs="Arial"/>
          <w:sz w:val="22"/>
          <w:lang w:val="es-CO"/>
        </w:rPr>
        <w:t xml:space="preserve"> Representante buen día</w:t>
      </w:r>
      <w:r w:rsidR="001C1E4B" w:rsidRPr="00BC6830">
        <w:rPr>
          <w:rStyle w:val="TNR21"/>
          <w:rFonts w:ascii="Arial" w:hAnsi="Arial" w:cs="Arial"/>
          <w:sz w:val="22"/>
          <w:lang w:val="es-CO"/>
        </w:rPr>
        <w:t>.</w:t>
      </w:r>
    </w:p>
    <w:p w14:paraId="28D4FD7B" w14:textId="77777777" w:rsidR="001C1E4B" w:rsidRPr="00BC6830" w:rsidRDefault="001C1E4B" w:rsidP="00667EBF">
      <w:pPr>
        <w:pStyle w:val="Sinespaciado"/>
        <w:jc w:val="both"/>
        <w:rPr>
          <w:rStyle w:val="TNR21"/>
          <w:rFonts w:ascii="Arial" w:hAnsi="Arial" w:cs="Arial"/>
          <w:sz w:val="22"/>
          <w:lang w:val="es-CO"/>
        </w:rPr>
      </w:pPr>
    </w:p>
    <w:p w14:paraId="0E0D2DEE" w14:textId="77777777" w:rsidR="00A32892" w:rsidRPr="00BC6830" w:rsidRDefault="00B1577F" w:rsidP="00667EBF">
      <w:pPr>
        <w:pStyle w:val="Sinespaciado"/>
        <w:jc w:val="both"/>
        <w:rPr>
          <w:rStyle w:val="TNR21"/>
          <w:rFonts w:ascii="Arial" w:hAnsi="Arial" w:cs="Arial"/>
          <w:sz w:val="22"/>
          <w:lang w:val="es-CO"/>
        </w:rPr>
      </w:pPr>
      <w:r w:rsidRPr="00BC6830">
        <w:rPr>
          <w:rStyle w:val="TNR21"/>
          <w:rFonts w:ascii="Arial" w:hAnsi="Arial" w:cs="Arial"/>
          <w:b/>
          <w:sz w:val="22"/>
          <w:lang w:val="es-CO"/>
        </w:rPr>
        <w:t>H. Representante</w:t>
      </w:r>
      <w:r w:rsidR="006146DD" w:rsidRPr="00BC6830">
        <w:rPr>
          <w:rStyle w:val="TNR21"/>
          <w:rFonts w:ascii="Arial" w:hAnsi="Arial" w:cs="Arial"/>
          <w:b/>
          <w:sz w:val="22"/>
          <w:lang w:val="es-CO"/>
        </w:rPr>
        <w:t xml:space="preserve"> Martha Lisbeth Alfonso Jurado</w:t>
      </w:r>
      <w:r w:rsidR="006146DD" w:rsidRPr="00BC6830">
        <w:rPr>
          <w:rStyle w:val="TNR21"/>
          <w:rFonts w:ascii="Arial" w:hAnsi="Arial" w:cs="Arial"/>
          <w:sz w:val="22"/>
          <w:lang w:val="es-CO"/>
        </w:rPr>
        <w:t xml:space="preserve">: </w:t>
      </w:r>
      <w:r w:rsidR="001C1E4B" w:rsidRPr="00BC6830">
        <w:rPr>
          <w:rStyle w:val="TNR21"/>
          <w:rFonts w:ascii="Arial" w:hAnsi="Arial" w:cs="Arial"/>
          <w:sz w:val="22"/>
          <w:lang w:val="es-CO"/>
        </w:rPr>
        <w:t>G</w:t>
      </w:r>
      <w:r w:rsidR="006146DD" w:rsidRPr="00BC6830">
        <w:rPr>
          <w:rStyle w:val="TNR21"/>
          <w:rFonts w:ascii="Arial" w:hAnsi="Arial" w:cs="Arial"/>
          <w:sz w:val="22"/>
          <w:lang w:val="es-CO"/>
        </w:rPr>
        <w:t>racias Presidente muy buenos días para todos y para todas</w:t>
      </w:r>
      <w:r w:rsidR="001C1E4B" w:rsidRPr="00BC6830">
        <w:rPr>
          <w:rStyle w:val="TNR21"/>
          <w:rFonts w:ascii="Arial" w:hAnsi="Arial" w:cs="Arial"/>
          <w:sz w:val="22"/>
          <w:lang w:val="es-CO"/>
        </w:rPr>
        <w:t>,</w:t>
      </w:r>
      <w:r w:rsidR="006146DD" w:rsidRPr="00BC6830">
        <w:rPr>
          <w:rStyle w:val="TNR21"/>
          <w:rFonts w:ascii="Arial" w:hAnsi="Arial" w:cs="Arial"/>
          <w:sz w:val="22"/>
          <w:lang w:val="es-CO"/>
        </w:rPr>
        <w:t xml:space="preserve"> queridos colegas Congresistas</w:t>
      </w:r>
      <w:r w:rsidR="00504B59"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504B59" w:rsidRPr="00BC6830">
        <w:rPr>
          <w:rStyle w:val="TNR21"/>
          <w:rFonts w:ascii="Arial" w:hAnsi="Arial" w:cs="Arial"/>
          <w:sz w:val="22"/>
          <w:lang w:val="es-CO"/>
        </w:rPr>
        <w:t>Q</w:t>
      </w:r>
      <w:r w:rsidR="006146DD" w:rsidRPr="00BC6830">
        <w:rPr>
          <w:rStyle w:val="TNR21"/>
          <w:rFonts w:ascii="Arial" w:hAnsi="Arial" w:cs="Arial"/>
          <w:sz w:val="22"/>
          <w:lang w:val="es-CO"/>
        </w:rPr>
        <w:t>uisiera solicitar con su venia el cambio del orden del día o la declaratoria de sesión informal</w:t>
      </w:r>
      <w:r w:rsidR="001C1E4B" w:rsidRPr="00BC6830">
        <w:rPr>
          <w:rStyle w:val="TNR21"/>
          <w:rFonts w:ascii="Arial" w:hAnsi="Arial" w:cs="Arial"/>
          <w:sz w:val="22"/>
          <w:lang w:val="es-CO"/>
        </w:rPr>
        <w:t>,</w:t>
      </w:r>
      <w:r w:rsidR="006146DD" w:rsidRPr="00BC6830">
        <w:rPr>
          <w:rStyle w:val="TNR21"/>
          <w:rFonts w:ascii="Arial" w:hAnsi="Arial" w:cs="Arial"/>
          <w:sz w:val="22"/>
          <w:lang w:val="es-CO"/>
        </w:rPr>
        <w:t xml:space="preserve"> durante la semana previa a la semana santa con el Representante Alfredo Mondragón solicitamos la inclusión dentro del orden del día para hoy de la intervención de un delegado del </w:t>
      </w:r>
      <w:r w:rsidR="000702DF">
        <w:rPr>
          <w:rStyle w:val="TNR21"/>
          <w:rFonts w:ascii="Arial" w:hAnsi="Arial" w:cs="Arial"/>
          <w:sz w:val="22"/>
          <w:lang w:val="es-CO"/>
        </w:rPr>
        <w:t>m</w:t>
      </w:r>
      <w:r w:rsidR="006146DD" w:rsidRPr="00BC6830">
        <w:rPr>
          <w:rStyle w:val="TNR21"/>
          <w:rFonts w:ascii="Arial" w:hAnsi="Arial" w:cs="Arial"/>
          <w:sz w:val="22"/>
          <w:lang w:val="es-CO"/>
        </w:rPr>
        <w:t>inisterio de Trabajo</w:t>
      </w:r>
      <w:r w:rsidR="001C1E4B" w:rsidRPr="00BC6830">
        <w:rPr>
          <w:rStyle w:val="TNR21"/>
          <w:rFonts w:ascii="Arial" w:hAnsi="Arial" w:cs="Arial"/>
          <w:sz w:val="22"/>
          <w:lang w:val="es-CO"/>
        </w:rPr>
        <w:t>,</w:t>
      </w:r>
      <w:r w:rsidR="006146DD" w:rsidRPr="00BC6830">
        <w:rPr>
          <w:rStyle w:val="TNR21"/>
          <w:rFonts w:ascii="Arial" w:hAnsi="Arial" w:cs="Arial"/>
          <w:sz w:val="22"/>
          <w:lang w:val="es-CO"/>
        </w:rPr>
        <w:t xml:space="preserve"> un delegado del SENA y el sindicato de trabajadores del SENA con el objetivo de poder escuchar de su voz la precisión frente a el Artículo </w:t>
      </w:r>
      <w:r w:rsidR="006146DD" w:rsidRPr="00BC6830">
        <w:rPr>
          <w:rStyle w:val="TNR21"/>
          <w:rFonts w:ascii="Arial" w:hAnsi="Arial" w:cs="Arial"/>
          <w:sz w:val="22"/>
          <w:lang w:val="es-CO"/>
        </w:rPr>
        <w:lastRenderedPageBreak/>
        <w:t>64 del Plan Nacional de Desarrollo</w:t>
      </w:r>
      <w:r w:rsidR="00A40EAB" w:rsidRPr="00BC6830">
        <w:rPr>
          <w:rStyle w:val="TNR21"/>
          <w:rFonts w:ascii="Arial" w:hAnsi="Arial" w:cs="Arial"/>
          <w:sz w:val="22"/>
          <w:lang w:val="es-CO"/>
        </w:rPr>
        <w:t xml:space="preserve"> </w:t>
      </w:r>
      <w:r w:rsidR="00504B59" w:rsidRPr="00BC6830">
        <w:rPr>
          <w:rStyle w:val="TNR21"/>
          <w:rFonts w:ascii="Arial" w:hAnsi="Arial" w:cs="Arial"/>
          <w:sz w:val="22"/>
          <w:lang w:val="es-CO"/>
        </w:rPr>
        <w:t>s</w:t>
      </w:r>
      <w:r w:rsidR="006146DD" w:rsidRPr="00BC6830">
        <w:rPr>
          <w:rStyle w:val="TNR21"/>
          <w:rFonts w:ascii="Arial" w:hAnsi="Arial" w:cs="Arial"/>
          <w:sz w:val="22"/>
          <w:lang w:val="es-CO"/>
        </w:rPr>
        <w:t xml:space="preserve">obre el </w:t>
      </w:r>
      <w:r w:rsidR="000702DF">
        <w:rPr>
          <w:rStyle w:val="TNR21"/>
          <w:rFonts w:ascii="Arial" w:hAnsi="Arial" w:cs="Arial"/>
          <w:sz w:val="22"/>
          <w:lang w:val="es-CO"/>
        </w:rPr>
        <w:t>S</w:t>
      </w:r>
      <w:r w:rsidR="006146DD" w:rsidRPr="00BC6830">
        <w:rPr>
          <w:rStyle w:val="TNR21"/>
          <w:rFonts w:ascii="Arial" w:hAnsi="Arial" w:cs="Arial"/>
          <w:sz w:val="22"/>
          <w:lang w:val="es-CO"/>
        </w:rPr>
        <w:t xml:space="preserve">istema Nacional de </w:t>
      </w:r>
      <w:r w:rsidR="000702DF">
        <w:rPr>
          <w:rStyle w:val="TNR21"/>
          <w:rFonts w:ascii="Arial" w:hAnsi="Arial" w:cs="Arial"/>
          <w:sz w:val="22"/>
          <w:lang w:val="es-CO"/>
        </w:rPr>
        <w:t>C</w:t>
      </w:r>
      <w:r w:rsidR="006146DD" w:rsidRPr="00BC6830">
        <w:rPr>
          <w:rStyle w:val="TNR21"/>
          <w:rFonts w:ascii="Arial" w:hAnsi="Arial" w:cs="Arial"/>
          <w:sz w:val="22"/>
          <w:lang w:val="es-CO"/>
        </w:rPr>
        <w:t>ualificaciones</w:t>
      </w:r>
      <w:r w:rsidR="001C1E4B" w:rsidRPr="00BC6830">
        <w:rPr>
          <w:rStyle w:val="TNR21"/>
          <w:rFonts w:ascii="Arial" w:hAnsi="Arial" w:cs="Arial"/>
          <w:sz w:val="22"/>
          <w:lang w:val="es-CO"/>
        </w:rPr>
        <w:t>,</w:t>
      </w:r>
      <w:r w:rsidR="006146DD" w:rsidRPr="00BC6830">
        <w:rPr>
          <w:rStyle w:val="TNR21"/>
          <w:rFonts w:ascii="Arial" w:hAnsi="Arial" w:cs="Arial"/>
          <w:sz w:val="22"/>
          <w:lang w:val="es-CO"/>
        </w:rPr>
        <w:t xml:space="preserve"> que además es de nuestra competencia</w:t>
      </w:r>
      <w:r w:rsidR="001C1E4B" w:rsidRPr="00BC6830">
        <w:rPr>
          <w:rStyle w:val="TNR21"/>
          <w:rFonts w:ascii="Arial" w:hAnsi="Arial" w:cs="Arial"/>
          <w:sz w:val="22"/>
          <w:lang w:val="es-CO"/>
        </w:rPr>
        <w:t>,</w:t>
      </w:r>
      <w:r w:rsidR="006146DD" w:rsidRPr="00BC6830">
        <w:rPr>
          <w:rStyle w:val="TNR21"/>
          <w:rFonts w:ascii="Arial" w:hAnsi="Arial" w:cs="Arial"/>
          <w:sz w:val="22"/>
          <w:lang w:val="es-CO"/>
        </w:rPr>
        <w:t xml:space="preserve"> pero también unos artículos nuevos que está proponiendo el sindicato para garantizar un artículo dentro del </w:t>
      </w:r>
      <w:r w:rsidR="004F7887">
        <w:rPr>
          <w:rStyle w:val="TNR21"/>
          <w:rFonts w:ascii="Arial" w:hAnsi="Arial" w:cs="Arial"/>
          <w:sz w:val="22"/>
          <w:lang w:val="es-CO"/>
        </w:rPr>
        <w:t>P</w:t>
      </w:r>
      <w:r w:rsidR="006146DD" w:rsidRPr="00BC6830">
        <w:rPr>
          <w:rStyle w:val="TNR21"/>
          <w:rFonts w:ascii="Arial" w:hAnsi="Arial" w:cs="Arial"/>
          <w:sz w:val="22"/>
          <w:lang w:val="es-CO"/>
        </w:rPr>
        <w:t xml:space="preserve">lan de </w:t>
      </w:r>
      <w:r w:rsidR="004F7887">
        <w:rPr>
          <w:rStyle w:val="TNR21"/>
          <w:rFonts w:ascii="Arial" w:hAnsi="Arial" w:cs="Arial"/>
          <w:sz w:val="22"/>
          <w:lang w:val="es-CO"/>
        </w:rPr>
        <w:t>D</w:t>
      </w:r>
      <w:r w:rsidR="006146DD" w:rsidRPr="00BC6830">
        <w:rPr>
          <w:rStyle w:val="TNR21"/>
          <w:rFonts w:ascii="Arial" w:hAnsi="Arial" w:cs="Arial"/>
          <w:sz w:val="22"/>
          <w:lang w:val="es-CO"/>
        </w:rPr>
        <w:t xml:space="preserve">esarrollo que garantice la financiación por deudas históricas que tiene la </w:t>
      </w:r>
      <w:r w:rsidR="004F7887">
        <w:rPr>
          <w:rStyle w:val="TNR21"/>
          <w:rFonts w:ascii="Arial" w:hAnsi="Arial" w:cs="Arial"/>
          <w:sz w:val="22"/>
          <w:lang w:val="es-CO"/>
        </w:rPr>
        <w:t>N</w:t>
      </w:r>
      <w:r w:rsidR="006146DD" w:rsidRPr="00BC6830">
        <w:rPr>
          <w:rStyle w:val="TNR21"/>
          <w:rFonts w:ascii="Arial" w:hAnsi="Arial" w:cs="Arial"/>
          <w:sz w:val="22"/>
          <w:lang w:val="es-CO"/>
        </w:rPr>
        <w:t>ación con el SENA y que tienen un objetivo de garantizar un mejoramiento en la infraestructura para los aprendices</w:t>
      </w:r>
      <w:r w:rsidR="001C1E4B" w:rsidRPr="00BC6830">
        <w:rPr>
          <w:rStyle w:val="TNR21"/>
          <w:rFonts w:ascii="Arial" w:hAnsi="Arial" w:cs="Arial"/>
          <w:sz w:val="22"/>
          <w:lang w:val="es-CO"/>
        </w:rPr>
        <w:t>,</w:t>
      </w:r>
      <w:r w:rsidR="006146DD" w:rsidRPr="00BC6830">
        <w:rPr>
          <w:rStyle w:val="TNR21"/>
          <w:rFonts w:ascii="Arial" w:hAnsi="Arial" w:cs="Arial"/>
          <w:sz w:val="22"/>
          <w:lang w:val="es-CO"/>
        </w:rPr>
        <w:t xml:space="preserve"> y también programas de formación técnica</w:t>
      </w:r>
      <w:r w:rsidR="001C1E4B" w:rsidRPr="00BC6830">
        <w:rPr>
          <w:rStyle w:val="TNR21"/>
          <w:rFonts w:ascii="Arial" w:hAnsi="Arial" w:cs="Arial"/>
          <w:sz w:val="22"/>
          <w:lang w:val="es-CO"/>
        </w:rPr>
        <w:t>,</w:t>
      </w:r>
      <w:r w:rsidR="006146DD" w:rsidRPr="00BC6830">
        <w:rPr>
          <w:rStyle w:val="TNR21"/>
          <w:rFonts w:ascii="Arial" w:hAnsi="Arial" w:cs="Arial"/>
          <w:sz w:val="22"/>
          <w:lang w:val="es-CO"/>
        </w:rPr>
        <w:t xml:space="preserve"> tecnológica y profesional para las economías populares</w:t>
      </w:r>
      <w:r w:rsidR="001C1E4B" w:rsidRPr="00BC6830">
        <w:rPr>
          <w:rStyle w:val="TNR21"/>
          <w:rFonts w:ascii="Arial" w:hAnsi="Arial" w:cs="Arial"/>
          <w:sz w:val="22"/>
          <w:lang w:val="es-CO"/>
        </w:rPr>
        <w:t>,</w:t>
      </w:r>
      <w:r w:rsidR="006146DD" w:rsidRPr="00BC6830">
        <w:rPr>
          <w:rStyle w:val="TNR21"/>
          <w:rFonts w:ascii="Arial" w:hAnsi="Arial" w:cs="Arial"/>
          <w:sz w:val="22"/>
          <w:lang w:val="es-CO"/>
        </w:rPr>
        <w:t xml:space="preserve"> creo que es de suma importancia esta proposición que están haciendo desde este sindicato</w:t>
      </w:r>
      <w:r w:rsidR="00A40EAB" w:rsidRPr="00BC6830">
        <w:rPr>
          <w:rStyle w:val="TNR21"/>
          <w:rFonts w:ascii="Arial" w:hAnsi="Arial" w:cs="Arial"/>
          <w:sz w:val="22"/>
          <w:lang w:val="es-CO"/>
        </w:rPr>
        <w:t xml:space="preserve"> </w:t>
      </w:r>
      <w:r w:rsidR="006146DD" w:rsidRPr="00BC6830">
        <w:rPr>
          <w:rStyle w:val="TNR21"/>
          <w:rFonts w:ascii="Arial" w:hAnsi="Arial" w:cs="Arial"/>
          <w:sz w:val="22"/>
          <w:lang w:val="es-CO"/>
        </w:rPr>
        <w:t>y</w:t>
      </w:r>
      <w:r w:rsidR="004F7887">
        <w:rPr>
          <w:rStyle w:val="TNR21"/>
          <w:rFonts w:ascii="Arial" w:hAnsi="Arial" w:cs="Arial"/>
          <w:sz w:val="22"/>
          <w:lang w:val="es-CO"/>
        </w:rPr>
        <w:t>.</w:t>
      </w:r>
      <w:r w:rsidR="006146DD" w:rsidRPr="00BC6830">
        <w:rPr>
          <w:rStyle w:val="TNR21"/>
          <w:rFonts w:ascii="Arial" w:hAnsi="Arial" w:cs="Arial"/>
          <w:sz w:val="22"/>
          <w:lang w:val="es-CO"/>
        </w:rPr>
        <w:t xml:space="preserve"> creo que es de suma importancia</w:t>
      </w:r>
      <w:r w:rsidR="004F7887">
        <w:rPr>
          <w:rStyle w:val="TNR21"/>
          <w:rFonts w:ascii="Arial" w:hAnsi="Arial" w:cs="Arial"/>
          <w:sz w:val="22"/>
          <w:lang w:val="es-CO"/>
        </w:rPr>
        <w:t>,</w:t>
      </w:r>
      <w:r w:rsidR="006146DD" w:rsidRPr="00BC6830">
        <w:rPr>
          <w:rStyle w:val="TNR21"/>
          <w:rFonts w:ascii="Arial" w:hAnsi="Arial" w:cs="Arial"/>
          <w:sz w:val="22"/>
          <w:lang w:val="es-CO"/>
        </w:rPr>
        <w:t xml:space="preserve"> que esta Comisión en lo de su competencia pueda escuchar de qué se tratan estas propuestas</w:t>
      </w:r>
      <w:r w:rsidR="00A32892" w:rsidRPr="00BC6830">
        <w:rPr>
          <w:rStyle w:val="TNR21"/>
          <w:rFonts w:ascii="Arial" w:hAnsi="Arial" w:cs="Arial"/>
          <w:sz w:val="22"/>
          <w:lang w:val="es-CO"/>
        </w:rPr>
        <w:t>,</w:t>
      </w:r>
      <w:r w:rsidR="006146DD" w:rsidRPr="00BC6830">
        <w:rPr>
          <w:rStyle w:val="TNR21"/>
          <w:rFonts w:ascii="Arial" w:hAnsi="Arial" w:cs="Arial"/>
          <w:sz w:val="22"/>
          <w:lang w:val="es-CO"/>
        </w:rPr>
        <w:t xml:space="preserve"> para que lleguemos a Plenaria con la suficiente ilustración que nos permita tomar decisiones informadas respecto de este articulado</w:t>
      </w:r>
      <w:r w:rsidR="00A32892" w:rsidRPr="00BC6830">
        <w:rPr>
          <w:rStyle w:val="TNR21"/>
          <w:rFonts w:ascii="Arial" w:hAnsi="Arial" w:cs="Arial"/>
          <w:sz w:val="22"/>
          <w:lang w:val="es-CO"/>
        </w:rPr>
        <w:t>,</w:t>
      </w:r>
      <w:r w:rsidR="006146DD" w:rsidRPr="00BC6830">
        <w:rPr>
          <w:rStyle w:val="TNR21"/>
          <w:rFonts w:ascii="Arial" w:hAnsi="Arial" w:cs="Arial"/>
          <w:sz w:val="22"/>
          <w:lang w:val="es-CO"/>
        </w:rPr>
        <w:t xml:space="preserve"> así q</w:t>
      </w:r>
      <w:r w:rsidR="004F7887">
        <w:rPr>
          <w:rStyle w:val="TNR21"/>
          <w:rFonts w:ascii="Arial" w:hAnsi="Arial" w:cs="Arial"/>
          <w:sz w:val="22"/>
          <w:lang w:val="es-CO"/>
        </w:rPr>
        <w:t>ue quisiera pedirles por favor h</w:t>
      </w:r>
      <w:r w:rsidR="006146DD" w:rsidRPr="00BC6830">
        <w:rPr>
          <w:rStyle w:val="TNR21"/>
          <w:rFonts w:ascii="Arial" w:hAnsi="Arial" w:cs="Arial"/>
          <w:sz w:val="22"/>
          <w:lang w:val="es-CO"/>
        </w:rPr>
        <w:t xml:space="preserve">onorables </w:t>
      </w:r>
      <w:r w:rsidR="004F7887">
        <w:rPr>
          <w:rStyle w:val="TNR21"/>
          <w:rFonts w:ascii="Arial" w:hAnsi="Arial" w:cs="Arial"/>
          <w:sz w:val="22"/>
          <w:lang w:val="es-CO"/>
        </w:rPr>
        <w:t>c</w:t>
      </w:r>
      <w:r w:rsidR="006146DD" w:rsidRPr="00BC6830">
        <w:rPr>
          <w:rStyle w:val="TNR21"/>
          <w:rFonts w:ascii="Arial" w:hAnsi="Arial" w:cs="Arial"/>
          <w:sz w:val="22"/>
          <w:lang w:val="es-CO"/>
        </w:rPr>
        <w:t>ongresistas que me permitieran la aceptación de esta sesión informal para escuchar un delegado del SENA</w:t>
      </w:r>
      <w:r w:rsidR="00A32892" w:rsidRPr="00BC6830">
        <w:rPr>
          <w:rStyle w:val="TNR21"/>
          <w:rFonts w:ascii="Arial" w:hAnsi="Arial" w:cs="Arial"/>
          <w:sz w:val="22"/>
          <w:lang w:val="es-CO"/>
        </w:rPr>
        <w:t>,</w:t>
      </w:r>
      <w:r w:rsidR="006146DD" w:rsidRPr="00BC6830">
        <w:rPr>
          <w:rStyle w:val="TNR21"/>
          <w:rFonts w:ascii="Arial" w:hAnsi="Arial" w:cs="Arial"/>
          <w:sz w:val="22"/>
          <w:lang w:val="es-CO"/>
        </w:rPr>
        <w:t xml:space="preserve"> un delegado del </w:t>
      </w:r>
      <w:r w:rsidR="004F7887">
        <w:rPr>
          <w:rStyle w:val="TNR21"/>
          <w:rFonts w:ascii="Arial" w:hAnsi="Arial" w:cs="Arial"/>
          <w:sz w:val="22"/>
          <w:lang w:val="es-CO"/>
        </w:rPr>
        <w:t>m</w:t>
      </w:r>
      <w:r w:rsidR="006146DD" w:rsidRPr="00BC6830">
        <w:rPr>
          <w:rStyle w:val="TNR21"/>
          <w:rFonts w:ascii="Arial" w:hAnsi="Arial" w:cs="Arial"/>
          <w:sz w:val="22"/>
          <w:lang w:val="es-CO"/>
        </w:rPr>
        <w:t>inisterio de Trabajo</w:t>
      </w:r>
      <w:r w:rsidR="00A32892" w:rsidRPr="00BC6830">
        <w:rPr>
          <w:rStyle w:val="TNR21"/>
          <w:rFonts w:ascii="Arial" w:hAnsi="Arial" w:cs="Arial"/>
          <w:sz w:val="22"/>
          <w:lang w:val="es-CO"/>
        </w:rPr>
        <w:t>,</w:t>
      </w:r>
      <w:r w:rsidR="006146DD" w:rsidRPr="00BC6830">
        <w:rPr>
          <w:rStyle w:val="TNR21"/>
          <w:rFonts w:ascii="Arial" w:hAnsi="Arial" w:cs="Arial"/>
          <w:sz w:val="22"/>
          <w:lang w:val="es-CO"/>
        </w:rPr>
        <w:t xml:space="preserve"> y particularmente las proposiciones de artículos nuevos del sin</w:t>
      </w:r>
      <w:r w:rsidR="00A32892" w:rsidRPr="00BC6830">
        <w:rPr>
          <w:rStyle w:val="TNR21"/>
          <w:rFonts w:ascii="Arial" w:hAnsi="Arial" w:cs="Arial"/>
          <w:sz w:val="22"/>
          <w:lang w:val="es-CO"/>
        </w:rPr>
        <w:t>dicato de trabajadores del SENA. Gra</w:t>
      </w:r>
      <w:r w:rsidR="006146DD" w:rsidRPr="00BC6830">
        <w:rPr>
          <w:rStyle w:val="TNR21"/>
          <w:rFonts w:ascii="Arial" w:hAnsi="Arial" w:cs="Arial"/>
          <w:sz w:val="22"/>
          <w:lang w:val="es-CO"/>
        </w:rPr>
        <w:t>cias Presi</w:t>
      </w:r>
      <w:r w:rsidR="00A32892" w:rsidRPr="00BC6830">
        <w:rPr>
          <w:rStyle w:val="TNR21"/>
          <w:rFonts w:ascii="Arial" w:hAnsi="Arial" w:cs="Arial"/>
          <w:sz w:val="22"/>
          <w:lang w:val="es-CO"/>
        </w:rPr>
        <w:t>dente</w:t>
      </w:r>
      <w:r w:rsidR="006146DD" w:rsidRPr="00BC6830">
        <w:rPr>
          <w:rStyle w:val="TNR21"/>
          <w:rFonts w:ascii="Arial" w:hAnsi="Arial" w:cs="Arial"/>
          <w:sz w:val="22"/>
          <w:lang w:val="es-CO"/>
        </w:rPr>
        <w:t>.</w:t>
      </w:r>
    </w:p>
    <w:p w14:paraId="2AA7B990" w14:textId="77777777" w:rsidR="00A32892" w:rsidRPr="00BC6830" w:rsidRDefault="00A32892" w:rsidP="00667EBF">
      <w:pPr>
        <w:pStyle w:val="Sinespaciado"/>
        <w:jc w:val="both"/>
        <w:rPr>
          <w:rStyle w:val="TNR21"/>
          <w:rFonts w:ascii="Arial" w:hAnsi="Arial" w:cs="Arial"/>
          <w:sz w:val="22"/>
          <w:lang w:val="es-CO"/>
        </w:rPr>
      </w:pPr>
    </w:p>
    <w:p w14:paraId="7F868254" w14:textId="77777777" w:rsidR="00A32892"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A32892" w:rsidRPr="00BC6830">
        <w:rPr>
          <w:rStyle w:val="TNR21"/>
          <w:rFonts w:ascii="Arial" w:hAnsi="Arial" w:cs="Arial"/>
          <w:sz w:val="22"/>
          <w:lang w:val="es-CO"/>
        </w:rPr>
        <w:t>M</w:t>
      </w:r>
      <w:r w:rsidR="006146DD" w:rsidRPr="00BC6830">
        <w:rPr>
          <w:rStyle w:val="TNR21"/>
          <w:rFonts w:ascii="Arial" w:hAnsi="Arial" w:cs="Arial"/>
          <w:sz w:val="22"/>
          <w:lang w:val="es-CO"/>
        </w:rPr>
        <w:t>uchas gracias Representante</w:t>
      </w:r>
      <w:r w:rsidR="00A32892" w:rsidRPr="00BC6830">
        <w:rPr>
          <w:rStyle w:val="TNR21"/>
          <w:rFonts w:ascii="Arial" w:hAnsi="Arial" w:cs="Arial"/>
          <w:sz w:val="22"/>
          <w:lang w:val="es-CO"/>
        </w:rPr>
        <w:t>,</w:t>
      </w:r>
      <w:r w:rsidR="006146DD" w:rsidRPr="00BC6830">
        <w:rPr>
          <w:rStyle w:val="TNR21"/>
          <w:rFonts w:ascii="Arial" w:hAnsi="Arial" w:cs="Arial"/>
          <w:sz w:val="22"/>
          <w:lang w:val="es-CO"/>
        </w:rPr>
        <w:t xml:space="preserve"> la solicitud de</w:t>
      </w:r>
      <w:r w:rsidR="00504B59" w:rsidRPr="00BC6830">
        <w:rPr>
          <w:rStyle w:val="TNR21"/>
          <w:rFonts w:ascii="Arial" w:hAnsi="Arial" w:cs="Arial"/>
          <w:sz w:val="22"/>
          <w:lang w:val="es-CO"/>
        </w:rPr>
        <w:t xml:space="preserve"> </w:t>
      </w:r>
      <w:r w:rsidR="006146DD" w:rsidRPr="00BC6830">
        <w:rPr>
          <w:rStyle w:val="TNR21"/>
          <w:rFonts w:ascii="Arial" w:hAnsi="Arial" w:cs="Arial"/>
          <w:sz w:val="22"/>
          <w:lang w:val="es-CO"/>
        </w:rPr>
        <w:t>l</w:t>
      </w:r>
      <w:r w:rsidR="00504B59" w:rsidRPr="00BC6830">
        <w:rPr>
          <w:rStyle w:val="TNR21"/>
          <w:rFonts w:ascii="Arial" w:hAnsi="Arial" w:cs="Arial"/>
          <w:sz w:val="22"/>
          <w:lang w:val="es-CO"/>
        </w:rPr>
        <w:t>a</w:t>
      </w:r>
      <w:r w:rsidR="006146DD" w:rsidRPr="00BC6830">
        <w:rPr>
          <w:rStyle w:val="TNR21"/>
          <w:rFonts w:ascii="Arial" w:hAnsi="Arial" w:cs="Arial"/>
          <w:sz w:val="22"/>
          <w:lang w:val="es-CO"/>
        </w:rPr>
        <w:t xml:space="preserve"> Representante es sesión informal o modificación del orden del día</w:t>
      </w:r>
      <w:r w:rsidR="00A32892" w:rsidRPr="00BC6830">
        <w:rPr>
          <w:rStyle w:val="TNR21"/>
          <w:rFonts w:ascii="Arial" w:hAnsi="Arial" w:cs="Arial"/>
          <w:sz w:val="22"/>
          <w:lang w:val="es-CO"/>
        </w:rPr>
        <w:t>,</w:t>
      </w:r>
      <w:r w:rsidR="006146DD" w:rsidRPr="00BC6830">
        <w:rPr>
          <w:rStyle w:val="TNR21"/>
          <w:rFonts w:ascii="Arial" w:hAnsi="Arial" w:cs="Arial"/>
          <w:sz w:val="22"/>
          <w:lang w:val="es-CO"/>
        </w:rPr>
        <w:t xml:space="preserve"> luego de aprobado el orden del día podríamos abrir el espacio</w:t>
      </w:r>
      <w:r w:rsidR="004F7887">
        <w:rPr>
          <w:rStyle w:val="TNR21"/>
          <w:rFonts w:ascii="Arial" w:hAnsi="Arial" w:cs="Arial"/>
          <w:sz w:val="22"/>
          <w:lang w:val="es-CO"/>
        </w:rPr>
        <w:t>,</w:t>
      </w:r>
      <w:r w:rsidR="006146DD" w:rsidRPr="00BC6830">
        <w:rPr>
          <w:rStyle w:val="TNR21"/>
          <w:rFonts w:ascii="Arial" w:hAnsi="Arial" w:cs="Arial"/>
          <w:sz w:val="22"/>
          <w:lang w:val="es-CO"/>
        </w:rPr>
        <w:t xml:space="preserve"> obviamente previa aprobación de la Comisión para la sesión informal</w:t>
      </w:r>
      <w:r w:rsidR="00A32892"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A32892" w:rsidRPr="00BC6830">
        <w:rPr>
          <w:rStyle w:val="TNR21"/>
          <w:rFonts w:ascii="Arial" w:hAnsi="Arial" w:cs="Arial"/>
          <w:sz w:val="22"/>
          <w:lang w:val="es-CO"/>
        </w:rPr>
        <w:t>¿</w:t>
      </w:r>
      <w:r w:rsidR="004F7887">
        <w:rPr>
          <w:rStyle w:val="TNR21"/>
          <w:rFonts w:ascii="Arial" w:hAnsi="Arial" w:cs="Arial"/>
          <w:sz w:val="22"/>
          <w:lang w:val="es-CO"/>
        </w:rPr>
        <w:t>D</w:t>
      </w:r>
      <w:r w:rsidR="006146DD" w:rsidRPr="00BC6830">
        <w:rPr>
          <w:rStyle w:val="TNR21"/>
          <w:rFonts w:ascii="Arial" w:hAnsi="Arial" w:cs="Arial"/>
          <w:sz w:val="22"/>
          <w:lang w:val="es-CO"/>
        </w:rPr>
        <w:t>e acuerdo</w:t>
      </w:r>
      <w:r w:rsidR="00A32892"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4F7887">
        <w:rPr>
          <w:rStyle w:val="TNR21"/>
          <w:rFonts w:ascii="Arial" w:hAnsi="Arial" w:cs="Arial"/>
          <w:sz w:val="22"/>
          <w:lang w:val="es-CO"/>
        </w:rPr>
        <w:t>M</w:t>
      </w:r>
      <w:r w:rsidR="006146DD" w:rsidRPr="00BC6830">
        <w:rPr>
          <w:rStyle w:val="TNR21"/>
          <w:rFonts w:ascii="Arial" w:hAnsi="Arial" w:cs="Arial"/>
          <w:sz w:val="22"/>
          <w:lang w:val="es-CO"/>
        </w:rPr>
        <w:t>uy bien haríamos ese mecanismo</w:t>
      </w:r>
      <w:r w:rsidR="00A32892"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A32892" w:rsidRPr="00BC6830">
        <w:rPr>
          <w:rStyle w:val="TNR21"/>
          <w:rFonts w:ascii="Arial" w:hAnsi="Arial" w:cs="Arial"/>
          <w:sz w:val="22"/>
          <w:lang w:val="es-CO"/>
        </w:rPr>
        <w:t>T</w:t>
      </w:r>
      <w:r w:rsidR="006146DD" w:rsidRPr="00BC6830">
        <w:rPr>
          <w:rStyle w:val="TNR21"/>
          <w:rFonts w:ascii="Arial" w:hAnsi="Arial" w:cs="Arial"/>
          <w:sz w:val="22"/>
          <w:lang w:val="es-CO"/>
        </w:rPr>
        <w:t>iene la palabra la Representante María Fernanda Carrascal</w:t>
      </w:r>
      <w:r w:rsidR="00A32892" w:rsidRPr="00BC6830">
        <w:rPr>
          <w:rStyle w:val="TNR21"/>
          <w:rFonts w:ascii="Arial" w:hAnsi="Arial" w:cs="Arial"/>
          <w:sz w:val="22"/>
          <w:lang w:val="es-CO"/>
        </w:rPr>
        <w:t>,</w:t>
      </w:r>
      <w:r w:rsidR="006146DD" w:rsidRPr="00BC6830">
        <w:rPr>
          <w:rStyle w:val="TNR21"/>
          <w:rFonts w:ascii="Arial" w:hAnsi="Arial" w:cs="Arial"/>
          <w:sz w:val="22"/>
          <w:lang w:val="es-CO"/>
        </w:rPr>
        <w:t xml:space="preserve"> Representante buenos d</w:t>
      </w:r>
      <w:r w:rsidR="00A32892" w:rsidRPr="00BC6830">
        <w:rPr>
          <w:rStyle w:val="TNR21"/>
          <w:rFonts w:ascii="Arial" w:hAnsi="Arial" w:cs="Arial"/>
          <w:sz w:val="22"/>
          <w:lang w:val="es-CO"/>
        </w:rPr>
        <w:t>ías</w:t>
      </w:r>
      <w:r w:rsidR="006146DD" w:rsidRPr="00BC6830">
        <w:rPr>
          <w:rStyle w:val="TNR21"/>
          <w:rFonts w:ascii="Arial" w:hAnsi="Arial" w:cs="Arial"/>
          <w:sz w:val="22"/>
          <w:lang w:val="es-CO"/>
        </w:rPr>
        <w:t>.</w:t>
      </w:r>
    </w:p>
    <w:p w14:paraId="6642D97C" w14:textId="77777777" w:rsidR="00A32892" w:rsidRPr="00BC6830" w:rsidRDefault="00A32892" w:rsidP="00667EBF">
      <w:pPr>
        <w:pStyle w:val="Sinespaciado"/>
        <w:jc w:val="both"/>
        <w:rPr>
          <w:rStyle w:val="TNR21"/>
          <w:rFonts w:ascii="Arial" w:hAnsi="Arial" w:cs="Arial"/>
          <w:sz w:val="22"/>
          <w:lang w:val="es-CO"/>
        </w:rPr>
      </w:pPr>
    </w:p>
    <w:p w14:paraId="2D9E4563" w14:textId="77777777" w:rsidR="004C2AD1" w:rsidRPr="00BC6830" w:rsidRDefault="00B1577F" w:rsidP="00667EBF">
      <w:pPr>
        <w:pStyle w:val="Sinespaciado"/>
        <w:jc w:val="both"/>
        <w:rPr>
          <w:rStyle w:val="TNR21"/>
          <w:rFonts w:ascii="Arial" w:hAnsi="Arial" w:cs="Arial"/>
          <w:sz w:val="22"/>
          <w:lang w:val="es-CO"/>
        </w:rPr>
      </w:pPr>
      <w:r w:rsidRPr="00BC6830">
        <w:rPr>
          <w:rStyle w:val="TNR21"/>
          <w:rFonts w:ascii="Arial" w:hAnsi="Arial" w:cs="Arial"/>
          <w:b/>
          <w:sz w:val="22"/>
          <w:lang w:val="es-CO"/>
        </w:rPr>
        <w:t>H. Representante</w:t>
      </w:r>
      <w:r w:rsidR="006146DD" w:rsidRPr="00BC6830">
        <w:rPr>
          <w:rStyle w:val="TNR21"/>
          <w:rFonts w:ascii="Arial" w:hAnsi="Arial" w:cs="Arial"/>
          <w:b/>
          <w:sz w:val="22"/>
          <w:lang w:val="es-CO"/>
        </w:rPr>
        <w:t xml:space="preserve"> María Fernanda Carrascal Rojas</w:t>
      </w:r>
      <w:r w:rsidR="006146DD" w:rsidRPr="00BC6830">
        <w:rPr>
          <w:rStyle w:val="TNR21"/>
          <w:rFonts w:ascii="Arial" w:hAnsi="Arial" w:cs="Arial"/>
          <w:sz w:val="22"/>
          <w:lang w:val="es-CO"/>
        </w:rPr>
        <w:t xml:space="preserve">: </w:t>
      </w:r>
      <w:r w:rsidR="00A32892" w:rsidRPr="00BC6830">
        <w:rPr>
          <w:rStyle w:val="TNR21"/>
          <w:rFonts w:ascii="Arial" w:hAnsi="Arial" w:cs="Arial"/>
          <w:sz w:val="22"/>
          <w:lang w:val="es-CO"/>
        </w:rPr>
        <w:t>B</w:t>
      </w:r>
      <w:r w:rsidR="006146DD" w:rsidRPr="00BC6830">
        <w:rPr>
          <w:rStyle w:val="TNR21"/>
          <w:rFonts w:ascii="Arial" w:hAnsi="Arial" w:cs="Arial"/>
          <w:sz w:val="22"/>
          <w:lang w:val="es-CO"/>
        </w:rPr>
        <w:t>uenos días Presidente</w:t>
      </w:r>
      <w:r w:rsidR="00A32892" w:rsidRPr="00BC6830">
        <w:rPr>
          <w:rStyle w:val="TNR21"/>
          <w:rFonts w:ascii="Arial" w:hAnsi="Arial" w:cs="Arial"/>
          <w:sz w:val="22"/>
          <w:lang w:val="es-CO"/>
        </w:rPr>
        <w:t>,</w:t>
      </w:r>
      <w:r w:rsidR="006146DD" w:rsidRPr="00BC6830">
        <w:rPr>
          <w:rStyle w:val="TNR21"/>
          <w:rFonts w:ascii="Arial" w:hAnsi="Arial" w:cs="Arial"/>
          <w:sz w:val="22"/>
          <w:lang w:val="es-CO"/>
        </w:rPr>
        <w:t xml:space="preserve"> buenos </w:t>
      </w:r>
      <w:r w:rsidR="00A32892" w:rsidRPr="00BC6830">
        <w:rPr>
          <w:rStyle w:val="TNR21"/>
          <w:rFonts w:ascii="Arial" w:hAnsi="Arial" w:cs="Arial"/>
          <w:sz w:val="22"/>
          <w:lang w:val="es-CO"/>
        </w:rPr>
        <w:t xml:space="preserve">días </w:t>
      </w:r>
      <w:r w:rsidR="006146DD" w:rsidRPr="00BC6830">
        <w:rPr>
          <w:rStyle w:val="TNR21"/>
          <w:rFonts w:ascii="Arial" w:hAnsi="Arial" w:cs="Arial"/>
          <w:sz w:val="22"/>
          <w:lang w:val="es-CO"/>
        </w:rPr>
        <w:t>a toda la Comisión a quienes nos ven a esta hora</w:t>
      </w:r>
      <w:r w:rsidR="00A32892" w:rsidRPr="00BC6830">
        <w:rPr>
          <w:rStyle w:val="TNR21"/>
          <w:rFonts w:ascii="Arial" w:hAnsi="Arial" w:cs="Arial"/>
          <w:sz w:val="22"/>
          <w:lang w:val="es-CO"/>
        </w:rPr>
        <w:t>,</w:t>
      </w:r>
      <w:r w:rsidR="006146DD" w:rsidRPr="00BC6830">
        <w:rPr>
          <w:rStyle w:val="TNR21"/>
          <w:rFonts w:ascii="Arial" w:hAnsi="Arial" w:cs="Arial"/>
          <w:sz w:val="22"/>
          <w:lang w:val="es-CO"/>
        </w:rPr>
        <w:t xml:space="preserve"> creo que es muy importante que esta Comisión que le ha hecho seguimiento a los medicamentos y al desabastecimiento de medicamentos hable de lo que conoció el país en las últimas horas</w:t>
      </w:r>
      <w:r w:rsidR="00A32892"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A32892" w:rsidRPr="00BC6830">
        <w:rPr>
          <w:rStyle w:val="TNR21"/>
          <w:rFonts w:ascii="Arial" w:hAnsi="Arial" w:cs="Arial"/>
          <w:sz w:val="22"/>
          <w:lang w:val="es-CO"/>
        </w:rPr>
        <w:t>¿</w:t>
      </w:r>
      <w:r w:rsidR="004F7887">
        <w:rPr>
          <w:rStyle w:val="TNR21"/>
          <w:rFonts w:ascii="Arial" w:hAnsi="Arial" w:cs="Arial"/>
          <w:sz w:val="22"/>
          <w:lang w:val="es-CO"/>
        </w:rPr>
        <w:t>Q</w:t>
      </w:r>
      <w:r w:rsidR="006146DD" w:rsidRPr="00BC6830">
        <w:rPr>
          <w:rStyle w:val="TNR21"/>
          <w:rFonts w:ascii="Arial" w:hAnsi="Arial" w:cs="Arial"/>
          <w:sz w:val="22"/>
          <w:lang w:val="es-CO"/>
        </w:rPr>
        <w:t>ué conoció el país</w:t>
      </w:r>
      <w:r w:rsidR="00A32892"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4F7887">
        <w:rPr>
          <w:rStyle w:val="TNR21"/>
          <w:rFonts w:ascii="Arial" w:hAnsi="Arial" w:cs="Arial"/>
          <w:sz w:val="22"/>
          <w:lang w:val="es-CO"/>
        </w:rPr>
        <w:t>Q</w:t>
      </w:r>
      <w:r w:rsidR="006146DD" w:rsidRPr="00BC6830">
        <w:rPr>
          <w:rStyle w:val="TNR21"/>
          <w:rFonts w:ascii="Arial" w:hAnsi="Arial" w:cs="Arial"/>
          <w:sz w:val="22"/>
          <w:lang w:val="es-CO"/>
        </w:rPr>
        <w:t>ue el tal desabastecimiento todo indica según la Asociación de Laboratorios de la Industria Farmacéutica Colombiana</w:t>
      </w:r>
      <w:r w:rsidR="00A32892" w:rsidRPr="00BC6830">
        <w:rPr>
          <w:rStyle w:val="TNR21"/>
          <w:rFonts w:ascii="Arial" w:hAnsi="Arial" w:cs="Arial"/>
          <w:sz w:val="22"/>
          <w:lang w:val="es-CO"/>
        </w:rPr>
        <w:t>,</w:t>
      </w:r>
      <w:r w:rsidR="006146DD" w:rsidRPr="00BC6830">
        <w:rPr>
          <w:rStyle w:val="TNR21"/>
          <w:rFonts w:ascii="Arial" w:hAnsi="Arial" w:cs="Arial"/>
          <w:sz w:val="22"/>
          <w:lang w:val="es-CO"/>
        </w:rPr>
        <w:t xml:space="preserve"> según el mismo </w:t>
      </w:r>
      <w:r w:rsidR="004F7887" w:rsidRPr="00BC6830">
        <w:rPr>
          <w:rStyle w:val="TNR21"/>
          <w:rFonts w:ascii="Arial" w:hAnsi="Arial" w:cs="Arial"/>
          <w:sz w:val="22"/>
          <w:lang w:val="es-CO"/>
        </w:rPr>
        <w:t>INVIMA</w:t>
      </w:r>
      <w:r w:rsidR="004F7887">
        <w:rPr>
          <w:rStyle w:val="TNR21"/>
          <w:rFonts w:ascii="Arial" w:hAnsi="Arial" w:cs="Arial"/>
          <w:sz w:val="22"/>
          <w:lang w:val="es-CO"/>
        </w:rPr>
        <w:t>,</w:t>
      </w:r>
      <w:r w:rsidR="006146DD" w:rsidRPr="00BC6830">
        <w:rPr>
          <w:rStyle w:val="TNR21"/>
          <w:rFonts w:ascii="Arial" w:hAnsi="Arial" w:cs="Arial"/>
          <w:sz w:val="22"/>
          <w:lang w:val="es-CO"/>
        </w:rPr>
        <w:t xml:space="preserve"> su director Francisco Rossi</w:t>
      </w:r>
      <w:r w:rsidR="00A32892" w:rsidRPr="00BC6830">
        <w:rPr>
          <w:rStyle w:val="TNR21"/>
          <w:rFonts w:ascii="Arial" w:hAnsi="Arial" w:cs="Arial"/>
          <w:sz w:val="22"/>
          <w:lang w:val="es-CO"/>
        </w:rPr>
        <w:t>,</w:t>
      </w:r>
      <w:r w:rsidR="006146DD" w:rsidRPr="00BC6830">
        <w:rPr>
          <w:rStyle w:val="TNR21"/>
          <w:rFonts w:ascii="Arial" w:hAnsi="Arial" w:cs="Arial"/>
          <w:sz w:val="22"/>
          <w:lang w:val="es-CO"/>
        </w:rPr>
        <w:t xml:space="preserve"> los medicamentos no hay desabastecimiento de los medicamentos</w:t>
      </w:r>
      <w:r w:rsidR="00504B59" w:rsidRPr="00BC6830">
        <w:rPr>
          <w:rStyle w:val="TNR21"/>
          <w:rFonts w:ascii="Arial" w:hAnsi="Arial" w:cs="Arial"/>
          <w:sz w:val="22"/>
          <w:lang w:val="es-CO"/>
        </w:rPr>
        <w:t xml:space="preserve">, mejor, </w:t>
      </w:r>
      <w:r w:rsidR="006146DD" w:rsidRPr="00BC6830">
        <w:rPr>
          <w:rStyle w:val="TNR21"/>
          <w:rFonts w:ascii="Arial" w:hAnsi="Arial" w:cs="Arial"/>
          <w:sz w:val="22"/>
          <w:lang w:val="es-CO"/>
        </w:rPr>
        <w:t xml:space="preserve"> porque haya un decrecimiento o reducción en la producción de medicamentos</w:t>
      </w:r>
      <w:r w:rsidR="00A32892" w:rsidRPr="00BC6830">
        <w:rPr>
          <w:rStyle w:val="TNR21"/>
          <w:rFonts w:ascii="Arial" w:hAnsi="Arial" w:cs="Arial"/>
          <w:sz w:val="22"/>
          <w:lang w:val="es-CO"/>
        </w:rPr>
        <w:t>,</w:t>
      </w:r>
      <w:r w:rsidR="006146DD" w:rsidRPr="00BC6830">
        <w:rPr>
          <w:rStyle w:val="TNR21"/>
          <w:rFonts w:ascii="Arial" w:hAnsi="Arial" w:cs="Arial"/>
          <w:sz w:val="22"/>
          <w:lang w:val="es-CO"/>
        </w:rPr>
        <w:t xml:space="preserve"> todo indica que son los actores del sistema es decir las </w:t>
      </w:r>
      <w:r w:rsidR="00102F0E">
        <w:rPr>
          <w:rStyle w:val="TNR21"/>
          <w:rFonts w:ascii="Arial" w:hAnsi="Arial" w:cs="Arial"/>
          <w:sz w:val="22"/>
          <w:lang w:val="es-CO"/>
        </w:rPr>
        <w:t>I</w:t>
      </w:r>
      <w:r w:rsidR="006146DD" w:rsidRPr="00BC6830">
        <w:rPr>
          <w:rStyle w:val="TNR21"/>
          <w:rFonts w:ascii="Arial" w:hAnsi="Arial" w:cs="Arial"/>
          <w:sz w:val="22"/>
          <w:lang w:val="es-CO"/>
        </w:rPr>
        <w:t>PS</w:t>
      </w:r>
      <w:r w:rsidR="004F7887">
        <w:rPr>
          <w:rStyle w:val="TNR21"/>
          <w:rFonts w:ascii="Arial" w:hAnsi="Arial" w:cs="Arial"/>
          <w:sz w:val="22"/>
          <w:lang w:val="es-CO"/>
        </w:rPr>
        <w:t>s</w:t>
      </w:r>
      <w:r w:rsidR="006146DD" w:rsidRPr="00BC6830">
        <w:rPr>
          <w:rStyle w:val="TNR21"/>
          <w:rFonts w:ascii="Arial" w:hAnsi="Arial" w:cs="Arial"/>
          <w:sz w:val="22"/>
          <w:lang w:val="es-CO"/>
        </w:rPr>
        <w:t xml:space="preserve"> y las EPS</w:t>
      </w:r>
      <w:r w:rsidR="004F7887">
        <w:rPr>
          <w:rStyle w:val="TNR21"/>
          <w:rFonts w:ascii="Arial" w:hAnsi="Arial" w:cs="Arial"/>
          <w:sz w:val="22"/>
          <w:lang w:val="es-CO"/>
        </w:rPr>
        <w:t>s</w:t>
      </w:r>
      <w:r w:rsidR="006146DD" w:rsidRPr="00BC6830">
        <w:rPr>
          <w:rStyle w:val="TNR21"/>
          <w:rFonts w:ascii="Arial" w:hAnsi="Arial" w:cs="Arial"/>
          <w:sz w:val="22"/>
          <w:lang w:val="es-CO"/>
        </w:rPr>
        <w:t xml:space="preserve"> quienes no están comprando medicamentos y le están negando este derecho y este servicio a las personas</w:t>
      </w:r>
      <w:r w:rsidR="00A32892" w:rsidRPr="00BC6830">
        <w:rPr>
          <w:rStyle w:val="TNR21"/>
          <w:rFonts w:ascii="Arial" w:hAnsi="Arial" w:cs="Arial"/>
          <w:sz w:val="22"/>
          <w:lang w:val="es-CO"/>
        </w:rPr>
        <w:t>,</w:t>
      </w:r>
      <w:r w:rsidR="006146DD" w:rsidRPr="00BC6830">
        <w:rPr>
          <w:rStyle w:val="TNR21"/>
          <w:rFonts w:ascii="Arial" w:hAnsi="Arial" w:cs="Arial"/>
          <w:sz w:val="22"/>
          <w:lang w:val="es-CO"/>
        </w:rPr>
        <w:t xml:space="preserve"> a los pacientes</w:t>
      </w:r>
      <w:r w:rsidR="00A32892" w:rsidRPr="00BC6830">
        <w:rPr>
          <w:rStyle w:val="TNR21"/>
          <w:rFonts w:ascii="Arial" w:hAnsi="Arial" w:cs="Arial"/>
          <w:sz w:val="22"/>
          <w:lang w:val="es-CO"/>
        </w:rPr>
        <w:t>,</w:t>
      </w:r>
      <w:r w:rsidR="006146DD" w:rsidRPr="00BC6830">
        <w:rPr>
          <w:rStyle w:val="TNR21"/>
          <w:rFonts w:ascii="Arial" w:hAnsi="Arial" w:cs="Arial"/>
          <w:sz w:val="22"/>
          <w:lang w:val="es-CO"/>
        </w:rPr>
        <w:t xml:space="preserve"> a las pacientes</w:t>
      </w:r>
      <w:r w:rsidR="00A32892" w:rsidRPr="00BC6830">
        <w:rPr>
          <w:rStyle w:val="TNR21"/>
          <w:rFonts w:ascii="Arial" w:hAnsi="Arial" w:cs="Arial"/>
          <w:sz w:val="22"/>
          <w:lang w:val="es-CO"/>
        </w:rPr>
        <w:t>,</w:t>
      </w:r>
      <w:r w:rsidR="006146DD" w:rsidRPr="00BC6830">
        <w:rPr>
          <w:rStyle w:val="TNR21"/>
          <w:rFonts w:ascii="Arial" w:hAnsi="Arial" w:cs="Arial"/>
          <w:sz w:val="22"/>
          <w:lang w:val="es-CO"/>
        </w:rPr>
        <w:t xml:space="preserve"> no creen ustedes compañeros y compañeras de la Comisión </w:t>
      </w:r>
      <w:r w:rsidR="006146DD" w:rsidRPr="00102F0E">
        <w:rPr>
          <w:rStyle w:val="TNR21"/>
          <w:rFonts w:ascii="Arial" w:hAnsi="Arial" w:cs="Arial"/>
          <w:sz w:val="22"/>
          <w:lang w:val="es-CO"/>
        </w:rPr>
        <w:t>Séptima que</w:t>
      </w:r>
      <w:r w:rsidR="004F7887" w:rsidRPr="00102F0E">
        <w:rPr>
          <w:rStyle w:val="TNR21"/>
          <w:rFonts w:ascii="Arial" w:hAnsi="Arial" w:cs="Arial"/>
          <w:sz w:val="22"/>
          <w:lang w:val="es-CO"/>
        </w:rPr>
        <w:t>,</w:t>
      </w:r>
      <w:r w:rsidR="006146DD" w:rsidRPr="00102F0E">
        <w:rPr>
          <w:rStyle w:val="TNR21"/>
          <w:rFonts w:ascii="Arial" w:hAnsi="Arial" w:cs="Arial"/>
          <w:sz w:val="22"/>
          <w:lang w:val="es-CO"/>
        </w:rPr>
        <w:t xml:space="preserve"> además de denunciar</w:t>
      </w:r>
      <w:r w:rsidR="006146DD" w:rsidRPr="00BC6830">
        <w:rPr>
          <w:rStyle w:val="TNR21"/>
          <w:rFonts w:ascii="Arial" w:hAnsi="Arial" w:cs="Arial"/>
          <w:sz w:val="22"/>
          <w:lang w:val="es-CO"/>
        </w:rPr>
        <w:t xml:space="preserve"> el desabastecimiento</w:t>
      </w:r>
      <w:r w:rsidR="004F7887">
        <w:rPr>
          <w:rStyle w:val="TNR21"/>
          <w:rFonts w:ascii="Arial" w:hAnsi="Arial" w:cs="Arial"/>
          <w:sz w:val="22"/>
          <w:lang w:val="es-CO"/>
        </w:rPr>
        <w:t>,</w:t>
      </w:r>
      <w:r w:rsidR="006146DD" w:rsidRPr="00BC6830">
        <w:rPr>
          <w:rStyle w:val="TNR21"/>
          <w:rFonts w:ascii="Arial" w:hAnsi="Arial" w:cs="Arial"/>
          <w:sz w:val="22"/>
          <w:lang w:val="es-CO"/>
        </w:rPr>
        <w:t xml:space="preserve"> hoy deberíamos estar todos y todas juntas pidiéndole a la Superintendencia de Salud y a la Fiscalía que se investigue esto</w:t>
      </w:r>
      <w:r w:rsidR="00A32892" w:rsidRPr="00BC6830">
        <w:rPr>
          <w:rStyle w:val="TNR21"/>
          <w:rFonts w:ascii="Arial" w:hAnsi="Arial" w:cs="Arial"/>
          <w:sz w:val="22"/>
          <w:lang w:val="es-CO"/>
        </w:rPr>
        <w:t>,</w:t>
      </w:r>
      <w:r w:rsidR="006146DD" w:rsidRPr="00BC6830">
        <w:rPr>
          <w:rStyle w:val="TNR21"/>
          <w:rFonts w:ascii="Arial" w:hAnsi="Arial" w:cs="Arial"/>
          <w:sz w:val="22"/>
          <w:lang w:val="es-CO"/>
        </w:rPr>
        <w:t xml:space="preserve"> porque de comprobarse que se le ha negado este derecho a los pacientes y a las pacientes en Colombia estaríamos comprobando nada más y nada menos que una violación a la vida y a la integridad de las personas</w:t>
      </w:r>
      <w:r w:rsidR="00A32892" w:rsidRPr="00BC6830">
        <w:rPr>
          <w:rStyle w:val="TNR21"/>
          <w:rFonts w:ascii="Arial" w:hAnsi="Arial" w:cs="Arial"/>
          <w:sz w:val="22"/>
          <w:lang w:val="es-CO"/>
        </w:rPr>
        <w:t>,</w:t>
      </w:r>
      <w:r w:rsidR="006146DD" w:rsidRPr="00BC6830">
        <w:rPr>
          <w:rStyle w:val="TNR21"/>
          <w:rFonts w:ascii="Arial" w:hAnsi="Arial" w:cs="Arial"/>
          <w:sz w:val="22"/>
          <w:lang w:val="es-CO"/>
        </w:rPr>
        <w:t xml:space="preserve"> un crimen</w:t>
      </w:r>
      <w:r w:rsidR="00A40EAB" w:rsidRPr="00BC6830">
        <w:rPr>
          <w:rStyle w:val="TNR21"/>
          <w:rFonts w:ascii="Arial" w:hAnsi="Arial" w:cs="Arial"/>
          <w:sz w:val="22"/>
          <w:lang w:val="es-CO"/>
        </w:rPr>
        <w:t>, e</w:t>
      </w:r>
      <w:r w:rsidR="006146DD" w:rsidRPr="00BC6830">
        <w:rPr>
          <w:rStyle w:val="TNR21"/>
          <w:rFonts w:ascii="Arial" w:hAnsi="Arial" w:cs="Arial"/>
          <w:sz w:val="22"/>
          <w:lang w:val="es-CO"/>
        </w:rPr>
        <w:t xml:space="preserve">stamos en medio de una reforma a la salud y no puede ser que el chantaje sea la manera en la que los actores que tienen diferencias con la reforma del gobierno tramiten esas diferencias ni esta reforma </w:t>
      </w:r>
      <w:r w:rsidR="00102F0E">
        <w:rPr>
          <w:rStyle w:val="TNR21"/>
          <w:rFonts w:ascii="Arial" w:hAnsi="Arial" w:cs="Arial"/>
          <w:sz w:val="22"/>
          <w:lang w:val="es-CO"/>
        </w:rPr>
        <w:t xml:space="preserve">a </w:t>
      </w:r>
      <w:r w:rsidR="006146DD" w:rsidRPr="00BC6830">
        <w:rPr>
          <w:rStyle w:val="TNR21"/>
          <w:rFonts w:ascii="Arial" w:hAnsi="Arial" w:cs="Arial"/>
          <w:sz w:val="22"/>
          <w:lang w:val="es-CO"/>
        </w:rPr>
        <w:t>la salud ni la reforma laboral ni la reforma pensional pueden tramitarse a través del chantaje</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si bajo alguna circunstancia las EPS</w:t>
      </w:r>
      <w:r w:rsidR="00102F0E">
        <w:rPr>
          <w:rStyle w:val="TNR21"/>
          <w:rFonts w:ascii="Arial" w:hAnsi="Arial" w:cs="Arial"/>
          <w:sz w:val="22"/>
          <w:lang w:val="es-CO"/>
        </w:rPr>
        <w:t>s</w:t>
      </w:r>
      <w:r w:rsidR="006146DD" w:rsidRPr="00BC6830">
        <w:rPr>
          <w:rStyle w:val="TNR21"/>
          <w:rFonts w:ascii="Arial" w:hAnsi="Arial" w:cs="Arial"/>
          <w:sz w:val="22"/>
          <w:lang w:val="es-CO"/>
        </w:rPr>
        <w:t xml:space="preserve"> y las IPS</w:t>
      </w:r>
      <w:r w:rsidR="00102F0E">
        <w:rPr>
          <w:rStyle w:val="TNR21"/>
          <w:rFonts w:ascii="Arial" w:hAnsi="Arial" w:cs="Arial"/>
          <w:sz w:val="22"/>
          <w:lang w:val="es-CO"/>
        </w:rPr>
        <w:t>s</w:t>
      </w:r>
      <w:r w:rsidR="006146DD" w:rsidRPr="00BC6830">
        <w:rPr>
          <w:rStyle w:val="TNR21"/>
          <w:rFonts w:ascii="Arial" w:hAnsi="Arial" w:cs="Arial"/>
          <w:sz w:val="22"/>
          <w:lang w:val="es-CO"/>
        </w:rPr>
        <w:t xml:space="preserve"> le están negando los medicamentos a los colombianos y a las colombianas para presionar lo que quieren dentro de la reforma a la salud</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yo quiero ver a la oposición y quiero ver a todos los </w:t>
      </w:r>
      <w:r w:rsidR="00102F0E">
        <w:rPr>
          <w:rStyle w:val="TNR21"/>
          <w:rFonts w:ascii="Arial" w:hAnsi="Arial" w:cs="Arial"/>
          <w:sz w:val="22"/>
          <w:lang w:val="es-CO"/>
        </w:rPr>
        <w:t>c</w:t>
      </w:r>
      <w:r w:rsidR="006146DD" w:rsidRPr="00BC6830">
        <w:rPr>
          <w:rStyle w:val="TNR21"/>
          <w:rFonts w:ascii="Arial" w:hAnsi="Arial" w:cs="Arial"/>
          <w:sz w:val="22"/>
          <w:lang w:val="es-CO"/>
        </w:rPr>
        <w:t xml:space="preserve">ongresistas y todas las </w:t>
      </w:r>
      <w:r w:rsidR="00102F0E">
        <w:rPr>
          <w:rStyle w:val="TNR21"/>
          <w:rFonts w:ascii="Arial" w:hAnsi="Arial" w:cs="Arial"/>
          <w:sz w:val="22"/>
          <w:lang w:val="es-CO"/>
        </w:rPr>
        <w:t>c</w:t>
      </w:r>
      <w:r w:rsidR="006146DD" w:rsidRPr="00BC6830">
        <w:rPr>
          <w:rStyle w:val="TNR21"/>
          <w:rFonts w:ascii="Arial" w:hAnsi="Arial" w:cs="Arial"/>
          <w:sz w:val="22"/>
          <w:lang w:val="es-CO"/>
        </w:rPr>
        <w:t>ongresistas levantando su voz</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la primera que quisiera es que levantáramos la voz por la investigación repito</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por la investigación</w:t>
      </w:r>
      <w:r w:rsidR="004C2AD1" w:rsidRPr="00BC6830">
        <w:rPr>
          <w:rStyle w:val="TNR21"/>
          <w:rFonts w:ascii="Arial" w:hAnsi="Arial" w:cs="Arial"/>
          <w:sz w:val="22"/>
          <w:lang w:val="es-CO"/>
        </w:rPr>
        <w:t>,</w:t>
      </w:r>
      <w:r w:rsidR="00102F0E">
        <w:rPr>
          <w:rStyle w:val="TNR21"/>
          <w:rFonts w:ascii="Arial" w:hAnsi="Arial" w:cs="Arial"/>
          <w:sz w:val="22"/>
          <w:lang w:val="es-CO"/>
        </w:rPr>
        <w:t xml:space="preserve"> </w:t>
      </w:r>
      <w:r w:rsidR="006146DD" w:rsidRPr="00BC6830">
        <w:rPr>
          <w:rStyle w:val="TNR21"/>
          <w:rFonts w:ascii="Arial" w:hAnsi="Arial" w:cs="Arial"/>
          <w:sz w:val="22"/>
          <w:lang w:val="es-CO"/>
        </w:rPr>
        <w:t>se tiene que esclarecer que es lo está pasando con los medicamentos en este país</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no</w:t>
      </w:r>
      <w:r w:rsidR="00A40EAB" w:rsidRPr="00BC6830">
        <w:rPr>
          <w:rStyle w:val="TNR21"/>
          <w:rFonts w:ascii="Arial" w:hAnsi="Arial" w:cs="Arial"/>
          <w:sz w:val="22"/>
          <w:lang w:val="es-CO"/>
        </w:rPr>
        <w:t xml:space="preserve"> </w:t>
      </w:r>
      <w:r w:rsidR="006146DD" w:rsidRPr="00BC6830">
        <w:rPr>
          <w:rStyle w:val="TNR21"/>
          <w:rFonts w:ascii="Arial" w:hAnsi="Arial" w:cs="Arial"/>
          <w:sz w:val="22"/>
          <w:lang w:val="es-CO"/>
        </w:rPr>
        <w:t>hay reducción en la producción</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no se están comprando los medicamentos según la asociación de laboratorios de la industria farmacéutica colombiana y según el </w:t>
      </w:r>
      <w:r w:rsidR="00102F0E" w:rsidRPr="00BC6830">
        <w:rPr>
          <w:rStyle w:val="TNR21"/>
          <w:rFonts w:ascii="Arial" w:hAnsi="Arial" w:cs="Arial"/>
          <w:sz w:val="22"/>
          <w:lang w:val="es-CO"/>
        </w:rPr>
        <w:t>INVIMA</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queremos que se sepa la verdad yo los invito</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las invito</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al diálogo verás</w:t>
      </w:r>
      <w:r w:rsidR="00102F0E">
        <w:rPr>
          <w:rStyle w:val="TNR21"/>
          <w:rFonts w:ascii="Arial" w:hAnsi="Arial" w:cs="Arial"/>
          <w:sz w:val="22"/>
          <w:lang w:val="es-CO"/>
        </w:rPr>
        <w:t>,</w:t>
      </w:r>
      <w:r w:rsidR="006146DD" w:rsidRPr="00BC6830">
        <w:rPr>
          <w:rStyle w:val="TNR21"/>
          <w:rFonts w:ascii="Arial" w:hAnsi="Arial" w:cs="Arial"/>
          <w:sz w:val="22"/>
          <w:lang w:val="es-CO"/>
        </w:rPr>
        <w:t xml:space="preserve"> al diálogo abierto a</w:t>
      </w:r>
      <w:r w:rsidR="004C2AD1" w:rsidRPr="00BC6830">
        <w:rPr>
          <w:rStyle w:val="TNR21"/>
          <w:rFonts w:ascii="Arial" w:hAnsi="Arial" w:cs="Arial"/>
          <w:sz w:val="22"/>
          <w:lang w:val="es-CO"/>
        </w:rPr>
        <w:t xml:space="preserve"> </w:t>
      </w:r>
      <w:r w:rsidR="006146DD" w:rsidRPr="00BC6830">
        <w:rPr>
          <w:rStyle w:val="TNR21"/>
          <w:rFonts w:ascii="Arial" w:hAnsi="Arial" w:cs="Arial"/>
          <w:sz w:val="22"/>
          <w:lang w:val="es-CO"/>
        </w:rPr>
        <w:t>tender puentes</w:t>
      </w:r>
      <w:r w:rsidR="00102F0E">
        <w:rPr>
          <w:rStyle w:val="TNR21"/>
          <w:rFonts w:ascii="Arial" w:hAnsi="Arial" w:cs="Arial"/>
          <w:sz w:val="22"/>
          <w:lang w:val="es-CO"/>
        </w:rPr>
        <w:t>,</w:t>
      </w:r>
      <w:r w:rsidR="006146DD" w:rsidRPr="00BC6830">
        <w:rPr>
          <w:rStyle w:val="TNR21"/>
          <w:rFonts w:ascii="Arial" w:hAnsi="Arial" w:cs="Arial"/>
          <w:sz w:val="22"/>
          <w:lang w:val="es-CO"/>
        </w:rPr>
        <w:t xml:space="preserve"> pero no a chantajear</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no a violentar a los pacientes y a las pacientes negándoles un servicio que ojo</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las cotizaciones se pagan de manera anticipada</w:t>
      </w:r>
      <w:r w:rsidR="00102F0E">
        <w:rPr>
          <w:rStyle w:val="TNR21"/>
          <w:rFonts w:ascii="Arial" w:hAnsi="Arial" w:cs="Arial"/>
          <w:sz w:val="22"/>
          <w:lang w:val="es-CO"/>
        </w:rPr>
        <w:t>,</w:t>
      </w:r>
      <w:r w:rsidR="006146DD" w:rsidRPr="00BC6830">
        <w:rPr>
          <w:rStyle w:val="TNR21"/>
          <w:rFonts w:ascii="Arial" w:hAnsi="Arial" w:cs="Arial"/>
          <w:sz w:val="22"/>
          <w:lang w:val="es-CO"/>
        </w:rPr>
        <w:t xml:space="preserve"> así que la EPS</w:t>
      </w:r>
      <w:r w:rsidR="00102F0E">
        <w:rPr>
          <w:rStyle w:val="TNR21"/>
          <w:rFonts w:ascii="Arial" w:hAnsi="Arial" w:cs="Arial"/>
          <w:sz w:val="22"/>
          <w:lang w:val="es-CO"/>
        </w:rPr>
        <w:t>s</w:t>
      </w:r>
      <w:r w:rsidR="006146DD" w:rsidRPr="00BC6830">
        <w:rPr>
          <w:rStyle w:val="TNR21"/>
          <w:rFonts w:ascii="Arial" w:hAnsi="Arial" w:cs="Arial"/>
          <w:sz w:val="22"/>
          <w:lang w:val="es-CO"/>
        </w:rPr>
        <w:t xml:space="preserve"> tienen en sus bolsillos</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tiene en sus cuentas la plata para poder prestar este servicio de entregar medicamentos</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si no las están comprando es un posible crimen</w:t>
      </w:r>
      <w:r w:rsidR="004C2AD1" w:rsidRPr="00BC6830">
        <w:rPr>
          <w:rStyle w:val="TNR21"/>
          <w:rFonts w:ascii="Arial" w:hAnsi="Arial" w:cs="Arial"/>
          <w:sz w:val="22"/>
          <w:lang w:val="es-CO"/>
        </w:rPr>
        <w:t>, gracias</w:t>
      </w:r>
      <w:r w:rsidR="006146DD" w:rsidRPr="00BC6830">
        <w:rPr>
          <w:rStyle w:val="TNR21"/>
          <w:rFonts w:ascii="Arial" w:hAnsi="Arial" w:cs="Arial"/>
          <w:sz w:val="22"/>
          <w:lang w:val="es-CO"/>
        </w:rPr>
        <w:t>.</w:t>
      </w:r>
    </w:p>
    <w:p w14:paraId="2BD8AA8D" w14:textId="77777777" w:rsidR="004C2AD1" w:rsidRPr="00BC6830" w:rsidRDefault="004C2AD1" w:rsidP="00667EBF">
      <w:pPr>
        <w:pStyle w:val="Sinespaciado"/>
        <w:jc w:val="both"/>
        <w:rPr>
          <w:rStyle w:val="TNR21"/>
          <w:rFonts w:ascii="Arial" w:hAnsi="Arial" w:cs="Arial"/>
          <w:sz w:val="22"/>
          <w:lang w:val="es-CO"/>
        </w:rPr>
      </w:pPr>
    </w:p>
    <w:p w14:paraId="3213B6EB" w14:textId="77777777" w:rsidR="004C2AD1" w:rsidRPr="00BC6830" w:rsidRDefault="009D49E0" w:rsidP="00667EBF">
      <w:pPr>
        <w:pStyle w:val="Sinespaciado"/>
        <w:jc w:val="both"/>
        <w:rPr>
          <w:rStyle w:val="TNR21"/>
          <w:rFonts w:ascii="Arial" w:hAnsi="Arial" w:cs="Arial"/>
          <w:sz w:val="22"/>
          <w:lang w:val="es-CO"/>
        </w:rPr>
      </w:pPr>
      <w:r w:rsidRPr="00B17F76">
        <w:rPr>
          <w:rStyle w:val="TNR21"/>
          <w:rFonts w:ascii="Arial" w:hAnsi="Arial" w:cs="Arial"/>
          <w:b/>
          <w:sz w:val="22"/>
          <w:lang w:val="es-CO"/>
        </w:rPr>
        <w:t>El Presidente</w:t>
      </w:r>
      <w:r w:rsidRPr="00B17F76">
        <w:rPr>
          <w:rStyle w:val="TNR21"/>
          <w:rFonts w:ascii="Arial" w:hAnsi="Arial" w:cs="Arial"/>
          <w:sz w:val="22"/>
          <w:lang w:val="es-CO"/>
        </w:rPr>
        <w:t>:</w:t>
      </w:r>
      <w:r w:rsidR="006146DD" w:rsidRPr="00B17F76">
        <w:rPr>
          <w:rStyle w:val="TNR21"/>
          <w:rFonts w:ascii="Arial" w:hAnsi="Arial" w:cs="Arial"/>
          <w:sz w:val="22"/>
          <w:lang w:val="es-CO"/>
        </w:rPr>
        <w:t xml:space="preserve"> </w:t>
      </w:r>
      <w:r w:rsidR="004C2AD1" w:rsidRPr="00B17F76">
        <w:rPr>
          <w:rStyle w:val="TNR21"/>
          <w:rFonts w:ascii="Arial" w:hAnsi="Arial" w:cs="Arial"/>
          <w:sz w:val="22"/>
          <w:lang w:val="es-CO"/>
        </w:rPr>
        <w:t>P</w:t>
      </w:r>
      <w:r w:rsidR="006146DD" w:rsidRPr="00B17F76">
        <w:rPr>
          <w:rStyle w:val="TNR21"/>
          <w:rFonts w:ascii="Arial" w:hAnsi="Arial" w:cs="Arial"/>
          <w:sz w:val="22"/>
          <w:lang w:val="es-CO"/>
        </w:rPr>
        <w:t>ermítame un momento Representante An</w:t>
      </w:r>
      <w:r w:rsidR="006146DD" w:rsidRPr="00BC6830">
        <w:rPr>
          <w:rStyle w:val="TNR21"/>
          <w:rFonts w:ascii="Arial" w:hAnsi="Arial" w:cs="Arial"/>
          <w:sz w:val="22"/>
          <w:lang w:val="es-CO"/>
        </w:rPr>
        <w:t>drés Forero</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no lo ha citado a usted ni lo ha nombrado a usted</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no hay no réplica</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4C2AD1" w:rsidRPr="00BC6830">
        <w:rPr>
          <w:rStyle w:val="TNR21"/>
          <w:rFonts w:ascii="Arial" w:hAnsi="Arial" w:cs="Arial"/>
          <w:sz w:val="22"/>
          <w:lang w:val="es-CO"/>
        </w:rPr>
        <w:t>M</w:t>
      </w:r>
      <w:r w:rsidR="006146DD" w:rsidRPr="00BC6830">
        <w:rPr>
          <w:rStyle w:val="TNR21"/>
          <w:rFonts w:ascii="Arial" w:hAnsi="Arial" w:cs="Arial"/>
          <w:sz w:val="22"/>
          <w:lang w:val="es-CO"/>
        </w:rPr>
        <w:t>uy bien Representante t</w:t>
      </w:r>
      <w:r w:rsidR="004C2AD1" w:rsidRPr="00BC6830">
        <w:rPr>
          <w:rStyle w:val="TNR21"/>
          <w:rFonts w:ascii="Arial" w:hAnsi="Arial" w:cs="Arial"/>
          <w:sz w:val="22"/>
          <w:lang w:val="es-CO"/>
        </w:rPr>
        <w:t>iene</w:t>
      </w:r>
      <w:r w:rsidR="006146DD" w:rsidRPr="00BC6830">
        <w:rPr>
          <w:rStyle w:val="TNR21"/>
          <w:rFonts w:ascii="Arial" w:hAnsi="Arial" w:cs="Arial"/>
          <w:sz w:val="22"/>
          <w:lang w:val="es-CO"/>
        </w:rPr>
        <w:t xml:space="preserve"> toda la razón</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en el orden </w:t>
      </w:r>
      <w:r w:rsidR="00997E52">
        <w:rPr>
          <w:rStyle w:val="TNR21"/>
          <w:rFonts w:ascii="Arial" w:hAnsi="Arial" w:cs="Arial"/>
          <w:sz w:val="22"/>
          <w:lang w:val="es-CO"/>
        </w:rPr>
        <w:t xml:space="preserve">que </w:t>
      </w:r>
      <w:r w:rsidR="006146DD" w:rsidRPr="00BC6830">
        <w:rPr>
          <w:rStyle w:val="TNR21"/>
          <w:rFonts w:ascii="Arial" w:hAnsi="Arial" w:cs="Arial"/>
          <w:sz w:val="22"/>
          <w:lang w:val="es-CO"/>
        </w:rPr>
        <w:t>yo tenía estaba el Representante Germán Rozo</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le cedemos la palabra al Representante Andrés </w:t>
      </w:r>
      <w:r w:rsidR="006146DD" w:rsidRPr="00BC6830">
        <w:rPr>
          <w:rStyle w:val="TNR21"/>
          <w:rFonts w:ascii="Arial" w:hAnsi="Arial" w:cs="Arial"/>
          <w:sz w:val="22"/>
          <w:lang w:val="es-CO"/>
        </w:rPr>
        <w:lastRenderedPageBreak/>
        <w:t>Forero por haber citado a la oposición la Representante María Fernanda Carrascal</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tiene la palabra Representante Andrés Forero.</w:t>
      </w:r>
    </w:p>
    <w:p w14:paraId="395D2B17" w14:textId="77777777" w:rsidR="004C2AD1" w:rsidRPr="00BC6830" w:rsidRDefault="004C2AD1" w:rsidP="00667EBF">
      <w:pPr>
        <w:pStyle w:val="Sinespaciado"/>
        <w:jc w:val="both"/>
        <w:rPr>
          <w:rStyle w:val="TNR21"/>
          <w:rFonts w:ascii="Arial" w:hAnsi="Arial" w:cs="Arial"/>
          <w:sz w:val="22"/>
          <w:lang w:val="es-CO"/>
        </w:rPr>
      </w:pPr>
    </w:p>
    <w:p w14:paraId="464AE367" w14:textId="77777777" w:rsidR="004C2AD1" w:rsidRPr="00BC6830" w:rsidRDefault="00B1577F" w:rsidP="00667EBF">
      <w:pPr>
        <w:pStyle w:val="Sinespaciado"/>
        <w:jc w:val="both"/>
        <w:rPr>
          <w:rStyle w:val="TNR21"/>
          <w:rFonts w:ascii="Arial" w:hAnsi="Arial" w:cs="Arial"/>
          <w:sz w:val="22"/>
          <w:lang w:val="es-CO"/>
        </w:rPr>
      </w:pPr>
      <w:r w:rsidRPr="00BC6830">
        <w:rPr>
          <w:rStyle w:val="TNR21"/>
          <w:rFonts w:ascii="Arial" w:hAnsi="Arial" w:cs="Arial"/>
          <w:b/>
          <w:sz w:val="22"/>
          <w:lang w:val="es-CO"/>
        </w:rPr>
        <w:t>H. Representante</w:t>
      </w:r>
      <w:r w:rsidR="006146DD" w:rsidRPr="00BC6830">
        <w:rPr>
          <w:rStyle w:val="TNR21"/>
          <w:rFonts w:ascii="Arial" w:hAnsi="Arial" w:cs="Arial"/>
          <w:b/>
          <w:sz w:val="22"/>
          <w:lang w:val="es-CO"/>
        </w:rPr>
        <w:t xml:space="preserve"> Andrés Eduardo Forero Molina</w:t>
      </w:r>
      <w:r w:rsidR="006146DD" w:rsidRPr="00BC6830">
        <w:rPr>
          <w:rStyle w:val="TNR21"/>
          <w:rFonts w:ascii="Arial" w:hAnsi="Arial" w:cs="Arial"/>
          <w:sz w:val="22"/>
          <w:lang w:val="es-CO"/>
        </w:rPr>
        <w:t xml:space="preserve">: </w:t>
      </w:r>
      <w:r w:rsidR="004C2AD1" w:rsidRPr="00BC6830">
        <w:rPr>
          <w:rStyle w:val="TNR21"/>
          <w:rFonts w:ascii="Arial" w:hAnsi="Arial" w:cs="Arial"/>
          <w:sz w:val="22"/>
          <w:lang w:val="es-CO"/>
        </w:rPr>
        <w:t>G</w:t>
      </w:r>
      <w:r w:rsidR="006146DD" w:rsidRPr="00BC6830">
        <w:rPr>
          <w:rStyle w:val="TNR21"/>
          <w:rFonts w:ascii="Arial" w:hAnsi="Arial" w:cs="Arial"/>
          <w:sz w:val="22"/>
          <w:lang w:val="es-CO"/>
        </w:rPr>
        <w:t>racias Presidente mire</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yo la verdad le pido a la Representante Carrascal que revise de que fecha es esa noticia</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usted está hablando de Francisco Rossi director del </w:t>
      </w:r>
      <w:r w:rsidR="00997E52" w:rsidRPr="00BC6830">
        <w:rPr>
          <w:rStyle w:val="TNR21"/>
          <w:rFonts w:ascii="Arial" w:hAnsi="Arial" w:cs="Arial"/>
          <w:sz w:val="22"/>
          <w:lang w:val="es-CO"/>
        </w:rPr>
        <w:t>INVIMA</w:t>
      </w:r>
      <w:r w:rsidR="006146DD" w:rsidRPr="00BC6830">
        <w:rPr>
          <w:rStyle w:val="TNR21"/>
          <w:rFonts w:ascii="Arial" w:hAnsi="Arial" w:cs="Arial"/>
          <w:sz w:val="22"/>
          <w:lang w:val="es-CO"/>
        </w:rPr>
        <w:t xml:space="preserve"> Representante</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y Francisco Rossi ya no es director del </w:t>
      </w:r>
      <w:r w:rsidR="00997E52" w:rsidRPr="00BC6830">
        <w:rPr>
          <w:rStyle w:val="TNR21"/>
          <w:rFonts w:ascii="Arial" w:hAnsi="Arial" w:cs="Arial"/>
          <w:sz w:val="22"/>
          <w:lang w:val="es-CO"/>
        </w:rPr>
        <w:t xml:space="preserve">INVIMA </w:t>
      </w:r>
      <w:r w:rsidR="006146DD" w:rsidRPr="00BC6830">
        <w:rPr>
          <w:rStyle w:val="TNR21"/>
          <w:rFonts w:ascii="Arial" w:hAnsi="Arial" w:cs="Arial"/>
          <w:sz w:val="22"/>
          <w:lang w:val="es-CO"/>
        </w:rPr>
        <w:t>de hecho creo que no sé si usted estuvo en esa sesión</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pero lo tuvimos acá al director del </w:t>
      </w:r>
      <w:r w:rsidR="00997E52" w:rsidRPr="00BC6830">
        <w:rPr>
          <w:rStyle w:val="TNR21"/>
          <w:rFonts w:ascii="Arial" w:hAnsi="Arial" w:cs="Arial"/>
          <w:sz w:val="22"/>
          <w:lang w:val="es-CO"/>
        </w:rPr>
        <w:t xml:space="preserve">INVIMA </w:t>
      </w:r>
      <w:r w:rsidR="006146DD" w:rsidRPr="00BC6830">
        <w:rPr>
          <w:rStyle w:val="TNR21"/>
          <w:rFonts w:ascii="Arial" w:hAnsi="Arial" w:cs="Arial"/>
          <w:sz w:val="22"/>
          <w:lang w:val="es-CO"/>
        </w:rPr>
        <w:t>Francisco Rossi y lo citó aquí el doctor Salcedo y</w:t>
      </w:r>
      <w:r w:rsidR="00997E52">
        <w:rPr>
          <w:rStyle w:val="TNR21"/>
          <w:rFonts w:ascii="Arial" w:hAnsi="Arial" w:cs="Arial"/>
          <w:sz w:val="22"/>
          <w:lang w:val="es-CO"/>
        </w:rPr>
        <w:t>,</w:t>
      </w:r>
      <w:r w:rsidR="006146DD" w:rsidRPr="00BC6830">
        <w:rPr>
          <w:rStyle w:val="TNR21"/>
          <w:rFonts w:ascii="Arial" w:hAnsi="Arial" w:cs="Arial"/>
          <w:sz w:val="22"/>
          <w:lang w:val="es-CO"/>
        </w:rPr>
        <w:t xml:space="preserve"> yo le pregunté expresamente si él tenía pruebas a propósito de esas declaraciones que había hecho unos días antes</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y él tuvo que reconocer en esta </w:t>
      </w:r>
      <w:r w:rsidR="006146DD" w:rsidRPr="00B17F76">
        <w:rPr>
          <w:rStyle w:val="TNR21"/>
          <w:rFonts w:ascii="Arial" w:hAnsi="Arial" w:cs="Arial"/>
          <w:sz w:val="22"/>
          <w:lang w:val="es-CO"/>
        </w:rPr>
        <w:t>Comisión que sencillamente no tenía</w:t>
      </w:r>
      <w:r w:rsidR="006146DD" w:rsidRPr="00BC6830">
        <w:rPr>
          <w:rStyle w:val="TNR21"/>
          <w:rFonts w:ascii="Arial" w:hAnsi="Arial" w:cs="Arial"/>
          <w:sz w:val="22"/>
          <w:lang w:val="es-CO"/>
        </w:rPr>
        <w:t xml:space="preserve"> prueba alguna</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de hecho en esta Comisión Representante él salió a decir que la </w:t>
      </w:r>
      <w:r w:rsidR="00997E52">
        <w:rPr>
          <w:rStyle w:val="TNR21"/>
          <w:rFonts w:ascii="Arial" w:hAnsi="Arial" w:cs="Arial"/>
          <w:sz w:val="22"/>
          <w:lang w:val="es-CO"/>
        </w:rPr>
        <w:t>m</w:t>
      </w:r>
      <w:r w:rsidR="006146DD" w:rsidRPr="00BC6830">
        <w:rPr>
          <w:rStyle w:val="TNR21"/>
          <w:rFonts w:ascii="Arial" w:hAnsi="Arial" w:cs="Arial"/>
          <w:sz w:val="22"/>
          <w:lang w:val="es-CO"/>
        </w:rPr>
        <w:t>inistra Carolina Corcho había recibido de parte de varias organizaciones</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pero Representante le estoy diciendo que la publicación que usted hace el día de hoy en Twitter</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la que hace el Presidente de la República citan una noticia del 10 de marzo</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entonces lo que le digo es que Francisco Rossi</w:t>
      </w:r>
      <w:r w:rsidR="00B17F76">
        <w:rPr>
          <w:rStyle w:val="TNR21"/>
          <w:rFonts w:ascii="Arial" w:hAnsi="Arial" w:cs="Arial"/>
          <w:sz w:val="22"/>
          <w:lang w:val="es-CO"/>
        </w:rPr>
        <w:t>,</w:t>
      </w:r>
      <w:r w:rsidR="006146DD" w:rsidRPr="00BC6830">
        <w:rPr>
          <w:rStyle w:val="TNR21"/>
          <w:rFonts w:ascii="Arial" w:hAnsi="Arial" w:cs="Arial"/>
          <w:sz w:val="22"/>
          <w:lang w:val="es-CO"/>
        </w:rPr>
        <w:t xml:space="preserve"> Representante porque usted lo no menciona</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ya no está Francisco Rossi ya es otra persona</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Francisco Rossi en esta Comisión dijo que la señora la señora </w:t>
      </w:r>
      <w:r w:rsidR="00997E52">
        <w:rPr>
          <w:rStyle w:val="TNR21"/>
          <w:rFonts w:ascii="Arial" w:hAnsi="Arial" w:cs="Arial"/>
          <w:sz w:val="22"/>
          <w:lang w:val="es-CO"/>
        </w:rPr>
        <w:t>m</w:t>
      </w:r>
      <w:r w:rsidR="006146DD" w:rsidRPr="00BC6830">
        <w:rPr>
          <w:rStyle w:val="TNR21"/>
          <w:rFonts w:ascii="Arial" w:hAnsi="Arial" w:cs="Arial"/>
          <w:sz w:val="22"/>
          <w:lang w:val="es-CO"/>
        </w:rPr>
        <w:t>inistra había recibido ofertas de distintas organizaciones</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de distintos países para que trajeran en tiempos oportunos medicamentos en distintos contenedores que estaban escaseando y que la </w:t>
      </w:r>
      <w:r w:rsidR="00B17F76">
        <w:rPr>
          <w:rStyle w:val="TNR21"/>
          <w:rFonts w:ascii="Arial" w:hAnsi="Arial" w:cs="Arial"/>
          <w:sz w:val="22"/>
          <w:lang w:val="es-CO"/>
        </w:rPr>
        <w:t>m</w:t>
      </w:r>
      <w:r w:rsidR="006146DD" w:rsidRPr="00BC6830">
        <w:rPr>
          <w:rStyle w:val="TNR21"/>
          <w:rFonts w:ascii="Arial" w:hAnsi="Arial" w:cs="Arial"/>
          <w:sz w:val="22"/>
          <w:lang w:val="es-CO"/>
        </w:rPr>
        <w:t>inistra por razones ideológicas había dicho que no</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porque ella consideraba que había que fortalecer la industria nacional</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entonces si a usted le parece pidámosle a la Fiscalía que investigue a la </w:t>
      </w:r>
      <w:r w:rsidR="00997E52">
        <w:rPr>
          <w:rStyle w:val="TNR21"/>
          <w:rFonts w:ascii="Arial" w:hAnsi="Arial" w:cs="Arial"/>
          <w:sz w:val="22"/>
          <w:lang w:val="es-CO"/>
        </w:rPr>
        <w:t>m</w:t>
      </w:r>
      <w:r w:rsidR="006146DD" w:rsidRPr="00BC6830">
        <w:rPr>
          <w:rStyle w:val="TNR21"/>
          <w:rFonts w:ascii="Arial" w:hAnsi="Arial" w:cs="Arial"/>
          <w:sz w:val="22"/>
          <w:lang w:val="es-CO"/>
        </w:rPr>
        <w:t>inistra porque eso también me parece sumamente grave</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y le digo el señor Francisco Rossi en ese momento </w:t>
      </w:r>
      <w:r w:rsidR="006146DD" w:rsidRPr="00B17F76">
        <w:rPr>
          <w:rStyle w:val="TNR21"/>
          <w:rFonts w:ascii="Arial" w:hAnsi="Arial" w:cs="Arial"/>
          <w:sz w:val="22"/>
          <w:lang w:val="es-CO"/>
        </w:rPr>
        <w:t xml:space="preserve">director del </w:t>
      </w:r>
      <w:r w:rsidR="00B17F76" w:rsidRPr="00B17F76">
        <w:rPr>
          <w:rStyle w:val="TNR21"/>
          <w:rFonts w:ascii="Arial" w:hAnsi="Arial" w:cs="Arial"/>
          <w:sz w:val="22"/>
          <w:lang w:val="es-CO"/>
        </w:rPr>
        <w:t>INVIMA</w:t>
      </w:r>
      <w:r w:rsidR="006146DD" w:rsidRPr="00B17F76">
        <w:rPr>
          <w:rStyle w:val="TNR21"/>
          <w:rFonts w:ascii="Arial" w:hAnsi="Arial" w:cs="Arial"/>
          <w:sz w:val="22"/>
          <w:lang w:val="es-CO"/>
        </w:rPr>
        <w:t xml:space="preserve"> dijo que</w:t>
      </w:r>
      <w:r w:rsidR="006146DD" w:rsidRPr="00BC6830">
        <w:rPr>
          <w:rStyle w:val="TNR21"/>
          <w:rFonts w:ascii="Arial" w:hAnsi="Arial" w:cs="Arial"/>
          <w:sz w:val="22"/>
          <w:lang w:val="es-CO"/>
        </w:rPr>
        <w:t xml:space="preserve"> no tenía pruebas para afirmar eso</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y si están diciendo que mejor dicho que no haya chantaje</w:t>
      </w:r>
      <w:r w:rsidR="00B17F76">
        <w:rPr>
          <w:rStyle w:val="TNR21"/>
          <w:rFonts w:ascii="Arial" w:hAnsi="Arial" w:cs="Arial"/>
          <w:sz w:val="22"/>
          <w:lang w:val="es-CO"/>
        </w:rPr>
        <w:t>,</w:t>
      </w:r>
      <w:r w:rsidR="006146DD" w:rsidRPr="00BC6830">
        <w:rPr>
          <w:rStyle w:val="TNR21"/>
          <w:rFonts w:ascii="Arial" w:hAnsi="Arial" w:cs="Arial"/>
          <w:sz w:val="22"/>
          <w:lang w:val="es-CO"/>
        </w:rPr>
        <w:t xml:space="preserve"> yo le pido a eso a la </w:t>
      </w:r>
      <w:r w:rsidR="00997E52">
        <w:rPr>
          <w:rStyle w:val="TNR21"/>
          <w:rFonts w:ascii="Arial" w:hAnsi="Arial" w:cs="Arial"/>
          <w:sz w:val="22"/>
          <w:lang w:val="es-CO"/>
        </w:rPr>
        <w:t>m</w:t>
      </w:r>
      <w:r w:rsidR="006146DD" w:rsidRPr="00BC6830">
        <w:rPr>
          <w:rStyle w:val="TNR21"/>
          <w:rFonts w:ascii="Arial" w:hAnsi="Arial" w:cs="Arial"/>
          <w:sz w:val="22"/>
          <w:lang w:val="es-CO"/>
        </w:rPr>
        <w:t>inistra</w:t>
      </w:r>
      <w:r w:rsidR="00A40EAB" w:rsidRPr="00BC6830">
        <w:rPr>
          <w:rStyle w:val="TNR21"/>
          <w:rFonts w:ascii="Arial" w:hAnsi="Arial" w:cs="Arial"/>
          <w:sz w:val="22"/>
          <w:lang w:val="es-CO"/>
        </w:rPr>
        <w:t xml:space="preserve"> </w:t>
      </w:r>
      <w:r w:rsidR="006146DD" w:rsidRPr="00BC6830">
        <w:rPr>
          <w:rStyle w:val="TNR21"/>
          <w:rFonts w:ascii="Arial" w:hAnsi="Arial" w:cs="Arial"/>
          <w:sz w:val="22"/>
          <w:lang w:val="es-CO"/>
        </w:rPr>
        <w:t>y al Presidente de República</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primero que no mientan con publicar fotos de hospitales venezolanos diciendo que son colombianos como lo hizo el Presidente de la República y que no estén diciendo que si no se aprueba la reforma básicamente se van a quebrar todas las EPS</w:t>
      </w:r>
      <w:r w:rsidR="00B17F76">
        <w:rPr>
          <w:rStyle w:val="TNR21"/>
          <w:rFonts w:ascii="Arial" w:hAnsi="Arial" w:cs="Arial"/>
          <w:sz w:val="22"/>
          <w:lang w:val="es-CO"/>
        </w:rPr>
        <w:t>s</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eso es un chantaje gracias Presidente</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y si les pido que tengamos en cuenta lo que se discute en esta Comisión</w:t>
      </w:r>
      <w:r w:rsidR="00B17F76">
        <w:rPr>
          <w:rStyle w:val="TNR21"/>
          <w:rFonts w:ascii="Arial" w:hAnsi="Arial" w:cs="Arial"/>
          <w:sz w:val="22"/>
          <w:lang w:val="es-CO"/>
        </w:rPr>
        <w:t>,</w:t>
      </w:r>
      <w:r w:rsidR="006146DD" w:rsidRPr="00BC6830">
        <w:rPr>
          <w:rStyle w:val="TNR21"/>
          <w:rFonts w:ascii="Arial" w:hAnsi="Arial" w:cs="Arial"/>
          <w:sz w:val="22"/>
          <w:lang w:val="es-CO"/>
        </w:rPr>
        <w:t xml:space="preserve"> esa fue una sesión que se dio aquí Presidente y que Francisco Rossi</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en ese momento director del </w:t>
      </w:r>
      <w:r w:rsidR="00B17F76" w:rsidRPr="00BC6830">
        <w:rPr>
          <w:rStyle w:val="TNR21"/>
          <w:rFonts w:ascii="Arial" w:hAnsi="Arial" w:cs="Arial"/>
          <w:sz w:val="22"/>
          <w:lang w:val="es-CO"/>
        </w:rPr>
        <w:t xml:space="preserve">INVIMA </w:t>
      </w:r>
      <w:r w:rsidR="006146DD" w:rsidRPr="00BC6830">
        <w:rPr>
          <w:rStyle w:val="TNR21"/>
          <w:rFonts w:ascii="Arial" w:hAnsi="Arial" w:cs="Arial"/>
          <w:sz w:val="22"/>
          <w:lang w:val="es-CO"/>
        </w:rPr>
        <w:t>negó dijo que no tenía pruebas y que se había equivocado al hacer eso</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4C2AD1" w:rsidRPr="00BC6830">
        <w:rPr>
          <w:rStyle w:val="TNR21"/>
          <w:rFonts w:ascii="Arial" w:hAnsi="Arial" w:cs="Arial"/>
          <w:sz w:val="22"/>
          <w:lang w:val="es-CO"/>
        </w:rPr>
        <w:t xml:space="preserve">eso </w:t>
      </w:r>
      <w:r w:rsidR="00A40EAB" w:rsidRPr="00BC6830">
        <w:rPr>
          <w:rStyle w:val="TNR21"/>
          <w:rFonts w:ascii="Arial" w:hAnsi="Arial" w:cs="Arial"/>
          <w:sz w:val="22"/>
          <w:lang w:val="es-CO"/>
        </w:rPr>
        <w:t>l</w:t>
      </w:r>
      <w:r w:rsidR="006146DD" w:rsidRPr="00BC6830">
        <w:rPr>
          <w:rStyle w:val="TNR21"/>
          <w:rFonts w:ascii="Arial" w:hAnsi="Arial" w:cs="Arial"/>
          <w:sz w:val="22"/>
          <w:lang w:val="es-CO"/>
        </w:rPr>
        <w:t xml:space="preserve">o </w:t>
      </w:r>
      <w:r w:rsidR="004C2AD1" w:rsidRPr="00BC6830">
        <w:rPr>
          <w:rStyle w:val="TNR21"/>
          <w:rFonts w:ascii="Arial" w:hAnsi="Arial" w:cs="Arial"/>
          <w:sz w:val="22"/>
          <w:lang w:val="es-CO"/>
        </w:rPr>
        <w:t>dij</w:t>
      </w:r>
      <w:r w:rsidR="006146DD" w:rsidRPr="00BC6830">
        <w:rPr>
          <w:rStyle w:val="TNR21"/>
          <w:rFonts w:ascii="Arial" w:hAnsi="Arial" w:cs="Arial"/>
          <w:sz w:val="22"/>
          <w:lang w:val="es-CO"/>
        </w:rPr>
        <w:t>o</w:t>
      </w:r>
      <w:r w:rsidR="004C2AD1" w:rsidRPr="00BC6830">
        <w:rPr>
          <w:rStyle w:val="TNR21"/>
          <w:rFonts w:ascii="Arial" w:hAnsi="Arial" w:cs="Arial"/>
          <w:sz w:val="22"/>
          <w:lang w:val="es-CO"/>
        </w:rPr>
        <w:t>.</w:t>
      </w:r>
    </w:p>
    <w:p w14:paraId="4202BC49" w14:textId="77777777" w:rsidR="004C2AD1" w:rsidRPr="00BC6830" w:rsidRDefault="004C2AD1" w:rsidP="00667EBF">
      <w:pPr>
        <w:pStyle w:val="Sinespaciado"/>
        <w:jc w:val="both"/>
        <w:rPr>
          <w:rStyle w:val="TNR21"/>
          <w:rFonts w:ascii="Arial" w:hAnsi="Arial" w:cs="Arial"/>
          <w:sz w:val="22"/>
          <w:lang w:val="es-CO"/>
        </w:rPr>
      </w:pPr>
    </w:p>
    <w:p w14:paraId="7DFE1C80" w14:textId="77777777" w:rsidR="004C2AD1"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4C2AD1" w:rsidRPr="00BC6830">
        <w:rPr>
          <w:rStyle w:val="TNR21"/>
          <w:rFonts w:ascii="Arial" w:hAnsi="Arial" w:cs="Arial"/>
          <w:sz w:val="22"/>
          <w:lang w:val="es-CO"/>
        </w:rPr>
        <w:t>M</w:t>
      </w:r>
      <w:r w:rsidR="006146DD" w:rsidRPr="00BC6830">
        <w:rPr>
          <w:rStyle w:val="TNR21"/>
          <w:rFonts w:ascii="Arial" w:hAnsi="Arial" w:cs="Arial"/>
          <w:sz w:val="22"/>
          <w:lang w:val="es-CO"/>
        </w:rPr>
        <w:t>uy</w:t>
      </w:r>
      <w:r w:rsidR="00B17F76">
        <w:rPr>
          <w:rStyle w:val="TNR21"/>
          <w:rFonts w:ascii="Arial" w:hAnsi="Arial" w:cs="Arial"/>
          <w:sz w:val="22"/>
          <w:lang w:val="es-CO"/>
        </w:rPr>
        <w:t xml:space="preserve"> bien </w:t>
      </w:r>
      <w:r w:rsidR="006146DD" w:rsidRPr="00BC6830">
        <w:rPr>
          <w:rStyle w:val="TNR21"/>
          <w:rFonts w:ascii="Arial" w:hAnsi="Arial" w:cs="Arial"/>
          <w:sz w:val="22"/>
          <w:lang w:val="es-CO"/>
        </w:rPr>
        <w:t>Representante Andrés Forero</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moción de orden por favor en la sesión</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4C2AD1" w:rsidRPr="00BC6830">
        <w:rPr>
          <w:rStyle w:val="TNR21"/>
          <w:rFonts w:ascii="Arial" w:hAnsi="Arial" w:cs="Arial"/>
          <w:sz w:val="22"/>
          <w:lang w:val="es-CO"/>
        </w:rPr>
        <w:t>T</w:t>
      </w:r>
      <w:r w:rsidR="006146DD" w:rsidRPr="00BC6830">
        <w:rPr>
          <w:rStyle w:val="TNR21"/>
          <w:rFonts w:ascii="Arial" w:hAnsi="Arial" w:cs="Arial"/>
          <w:sz w:val="22"/>
          <w:lang w:val="es-CO"/>
        </w:rPr>
        <w:t>iene la palabra el Representante Germán Rozo</w:t>
      </w:r>
      <w:r w:rsidR="00A40EAB" w:rsidRPr="00BC6830">
        <w:rPr>
          <w:rStyle w:val="TNR21"/>
          <w:rFonts w:ascii="Arial" w:hAnsi="Arial" w:cs="Arial"/>
          <w:sz w:val="22"/>
          <w:lang w:val="es-CO"/>
        </w:rPr>
        <w:t xml:space="preserve">, </w:t>
      </w:r>
      <w:r w:rsidR="006146DD" w:rsidRPr="00BC6830">
        <w:rPr>
          <w:rStyle w:val="TNR21"/>
          <w:rFonts w:ascii="Arial" w:hAnsi="Arial" w:cs="Arial"/>
          <w:sz w:val="22"/>
          <w:lang w:val="es-CO"/>
        </w:rPr>
        <w:t>okay</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siendo nombrada la oposición también la Representante Betsy Pérez solicita la palabra</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Representante muy buenos</w:t>
      </w:r>
      <w:r w:rsidR="004C2AD1" w:rsidRPr="00BC6830">
        <w:rPr>
          <w:rStyle w:val="TNR21"/>
          <w:rFonts w:ascii="Arial" w:hAnsi="Arial" w:cs="Arial"/>
          <w:sz w:val="22"/>
          <w:lang w:val="es-CO"/>
        </w:rPr>
        <w:t xml:space="preserve"> días</w:t>
      </w:r>
      <w:r w:rsidR="006146DD" w:rsidRPr="00BC6830">
        <w:rPr>
          <w:rStyle w:val="TNR21"/>
          <w:rFonts w:ascii="Arial" w:hAnsi="Arial" w:cs="Arial"/>
          <w:sz w:val="22"/>
          <w:lang w:val="es-CO"/>
        </w:rPr>
        <w:t>.</w:t>
      </w:r>
    </w:p>
    <w:p w14:paraId="18984E7E" w14:textId="77777777" w:rsidR="004C2AD1" w:rsidRPr="00BC6830" w:rsidRDefault="004C2AD1" w:rsidP="00667EBF">
      <w:pPr>
        <w:pStyle w:val="Sinespaciado"/>
        <w:jc w:val="both"/>
        <w:rPr>
          <w:rStyle w:val="TNR21"/>
          <w:rFonts w:ascii="Arial" w:hAnsi="Arial" w:cs="Arial"/>
          <w:sz w:val="22"/>
          <w:lang w:val="es-CO"/>
        </w:rPr>
      </w:pPr>
    </w:p>
    <w:p w14:paraId="2607F225" w14:textId="77777777" w:rsidR="00E726DD" w:rsidRPr="00BC6830" w:rsidRDefault="00B1577F" w:rsidP="00667EBF">
      <w:pPr>
        <w:pStyle w:val="Sinespaciado"/>
        <w:jc w:val="both"/>
        <w:rPr>
          <w:rStyle w:val="TNR21"/>
          <w:rFonts w:ascii="Arial" w:hAnsi="Arial" w:cs="Arial"/>
          <w:sz w:val="22"/>
          <w:lang w:val="es-CO"/>
        </w:rPr>
      </w:pPr>
      <w:r w:rsidRPr="009A5299">
        <w:rPr>
          <w:rStyle w:val="TNR21"/>
          <w:rFonts w:ascii="Arial" w:hAnsi="Arial" w:cs="Arial"/>
          <w:b/>
          <w:sz w:val="22"/>
          <w:lang w:val="es-CO"/>
        </w:rPr>
        <w:t>H. Representante</w:t>
      </w:r>
      <w:r w:rsidR="006146DD" w:rsidRPr="009A5299">
        <w:rPr>
          <w:rStyle w:val="TNR21"/>
          <w:rFonts w:ascii="Arial" w:hAnsi="Arial" w:cs="Arial"/>
          <w:b/>
          <w:sz w:val="22"/>
          <w:lang w:val="es-CO"/>
        </w:rPr>
        <w:t xml:space="preserve"> Betsy Judith Pérez Arango</w:t>
      </w:r>
      <w:r w:rsidR="006146DD" w:rsidRPr="009A5299">
        <w:rPr>
          <w:rStyle w:val="TNR21"/>
          <w:rFonts w:ascii="Arial" w:hAnsi="Arial" w:cs="Arial"/>
          <w:sz w:val="22"/>
          <w:lang w:val="es-CO"/>
        </w:rPr>
        <w:t>:</w:t>
      </w:r>
      <w:r w:rsidR="006146DD" w:rsidRPr="00BC6830">
        <w:rPr>
          <w:rStyle w:val="TNR21"/>
          <w:rFonts w:ascii="Arial" w:hAnsi="Arial" w:cs="Arial"/>
          <w:sz w:val="22"/>
          <w:lang w:val="es-CO"/>
        </w:rPr>
        <w:t xml:space="preserve"> </w:t>
      </w:r>
      <w:r w:rsidR="004C2AD1" w:rsidRPr="00BC6830">
        <w:rPr>
          <w:rStyle w:val="TNR21"/>
          <w:rFonts w:ascii="Arial" w:hAnsi="Arial" w:cs="Arial"/>
          <w:sz w:val="22"/>
          <w:lang w:val="es-CO"/>
        </w:rPr>
        <w:t>B</w:t>
      </w:r>
      <w:r w:rsidR="006146DD" w:rsidRPr="00BC6830">
        <w:rPr>
          <w:rStyle w:val="TNR21"/>
          <w:rFonts w:ascii="Arial" w:hAnsi="Arial" w:cs="Arial"/>
          <w:sz w:val="22"/>
          <w:lang w:val="es-CO"/>
        </w:rPr>
        <w:t>uenos días a todos los compañeros de</w:t>
      </w:r>
      <w:r w:rsidR="004C2AD1" w:rsidRPr="00BC6830">
        <w:rPr>
          <w:rStyle w:val="TNR21"/>
          <w:rFonts w:ascii="Arial" w:hAnsi="Arial" w:cs="Arial"/>
          <w:sz w:val="22"/>
          <w:lang w:val="es-CO"/>
        </w:rPr>
        <w:t xml:space="preserve"> la</w:t>
      </w:r>
      <w:r w:rsidR="006146DD" w:rsidRPr="00BC6830">
        <w:rPr>
          <w:rStyle w:val="TNR21"/>
          <w:rFonts w:ascii="Arial" w:hAnsi="Arial" w:cs="Arial"/>
          <w:sz w:val="22"/>
          <w:lang w:val="es-CO"/>
        </w:rPr>
        <w:t xml:space="preserve"> Comisión</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vea yo soy de la oposición</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mi partido Cambio Radical ha sido de los más críticos del sistema de salud y yo creo por ser uno de </w:t>
      </w:r>
      <w:r w:rsidR="004C2AD1" w:rsidRPr="00BC6830">
        <w:rPr>
          <w:rStyle w:val="TNR21"/>
          <w:rFonts w:ascii="Arial" w:hAnsi="Arial" w:cs="Arial"/>
          <w:sz w:val="22"/>
          <w:lang w:val="es-CO"/>
        </w:rPr>
        <w:t>o</w:t>
      </w:r>
      <w:r w:rsidR="006146DD" w:rsidRPr="00BC6830">
        <w:rPr>
          <w:rStyle w:val="TNR21"/>
          <w:rFonts w:ascii="Arial" w:hAnsi="Arial" w:cs="Arial"/>
          <w:sz w:val="22"/>
          <w:lang w:val="es-CO"/>
        </w:rPr>
        <w:t>posición y ser crítico del sistema salud y lo que pasa en este país uno no puede pasar entonces ahora a decir que es que están chantajeando</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no estamos chantajeando</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tenemos más </w:t>
      </w:r>
      <w:r w:rsidR="00B17F76">
        <w:rPr>
          <w:rStyle w:val="TNR21"/>
          <w:rFonts w:ascii="Arial" w:hAnsi="Arial" w:cs="Arial"/>
          <w:sz w:val="22"/>
          <w:lang w:val="es-CO"/>
        </w:rPr>
        <w:t xml:space="preserve">de </w:t>
      </w:r>
      <w:r w:rsidR="006146DD" w:rsidRPr="00BC6830">
        <w:rPr>
          <w:rStyle w:val="TNR21"/>
          <w:rFonts w:ascii="Arial" w:hAnsi="Arial" w:cs="Arial"/>
          <w:sz w:val="22"/>
          <w:lang w:val="es-CO"/>
        </w:rPr>
        <w:t>4 años insistiendo que la reforma al sistema de salud se requería y posiblemente no estaríamos en estas condiciones que estamos hoy</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yo creería</w:t>
      </w:r>
      <w:r w:rsidR="00B17F76">
        <w:rPr>
          <w:rStyle w:val="TNR21"/>
          <w:rFonts w:ascii="Arial" w:hAnsi="Arial" w:cs="Arial"/>
          <w:sz w:val="22"/>
          <w:lang w:val="es-CO"/>
        </w:rPr>
        <w:t>,</w:t>
      </w:r>
      <w:r w:rsidR="006146DD" w:rsidRPr="00BC6830">
        <w:rPr>
          <w:rStyle w:val="TNR21"/>
          <w:rFonts w:ascii="Arial" w:hAnsi="Arial" w:cs="Arial"/>
          <w:sz w:val="22"/>
          <w:lang w:val="es-CO"/>
        </w:rPr>
        <w:t xml:space="preserve"> que si la Representante tiene las pruebas suficientes ella misma puede ir la Fiscalía y presentar los denuncios</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pero lo que sí voy a pedir es respeto con los partidos que venimos haciendo patria y trabajando hace tiempo y que no nos pueden decir que estamos alcahueteando o que somos financiados o que estamos aquí </w:t>
      </w:r>
      <w:r w:rsidR="004C2AD1" w:rsidRPr="00BC6830">
        <w:rPr>
          <w:rStyle w:val="TNR21"/>
          <w:rFonts w:ascii="Arial" w:hAnsi="Arial" w:cs="Arial"/>
          <w:sz w:val="22"/>
          <w:lang w:val="es-CO"/>
        </w:rPr>
        <w:t xml:space="preserve">respaldando </w:t>
      </w:r>
      <w:r w:rsidR="006146DD" w:rsidRPr="00BC6830">
        <w:rPr>
          <w:rStyle w:val="TNR21"/>
          <w:rFonts w:ascii="Arial" w:hAnsi="Arial" w:cs="Arial"/>
          <w:sz w:val="22"/>
          <w:lang w:val="es-CO"/>
        </w:rPr>
        <w:t>capitales</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no es mi caso</w:t>
      </w:r>
      <w:r w:rsidR="004C2AD1" w:rsidRPr="00BC6830">
        <w:rPr>
          <w:rStyle w:val="TNR21"/>
          <w:rFonts w:ascii="Arial" w:hAnsi="Arial" w:cs="Arial"/>
          <w:sz w:val="22"/>
          <w:lang w:val="es-CO"/>
        </w:rPr>
        <w:t>,</w:t>
      </w:r>
      <w:r w:rsidR="006146DD" w:rsidRPr="00BC6830">
        <w:rPr>
          <w:rStyle w:val="TNR21"/>
          <w:rFonts w:ascii="Arial" w:hAnsi="Arial" w:cs="Arial"/>
          <w:sz w:val="22"/>
          <w:lang w:val="es-CO"/>
        </w:rPr>
        <w:t xml:space="preserve"> y si tienes pruebas procede</w:t>
      </w:r>
      <w:r w:rsidR="00B17F76">
        <w:rPr>
          <w:rStyle w:val="TNR21"/>
          <w:rFonts w:ascii="Arial" w:hAnsi="Arial" w:cs="Arial"/>
          <w:sz w:val="22"/>
          <w:lang w:val="es-CO"/>
        </w:rPr>
        <w:t>,</w:t>
      </w:r>
      <w:r w:rsidR="006146DD" w:rsidRPr="00BC6830">
        <w:rPr>
          <w:rStyle w:val="TNR21"/>
          <w:rFonts w:ascii="Arial" w:hAnsi="Arial" w:cs="Arial"/>
          <w:sz w:val="22"/>
          <w:lang w:val="es-CO"/>
        </w:rPr>
        <w:t xml:space="preserve"> pero no utilices la oposición para respaldar tus argumentos</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porque yo soy oposición y yo soy crítica del sistema</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y mencion</w:t>
      </w:r>
      <w:r w:rsidR="00E726DD" w:rsidRPr="00BC6830">
        <w:rPr>
          <w:rStyle w:val="TNR21"/>
          <w:rFonts w:ascii="Arial" w:hAnsi="Arial" w:cs="Arial"/>
          <w:sz w:val="22"/>
          <w:lang w:val="es-CO"/>
        </w:rPr>
        <w:t>aste</w:t>
      </w:r>
      <w:r w:rsidR="006146DD" w:rsidRPr="00BC6830">
        <w:rPr>
          <w:rStyle w:val="TNR21"/>
          <w:rFonts w:ascii="Arial" w:hAnsi="Arial" w:cs="Arial"/>
          <w:sz w:val="22"/>
          <w:lang w:val="es-CO"/>
        </w:rPr>
        <w:t xml:space="preserve"> los partidos de oposición y ahorita los partidos de la oposición son Centro Democrático y Cambio Radical</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y venimos siendo críticos del sistema así que pido respeto por favor por aquellos colombianos que estamos haciendo oposición</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el disenso es democracia y se lo recuerdo señorita</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el disenso es democracia y legítima las democracias</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así a muchos no les guste</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muchas gracias.</w:t>
      </w:r>
    </w:p>
    <w:p w14:paraId="19E13C07" w14:textId="77777777" w:rsidR="00E726DD" w:rsidRPr="00BC6830" w:rsidRDefault="00E726DD" w:rsidP="00667EBF">
      <w:pPr>
        <w:pStyle w:val="Sinespaciado"/>
        <w:jc w:val="both"/>
        <w:rPr>
          <w:rStyle w:val="TNR21"/>
          <w:rFonts w:ascii="Arial" w:hAnsi="Arial" w:cs="Arial"/>
          <w:sz w:val="22"/>
          <w:lang w:val="es-CO"/>
        </w:rPr>
      </w:pPr>
    </w:p>
    <w:p w14:paraId="70C89010" w14:textId="77777777" w:rsidR="00E726DD"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E726DD" w:rsidRPr="00BC6830">
        <w:rPr>
          <w:rStyle w:val="TNR21"/>
          <w:rFonts w:ascii="Arial" w:hAnsi="Arial" w:cs="Arial"/>
          <w:sz w:val="22"/>
          <w:lang w:val="es-CO"/>
        </w:rPr>
        <w:t>M</w:t>
      </w:r>
      <w:r w:rsidR="006146DD" w:rsidRPr="00BC6830">
        <w:rPr>
          <w:rStyle w:val="TNR21"/>
          <w:rFonts w:ascii="Arial" w:hAnsi="Arial" w:cs="Arial"/>
          <w:sz w:val="22"/>
          <w:lang w:val="es-CO"/>
        </w:rPr>
        <w:t>uchas gracias Representante</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tiene la palabra el Representante Germán Rozo</w:t>
      </w:r>
      <w:r w:rsidR="00E726DD" w:rsidRPr="00BC6830">
        <w:rPr>
          <w:rStyle w:val="TNR21"/>
          <w:rFonts w:ascii="Arial" w:hAnsi="Arial" w:cs="Arial"/>
          <w:sz w:val="22"/>
          <w:lang w:val="es-CO"/>
        </w:rPr>
        <w:t>.</w:t>
      </w:r>
    </w:p>
    <w:p w14:paraId="594BA681" w14:textId="77777777" w:rsidR="00E726DD" w:rsidRPr="00BC6830" w:rsidRDefault="00E726DD" w:rsidP="00667EBF">
      <w:pPr>
        <w:pStyle w:val="Sinespaciado"/>
        <w:jc w:val="both"/>
        <w:rPr>
          <w:rStyle w:val="TNR21"/>
          <w:rFonts w:ascii="Arial" w:hAnsi="Arial" w:cs="Arial"/>
          <w:sz w:val="22"/>
          <w:lang w:val="es-CO"/>
        </w:rPr>
      </w:pPr>
    </w:p>
    <w:p w14:paraId="463F83E5" w14:textId="77777777" w:rsidR="00E726DD" w:rsidRPr="00BC6830" w:rsidRDefault="00B1577F" w:rsidP="00667EBF">
      <w:pPr>
        <w:pStyle w:val="Sinespaciado"/>
        <w:jc w:val="both"/>
        <w:rPr>
          <w:rStyle w:val="TNR21"/>
          <w:rFonts w:ascii="Arial" w:hAnsi="Arial" w:cs="Arial"/>
          <w:sz w:val="22"/>
          <w:lang w:val="es-CO"/>
        </w:rPr>
      </w:pPr>
      <w:r w:rsidRPr="00BC6830">
        <w:rPr>
          <w:rStyle w:val="TNR21"/>
          <w:rFonts w:ascii="Arial" w:hAnsi="Arial" w:cs="Arial"/>
          <w:b/>
          <w:sz w:val="22"/>
          <w:lang w:val="es-CO"/>
        </w:rPr>
        <w:t>H. Representante</w:t>
      </w:r>
      <w:r w:rsidR="006146DD" w:rsidRPr="00BC6830">
        <w:rPr>
          <w:rStyle w:val="TNR21"/>
          <w:rFonts w:ascii="Arial" w:hAnsi="Arial" w:cs="Arial"/>
          <w:b/>
          <w:sz w:val="22"/>
          <w:lang w:val="es-CO"/>
        </w:rPr>
        <w:t xml:space="preserve"> Germán Rogelio Rozo Anís</w:t>
      </w:r>
      <w:r w:rsidR="006146DD" w:rsidRPr="00BC6830">
        <w:rPr>
          <w:rStyle w:val="TNR21"/>
          <w:rFonts w:ascii="Arial" w:hAnsi="Arial" w:cs="Arial"/>
          <w:sz w:val="22"/>
          <w:lang w:val="es-CO"/>
        </w:rPr>
        <w:t>: Presidente</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yo quiero pedirle formalmente a los H</w:t>
      </w:r>
      <w:r w:rsidR="00B17F76">
        <w:rPr>
          <w:rStyle w:val="TNR21"/>
          <w:rFonts w:ascii="Arial" w:hAnsi="Arial" w:cs="Arial"/>
          <w:sz w:val="22"/>
          <w:lang w:val="es-CO"/>
        </w:rPr>
        <w:t>. r</w:t>
      </w:r>
      <w:r w:rsidR="006146DD" w:rsidRPr="00BC6830">
        <w:rPr>
          <w:rStyle w:val="TNR21"/>
          <w:rFonts w:ascii="Arial" w:hAnsi="Arial" w:cs="Arial"/>
          <w:sz w:val="22"/>
          <w:lang w:val="es-CO"/>
        </w:rPr>
        <w:t>epresentantes</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primero yo no sé de cuándo acá</w:t>
      </w:r>
      <w:r w:rsidR="00E726DD" w:rsidRPr="00BC6830">
        <w:rPr>
          <w:rStyle w:val="TNR21"/>
          <w:rFonts w:ascii="Arial" w:hAnsi="Arial" w:cs="Arial"/>
          <w:sz w:val="22"/>
          <w:lang w:val="es-CO"/>
        </w:rPr>
        <w:t xml:space="preserve"> </w:t>
      </w:r>
      <w:r w:rsidR="006146DD" w:rsidRPr="00BC6830">
        <w:rPr>
          <w:rStyle w:val="TNR21"/>
          <w:rFonts w:ascii="Arial" w:hAnsi="Arial" w:cs="Arial"/>
          <w:sz w:val="22"/>
          <w:lang w:val="es-CO"/>
        </w:rPr>
        <w:t xml:space="preserve">se cambia esto de generar estos debates cuando </w:t>
      </w:r>
      <w:r w:rsidR="006146DD" w:rsidRPr="00BC6830">
        <w:rPr>
          <w:rStyle w:val="TNR21"/>
          <w:rFonts w:ascii="Arial" w:hAnsi="Arial" w:cs="Arial"/>
          <w:sz w:val="22"/>
          <w:lang w:val="es-CO"/>
        </w:rPr>
        <w:lastRenderedPageBreak/>
        <w:t>con todo el respeto de los compañeros que están en estos momentos generando esta discusión</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no debería haberse dado Presidente</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claro con mucho gusto Presidente usted es el que manda yo ya me siento</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capitán aunque mandé mal hay que hacer caso cierto</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Presidente gracias mire</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yo quiero decirle es lo siguiente</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mi intervención era para que avanzáramos en el orden del día como está establecido</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dejáramos al final la presentación que ha pedido la Representante Martha y que empecemos a darle trámite a los </w:t>
      </w:r>
      <w:r w:rsidR="00841B08">
        <w:rPr>
          <w:rStyle w:val="TNR21"/>
          <w:rFonts w:ascii="Arial" w:hAnsi="Arial" w:cs="Arial"/>
          <w:sz w:val="22"/>
          <w:lang w:val="es-CO"/>
        </w:rPr>
        <w:t>proyecto</w:t>
      </w:r>
      <w:r w:rsidR="006146DD" w:rsidRPr="00BC6830">
        <w:rPr>
          <w:rStyle w:val="TNR21"/>
          <w:rFonts w:ascii="Arial" w:hAnsi="Arial" w:cs="Arial"/>
          <w:sz w:val="22"/>
          <w:lang w:val="es-CO"/>
        </w:rPr>
        <w:t>s que están ahí en curso que son bastanticos y podamos salir de eso Presidente</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respetuosamente entonces yo le solicito no modifiquemos el orden del día</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lo dejemos</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pero como hay una propuesta sometamos esto a votación para que avancemos</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y con todo el cariño y el respeto los demás compañeros el debate de los m</w:t>
      </w:r>
      <w:r w:rsidR="00B17F76">
        <w:rPr>
          <w:rStyle w:val="TNR21"/>
          <w:rFonts w:ascii="Arial" w:hAnsi="Arial" w:cs="Arial"/>
          <w:sz w:val="22"/>
          <w:lang w:val="es-CO"/>
        </w:rPr>
        <w:t>edicamento y todo el asunto,</w:t>
      </w:r>
      <w:r w:rsidR="006146DD" w:rsidRPr="00BC6830">
        <w:rPr>
          <w:rStyle w:val="TNR21"/>
          <w:rFonts w:ascii="Arial" w:hAnsi="Arial" w:cs="Arial"/>
          <w:sz w:val="22"/>
          <w:lang w:val="es-CO"/>
        </w:rPr>
        <w:t xml:space="preserve"> generamos un espacio para eso</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pero que no sea el día de hoy con todo el cariño a la Representante Mafe Carrascal y a mis compañeros Andrés Forero y Betsy Pérez</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que generemos ese espacio de discusión más adelantico</w:t>
      </w:r>
      <w:r w:rsidR="00B17F76">
        <w:rPr>
          <w:rStyle w:val="TNR21"/>
          <w:rFonts w:ascii="Arial" w:hAnsi="Arial" w:cs="Arial"/>
          <w:sz w:val="22"/>
          <w:lang w:val="es-CO"/>
        </w:rPr>
        <w:t>,</w:t>
      </w:r>
      <w:r w:rsidR="006146DD" w:rsidRPr="00BC6830">
        <w:rPr>
          <w:rStyle w:val="TNR21"/>
          <w:rFonts w:ascii="Arial" w:hAnsi="Arial" w:cs="Arial"/>
          <w:sz w:val="22"/>
          <w:lang w:val="es-CO"/>
        </w:rPr>
        <w:t xml:space="preserve"> porque creo no es el momento</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si</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ni están dadas las condiciones para que todos nos preparemos para ese debate que sí es importante hacerlo</w:t>
      </w:r>
      <w:r w:rsidR="00E726DD" w:rsidRPr="00BC6830">
        <w:rPr>
          <w:rStyle w:val="TNR21"/>
          <w:rFonts w:ascii="Arial" w:hAnsi="Arial" w:cs="Arial"/>
          <w:sz w:val="22"/>
          <w:lang w:val="es-CO"/>
        </w:rPr>
        <w:t>, muchas gracias Preside</w:t>
      </w:r>
      <w:r w:rsidR="00B17F76">
        <w:rPr>
          <w:rStyle w:val="TNR21"/>
          <w:rFonts w:ascii="Arial" w:hAnsi="Arial" w:cs="Arial"/>
          <w:sz w:val="22"/>
          <w:lang w:val="es-CO"/>
        </w:rPr>
        <w:t>nte</w:t>
      </w:r>
      <w:r w:rsidR="006146DD" w:rsidRPr="00BC6830">
        <w:rPr>
          <w:rStyle w:val="TNR21"/>
          <w:rFonts w:ascii="Arial" w:hAnsi="Arial" w:cs="Arial"/>
          <w:sz w:val="22"/>
          <w:lang w:val="es-CO"/>
        </w:rPr>
        <w:t>.</w:t>
      </w:r>
    </w:p>
    <w:p w14:paraId="0DB3CAA7" w14:textId="77777777" w:rsidR="00E726DD" w:rsidRPr="00BC6830" w:rsidRDefault="00E726DD" w:rsidP="00667EBF">
      <w:pPr>
        <w:pStyle w:val="Sinespaciado"/>
        <w:jc w:val="both"/>
        <w:rPr>
          <w:rStyle w:val="TNR21"/>
          <w:rFonts w:ascii="Arial" w:hAnsi="Arial" w:cs="Arial"/>
          <w:sz w:val="22"/>
          <w:lang w:val="es-CO"/>
        </w:rPr>
      </w:pPr>
    </w:p>
    <w:p w14:paraId="45720FB5" w14:textId="77777777" w:rsidR="00E726DD"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E726DD" w:rsidRPr="00BC6830">
        <w:rPr>
          <w:rStyle w:val="TNR21"/>
          <w:rFonts w:ascii="Arial" w:hAnsi="Arial" w:cs="Arial"/>
          <w:sz w:val="22"/>
          <w:lang w:val="es-CO"/>
        </w:rPr>
        <w:t>M</w:t>
      </w:r>
      <w:r w:rsidR="006146DD" w:rsidRPr="00BC6830">
        <w:rPr>
          <w:rStyle w:val="TNR21"/>
          <w:rFonts w:ascii="Arial" w:hAnsi="Arial" w:cs="Arial"/>
          <w:sz w:val="22"/>
          <w:lang w:val="es-CO"/>
        </w:rPr>
        <w:t>uchas gracias Representante</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en aras de la propuesta del Representante Germán Rozo</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qu</w:t>
      </w:r>
      <w:r w:rsidR="00E726DD" w:rsidRPr="00BC6830">
        <w:rPr>
          <w:rStyle w:val="TNR21"/>
          <w:rFonts w:ascii="Arial" w:hAnsi="Arial" w:cs="Arial"/>
          <w:sz w:val="22"/>
          <w:lang w:val="es-CO"/>
        </w:rPr>
        <w:t>é</w:t>
      </w:r>
      <w:r w:rsidR="006146DD" w:rsidRPr="00BC6830">
        <w:rPr>
          <w:rStyle w:val="TNR21"/>
          <w:rFonts w:ascii="Arial" w:hAnsi="Arial" w:cs="Arial"/>
          <w:sz w:val="22"/>
          <w:lang w:val="es-CO"/>
        </w:rPr>
        <w:t xml:space="preserve"> dice el Representante de Víctor Salcedo quien tiene la palabra</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buen día Representante</w:t>
      </w:r>
      <w:r w:rsidR="00B17F76">
        <w:rPr>
          <w:rStyle w:val="TNR21"/>
          <w:rFonts w:ascii="Arial" w:hAnsi="Arial" w:cs="Arial"/>
          <w:sz w:val="22"/>
          <w:lang w:val="es-CO"/>
        </w:rPr>
        <w:t>.</w:t>
      </w:r>
    </w:p>
    <w:p w14:paraId="43D15E95" w14:textId="77777777" w:rsidR="00E726DD" w:rsidRPr="00BC6830" w:rsidRDefault="00E726DD" w:rsidP="00667EBF">
      <w:pPr>
        <w:pStyle w:val="Sinespaciado"/>
        <w:jc w:val="both"/>
        <w:rPr>
          <w:rStyle w:val="TNR21"/>
          <w:rFonts w:ascii="Arial" w:hAnsi="Arial" w:cs="Arial"/>
          <w:sz w:val="22"/>
          <w:lang w:val="es-CO"/>
        </w:rPr>
      </w:pPr>
    </w:p>
    <w:p w14:paraId="52264D13" w14:textId="77777777" w:rsidR="00E726DD" w:rsidRPr="00BC6830" w:rsidRDefault="00B1577F" w:rsidP="00667EBF">
      <w:pPr>
        <w:pStyle w:val="Sinespaciado"/>
        <w:jc w:val="both"/>
        <w:rPr>
          <w:rStyle w:val="TNR21"/>
          <w:rFonts w:ascii="Arial" w:hAnsi="Arial" w:cs="Arial"/>
          <w:sz w:val="22"/>
          <w:lang w:val="es-CO"/>
        </w:rPr>
      </w:pPr>
      <w:r w:rsidRPr="00D659D5">
        <w:rPr>
          <w:rStyle w:val="TNR21"/>
          <w:rFonts w:ascii="Arial" w:hAnsi="Arial" w:cs="Arial"/>
          <w:b/>
          <w:sz w:val="22"/>
          <w:lang w:val="es-CO"/>
        </w:rPr>
        <w:t>H. Representante</w:t>
      </w:r>
      <w:r w:rsidR="006146DD" w:rsidRPr="00D659D5">
        <w:rPr>
          <w:rStyle w:val="TNR21"/>
          <w:rFonts w:ascii="Arial" w:hAnsi="Arial" w:cs="Arial"/>
          <w:b/>
          <w:sz w:val="22"/>
          <w:lang w:val="es-CO"/>
        </w:rPr>
        <w:t xml:space="preserve"> Víctor Manuel Salcedo Guerrero</w:t>
      </w:r>
      <w:r w:rsidR="00E726DD" w:rsidRPr="00D659D5">
        <w:rPr>
          <w:rStyle w:val="TNR21"/>
          <w:rFonts w:ascii="Arial" w:hAnsi="Arial" w:cs="Arial"/>
          <w:sz w:val="22"/>
          <w:lang w:val="es-CO"/>
        </w:rPr>
        <w:t>:</w:t>
      </w:r>
      <w:r w:rsidR="00E726DD" w:rsidRPr="00BC6830">
        <w:rPr>
          <w:rStyle w:val="TNR21"/>
          <w:rFonts w:ascii="Arial" w:hAnsi="Arial" w:cs="Arial"/>
          <w:sz w:val="22"/>
          <w:lang w:val="es-CO"/>
        </w:rPr>
        <w:t xml:space="preserve"> Y</w:t>
      </w:r>
      <w:r w:rsidR="006146DD" w:rsidRPr="00BC6830">
        <w:rPr>
          <w:rStyle w:val="TNR21"/>
          <w:rFonts w:ascii="Arial" w:hAnsi="Arial" w:cs="Arial"/>
          <w:sz w:val="22"/>
          <w:lang w:val="es-CO"/>
        </w:rPr>
        <w:t>o quiero aquí pedirle a los compañeros que haya responsabilidad</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porque </w:t>
      </w:r>
      <w:r w:rsidR="00E726DD" w:rsidRPr="00BC6830">
        <w:rPr>
          <w:rStyle w:val="TNR21"/>
          <w:rFonts w:ascii="Arial" w:hAnsi="Arial" w:cs="Arial"/>
          <w:sz w:val="22"/>
          <w:lang w:val="es-CO"/>
        </w:rPr>
        <w:t xml:space="preserve">es que </w:t>
      </w:r>
      <w:r w:rsidR="006146DD" w:rsidRPr="00BC6830">
        <w:rPr>
          <w:rStyle w:val="TNR21"/>
          <w:rFonts w:ascii="Arial" w:hAnsi="Arial" w:cs="Arial"/>
          <w:sz w:val="22"/>
          <w:lang w:val="es-CO"/>
        </w:rPr>
        <w:t>aquí no pueden haber verdades a medias</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yo el año anterior hice dos audiencias públicas frente a escasez de medicamentos</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citamos al </w:t>
      </w:r>
      <w:r w:rsidR="009A5299">
        <w:rPr>
          <w:rStyle w:val="TNR21"/>
          <w:rFonts w:ascii="Arial" w:hAnsi="Arial" w:cs="Arial"/>
          <w:sz w:val="22"/>
          <w:lang w:val="es-CO"/>
        </w:rPr>
        <w:t>m</w:t>
      </w:r>
      <w:r w:rsidR="006146DD" w:rsidRPr="00BC6830">
        <w:rPr>
          <w:rStyle w:val="TNR21"/>
          <w:rFonts w:ascii="Arial" w:hAnsi="Arial" w:cs="Arial"/>
          <w:sz w:val="22"/>
          <w:lang w:val="es-CO"/>
        </w:rPr>
        <w:t>inisterio de salud citamos a todos los actores del sistema y puede ser muy fácil hoy señalar a una sola orilla</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que a mí sí me parece que nosotros tenemos que llamar aquí a la responsabilidad</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aquí al frente en mi teléfono el jueves santo</w:t>
      </w:r>
      <w:r w:rsidR="009A5299">
        <w:rPr>
          <w:rStyle w:val="TNR21"/>
          <w:rFonts w:ascii="Arial" w:hAnsi="Arial" w:cs="Arial"/>
          <w:sz w:val="22"/>
          <w:lang w:val="es-CO"/>
        </w:rPr>
        <w:t>,</w:t>
      </w:r>
      <w:r w:rsidR="006146DD" w:rsidRPr="00BC6830">
        <w:rPr>
          <w:rStyle w:val="TNR21"/>
          <w:rFonts w:ascii="Arial" w:hAnsi="Arial" w:cs="Arial"/>
          <w:sz w:val="22"/>
          <w:lang w:val="es-CO"/>
        </w:rPr>
        <w:t xml:space="preserve"> tengo que agradecerle a la </w:t>
      </w:r>
      <w:r w:rsidR="009A5299">
        <w:rPr>
          <w:rStyle w:val="TNR21"/>
          <w:rFonts w:ascii="Arial" w:hAnsi="Arial" w:cs="Arial"/>
          <w:sz w:val="22"/>
          <w:lang w:val="es-CO"/>
        </w:rPr>
        <w:t>m</w:t>
      </w:r>
      <w:r w:rsidR="006146DD" w:rsidRPr="00BC6830">
        <w:rPr>
          <w:rStyle w:val="TNR21"/>
          <w:rFonts w:ascii="Arial" w:hAnsi="Arial" w:cs="Arial"/>
          <w:sz w:val="22"/>
          <w:lang w:val="es-CO"/>
        </w:rPr>
        <w:t>inistra Carolina Corcho que me respondió de manera inmediata frente a la escasez de medicamentos</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y en este caso importados</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en mi región en el Valle del Cauca</w:t>
      </w:r>
      <w:r w:rsidR="00CA7476">
        <w:rPr>
          <w:rStyle w:val="TNR21"/>
          <w:rFonts w:ascii="Arial" w:hAnsi="Arial" w:cs="Arial"/>
          <w:sz w:val="22"/>
          <w:lang w:val="es-CO"/>
        </w:rPr>
        <w:t>,</w:t>
      </w:r>
      <w:r w:rsidR="006146DD" w:rsidRPr="00BC6830">
        <w:rPr>
          <w:rStyle w:val="TNR21"/>
          <w:rFonts w:ascii="Arial" w:hAnsi="Arial" w:cs="Arial"/>
          <w:sz w:val="22"/>
          <w:lang w:val="es-CO"/>
        </w:rPr>
        <w:t xml:space="preserve"> d</w:t>
      </w:r>
      <w:r w:rsidR="00E726DD" w:rsidRPr="00BC6830">
        <w:rPr>
          <w:rStyle w:val="TNR21"/>
          <w:rFonts w:ascii="Arial" w:hAnsi="Arial" w:cs="Arial"/>
          <w:sz w:val="22"/>
          <w:lang w:val="es-CO"/>
        </w:rPr>
        <w:t>o</w:t>
      </w:r>
      <w:r w:rsidR="006146DD" w:rsidRPr="00BC6830">
        <w:rPr>
          <w:rStyle w:val="TNR21"/>
          <w:rFonts w:ascii="Arial" w:hAnsi="Arial" w:cs="Arial"/>
          <w:sz w:val="22"/>
          <w:lang w:val="es-CO"/>
        </w:rPr>
        <w:t>nde hay brote de influenza</w:t>
      </w:r>
      <w:r w:rsidR="00CA7476">
        <w:rPr>
          <w:rStyle w:val="TNR21"/>
          <w:rFonts w:ascii="Arial" w:hAnsi="Arial" w:cs="Arial"/>
          <w:sz w:val="22"/>
          <w:lang w:val="es-CO"/>
        </w:rPr>
        <w:t xml:space="preserve">, </w:t>
      </w:r>
      <w:r w:rsidR="006146DD" w:rsidRPr="00BC6830">
        <w:rPr>
          <w:rStyle w:val="TNR21"/>
          <w:rFonts w:ascii="Arial" w:hAnsi="Arial" w:cs="Arial"/>
          <w:sz w:val="22"/>
          <w:lang w:val="es-CO"/>
        </w:rPr>
        <w:t>no había hasta el jueves santo y viernes santo</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oseltamivir</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que es un medicamento para tratar niños con neumonía</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lo doy con nombres la </w:t>
      </w:r>
      <w:r w:rsidR="009A5299">
        <w:rPr>
          <w:rStyle w:val="TNR21"/>
          <w:rFonts w:ascii="Arial" w:hAnsi="Arial" w:cs="Arial"/>
          <w:sz w:val="22"/>
          <w:lang w:val="es-CO"/>
        </w:rPr>
        <w:t>m</w:t>
      </w:r>
      <w:r w:rsidR="006146DD" w:rsidRPr="00BC6830">
        <w:rPr>
          <w:rStyle w:val="TNR21"/>
          <w:rFonts w:ascii="Arial" w:hAnsi="Arial" w:cs="Arial"/>
          <w:sz w:val="22"/>
          <w:lang w:val="es-CO"/>
        </w:rPr>
        <w:t>inistra de inmediato actuó</w:t>
      </w:r>
      <w:r w:rsidR="00CA7476">
        <w:rPr>
          <w:rStyle w:val="TNR21"/>
          <w:rFonts w:ascii="Arial" w:hAnsi="Arial" w:cs="Arial"/>
          <w:sz w:val="22"/>
          <w:lang w:val="es-CO"/>
        </w:rPr>
        <w:t>,</w:t>
      </w:r>
      <w:r w:rsidR="006146DD" w:rsidRPr="00BC6830">
        <w:rPr>
          <w:rStyle w:val="TNR21"/>
          <w:rFonts w:ascii="Arial" w:hAnsi="Arial" w:cs="Arial"/>
          <w:sz w:val="22"/>
          <w:lang w:val="es-CO"/>
        </w:rPr>
        <w:t xml:space="preserve"> tengo que decirlo</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hay un problema importación y aquí no podemos hacer señalamientos irresponsables</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yo también aquí tengo que decir de frente al desabastecimiento de medicamentos hay muchas circunstancias y aquí atacar </w:t>
      </w:r>
      <w:r w:rsidR="00E726DD" w:rsidRPr="00BC6830">
        <w:rPr>
          <w:rStyle w:val="TNR21"/>
          <w:rFonts w:ascii="Arial" w:hAnsi="Arial" w:cs="Arial"/>
          <w:sz w:val="22"/>
          <w:lang w:val="es-CO"/>
        </w:rPr>
        <w:t xml:space="preserve">a </w:t>
      </w:r>
      <w:r w:rsidR="006146DD" w:rsidRPr="00BC6830">
        <w:rPr>
          <w:rStyle w:val="TNR21"/>
          <w:rFonts w:ascii="Arial" w:hAnsi="Arial" w:cs="Arial"/>
          <w:sz w:val="22"/>
          <w:lang w:val="es-CO"/>
        </w:rPr>
        <w:t>un lado o a otro no es responsable</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esperamos que no tengamos que seguir acudiendo al </w:t>
      </w:r>
      <w:r w:rsidR="009A5299">
        <w:rPr>
          <w:rStyle w:val="TNR21"/>
          <w:rFonts w:ascii="Arial" w:hAnsi="Arial" w:cs="Arial"/>
          <w:sz w:val="22"/>
          <w:lang w:val="es-CO"/>
        </w:rPr>
        <w:t>m</w:t>
      </w:r>
      <w:r w:rsidR="006146DD" w:rsidRPr="00BC6830">
        <w:rPr>
          <w:rStyle w:val="TNR21"/>
          <w:rFonts w:ascii="Arial" w:hAnsi="Arial" w:cs="Arial"/>
          <w:sz w:val="22"/>
          <w:lang w:val="es-CO"/>
        </w:rPr>
        <w:t>inisterio y por eso le hemos pedido de manera clara el listado mensual del desabastecimiento de medicamentos</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porque una cosa es la industria nacional y la producción y otra cosa son los importados</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y en eso también tenemos que ser claros y</w:t>
      </w:r>
      <w:r w:rsidR="00CA7476">
        <w:rPr>
          <w:rStyle w:val="TNR21"/>
          <w:rFonts w:ascii="Arial" w:hAnsi="Arial" w:cs="Arial"/>
          <w:sz w:val="22"/>
          <w:lang w:val="es-CO"/>
        </w:rPr>
        <w:t>,</w:t>
      </w:r>
      <w:r w:rsidR="006146DD" w:rsidRPr="00BC6830">
        <w:rPr>
          <w:rStyle w:val="TNR21"/>
          <w:rFonts w:ascii="Arial" w:hAnsi="Arial" w:cs="Arial"/>
          <w:sz w:val="22"/>
          <w:lang w:val="es-CO"/>
        </w:rPr>
        <w:t xml:space="preserve"> tenemos que aceptar argumentos para solucionar la problemática</w:t>
      </w:r>
      <w:r w:rsidR="00CA7476">
        <w:rPr>
          <w:rStyle w:val="TNR21"/>
          <w:rFonts w:ascii="Arial" w:hAnsi="Arial" w:cs="Arial"/>
          <w:sz w:val="22"/>
          <w:lang w:val="es-CO"/>
        </w:rPr>
        <w:t>,</w:t>
      </w:r>
      <w:r w:rsidR="006146DD" w:rsidRPr="00BC6830">
        <w:rPr>
          <w:rStyle w:val="TNR21"/>
          <w:rFonts w:ascii="Arial" w:hAnsi="Arial" w:cs="Arial"/>
          <w:sz w:val="22"/>
          <w:lang w:val="es-CO"/>
        </w:rPr>
        <w:t xml:space="preserve"> que es lo que hemos planteado en los debates de control político y le hemos pedido celeridad al Invima</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para que el Invima hoy trámite medicamentos alternativos que están en fila hace año y medio para que les autoricen y para que entren al mercado nacional</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muc</w:t>
      </w:r>
      <w:r w:rsidR="00E726DD" w:rsidRPr="00BC6830">
        <w:rPr>
          <w:rStyle w:val="TNR21"/>
          <w:rFonts w:ascii="Arial" w:hAnsi="Arial" w:cs="Arial"/>
          <w:sz w:val="22"/>
          <w:lang w:val="es-CO"/>
        </w:rPr>
        <w:t>has gracias señor Presidente</w:t>
      </w:r>
      <w:r w:rsidR="006146DD" w:rsidRPr="00BC6830">
        <w:rPr>
          <w:rStyle w:val="TNR21"/>
          <w:rFonts w:ascii="Arial" w:hAnsi="Arial" w:cs="Arial"/>
          <w:sz w:val="22"/>
          <w:lang w:val="es-CO"/>
        </w:rPr>
        <w:t>.</w:t>
      </w:r>
    </w:p>
    <w:p w14:paraId="2267AEAA" w14:textId="77777777" w:rsidR="00E726DD" w:rsidRPr="00BC6830" w:rsidRDefault="00E726DD" w:rsidP="00667EBF">
      <w:pPr>
        <w:pStyle w:val="Sinespaciado"/>
        <w:jc w:val="both"/>
        <w:rPr>
          <w:rStyle w:val="TNR21"/>
          <w:rFonts w:ascii="Arial" w:hAnsi="Arial" w:cs="Arial"/>
          <w:sz w:val="22"/>
          <w:lang w:val="es-CO"/>
        </w:rPr>
      </w:pPr>
    </w:p>
    <w:p w14:paraId="7EA484A6" w14:textId="77777777" w:rsidR="00E726DD"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E726DD" w:rsidRPr="00BC6830">
        <w:rPr>
          <w:rStyle w:val="TNR21"/>
          <w:rFonts w:ascii="Arial" w:hAnsi="Arial" w:cs="Arial"/>
          <w:sz w:val="22"/>
          <w:lang w:val="es-CO"/>
        </w:rPr>
        <w:t>M</w:t>
      </w:r>
      <w:r w:rsidR="006146DD" w:rsidRPr="00BC6830">
        <w:rPr>
          <w:rStyle w:val="TNR21"/>
          <w:rFonts w:ascii="Arial" w:hAnsi="Arial" w:cs="Arial"/>
          <w:sz w:val="22"/>
          <w:lang w:val="es-CO"/>
        </w:rPr>
        <w:t>uchas gracias Representante</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siendo así ya escuchadas las intervenciones vamos a someter a aprobación el orden del día</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en consideración el orden del día</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anuncio que se abre la discusión</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anuncio que sigue abierta</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anuncio que se va a cerrar queda cerrada</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E726DD" w:rsidRPr="00BC6830">
        <w:rPr>
          <w:rStyle w:val="TNR21"/>
          <w:rFonts w:ascii="Arial" w:hAnsi="Arial" w:cs="Arial"/>
          <w:sz w:val="22"/>
          <w:lang w:val="es-CO"/>
        </w:rPr>
        <w:t>¿</w:t>
      </w:r>
      <w:r w:rsidR="00CA7476">
        <w:rPr>
          <w:rStyle w:val="TNR21"/>
          <w:rFonts w:ascii="Arial" w:hAnsi="Arial" w:cs="Arial"/>
          <w:sz w:val="22"/>
          <w:lang w:val="es-CO"/>
        </w:rPr>
        <w:t>A</w:t>
      </w:r>
      <w:r w:rsidR="006146DD" w:rsidRPr="00BC6830">
        <w:rPr>
          <w:rStyle w:val="TNR21"/>
          <w:rFonts w:ascii="Arial" w:hAnsi="Arial" w:cs="Arial"/>
          <w:sz w:val="22"/>
          <w:lang w:val="es-CO"/>
        </w:rPr>
        <w:t>prueba la Comisión Séptima el orden del día leído</w:t>
      </w:r>
      <w:r w:rsidR="00E726DD" w:rsidRPr="00BC6830">
        <w:rPr>
          <w:rStyle w:val="TNR21"/>
          <w:rFonts w:ascii="Arial" w:hAnsi="Arial" w:cs="Arial"/>
          <w:sz w:val="22"/>
          <w:lang w:val="es-CO"/>
        </w:rPr>
        <w:t>?</w:t>
      </w:r>
    </w:p>
    <w:p w14:paraId="0881CCCB" w14:textId="77777777" w:rsidR="00E726DD" w:rsidRPr="00BC6830" w:rsidRDefault="00E726DD" w:rsidP="00667EBF">
      <w:pPr>
        <w:pStyle w:val="Sinespaciado"/>
        <w:jc w:val="both"/>
        <w:rPr>
          <w:rStyle w:val="TNR21"/>
          <w:rFonts w:ascii="Arial" w:hAnsi="Arial" w:cs="Arial"/>
          <w:sz w:val="22"/>
          <w:lang w:val="es-CO"/>
        </w:rPr>
      </w:pPr>
    </w:p>
    <w:p w14:paraId="769A3E37" w14:textId="77777777" w:rsidR="00E726DD"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Secretario</w:t>
      </w:r>
      <w:r w:rsidRPr="00BC6830">
        <w:rPr>
          <w:rStyle w:val="TNR21"/>
          <w:rFonts w:ascii="Arial" w:hAnsi="Arial" w:cs="Arial"/>
          <w:sz w:val="22"/>
          <w:lang w:val="es-CO"/>
        </w:rPr>
        <w:t>:</w:t>
      </w:r>
      <w:r w:rsidR="006146DD" w:rsidRPr="00BC6830">
        <w:rPr>
          <w:rStyle w:val="TNR21"/>
          <w:rFonts w:ascii="Arial" w:hAnsi="Arial" w:cs="Arial"/>
          <w:sz w:val="22"/>
          <w:lang w:val="es-CO"/>
        </w:rPr>
        <w:t xml:space="preserve"> Presidente</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ha sido aprobado el orden del día para la sesión de hoy</w:t>
      </w:r>
      <w:r w:rsidR="00E726DD" w:rsidRPr="00BC6830">
        <w:rPr>
          <w:rStyle w:val="TNR21"/>
          <w:rFonts w:ascii="Arial" w:hAnsi="Arial" w:cs="Arial"/>
          <w:sz w:val="22"/>
          <w:lang w:val="es-CO"/>
        </w:rPr>
        <w:t>.</w:t>
      </w:r>
    </w:p>
    <w:p w14:paraId="1651C635" w14:textId="77777777" w:rsidR="00E726DD" w:rsidRPr="00BC6830" w:rsidRDefault="00E726DD" w:rsidP="00667EBF">
      <w:pPr>
        <w:pStyle w:val="Sinespaciado"/>
        <w:jc w:val="both"/>
        <w:rPr>
          <w:rStyle w:val="TNR21"/>
          <w:rFonts w:ascii="Arial" w:hAnsi="Arial" w:cs="Arial"/>
          <w:sz w:val="22"/>
          <w:lang w:val="es-CO"/>
        </w:rPr>
      </w:pPr>
    </w:p>
    <w:p w14:paraId="5A2DAD67" w14:textId="77777777" w:rsidR="00E726DD"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E726DD" w:rsidRPr="00BC6830">
        <w:rPr>
          <w:rStyle w:val="TNR21"/>
          <w:rFonts w:ascii="Arial" w:hAnsi="Arial" w:cs="Arial"/>
          <w:sz w:val="22"/>
          <w:lang w:val="es-CO"/>
        </w:rPr>
        <w:t>C</w:t>
      </w:r>
      <w:r w:rsidR="006146DD" w:rsidRPr="00BC6830">
        <w:rPr>
          <w:rStyle w:val="TNR21"/>
          <w:rFonts w:ascii="Arial" w:hAnsi="Arial" w:cs="Arial"/>
          <w:sz w:val="22"/>
          <w:lang w:val="es-CO"/>
        </w:rPr>
        <w:t>ontinúe con el siguiente punto del orden del día señor Secretario</w:t>
      </w:r>
      <w:r w:rsidR="00E726DD" w:rsidRPr="00BC6830">
        <w:rPr>
          <w:rStyle w:val="TNR21"/>
          <w:rFonts w:ascii="Arial" w:hAnsi="Arial" w:cs="Arial"/>
          <w:sz w:val="22"/>
          <w:lang w:val="es-CO"/>
        </w:rPr>
        <w:t>.</w:t>
      </w:r>
    </w:p>
    <w:p w14:paraId="25623391" w14:textId="77777777" w:rsidR="00E726DD" w:rsidRPr="00BC6830" w:rsidRDefault="00E726DD" w:rsidP="00667EBF">
      <w:pPr>
        <w:pStyle w:val="Sinespaciado"/>
        <w:jc w:val="both"/>
        <w:rPr>
          <w:rStyle w:val="TNR21"/>
          <w:rFonts w:ascii="Arial" w:hAnsi="Arial" w:cs="Arial"/>
          <w:sz w:val="22"/>
          <w:lang w:val="es-CO"/>
        </w:rPr>
      </w:pPr>
    </w:p>
    <w:p w14:paraId="436111C6" w14:textId="77777777" w:rsidR="003D7F06"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Secretario</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E726DD" w:rsidRPr="00BC6830">
        <w:rPr>
          <w:rStyle w:val="TNR21"/>
          <w:rFonts w:ascii="Arial" w:hAnsi="Arial" w:cs="Arial"/>
          <w:sz w:val="22"/>
          <w:lang w:val="es-CO"/>
        </w:rPr>
        <w:t>S</w:t>
      </w:r>
      <w:r w:rsidR="006146DD" w:rsidRPr="00BC6830">
        <w:rPr>
          <w:rStyle w:val="TNR21"/>
          <w:rFonts w:ascii="Arial" w:hAnsi="Arial" w:cs="Arial"/>
          <w:sz w:val="22"/>
          <w:lang w:val="es-CO"/>
        </w:rPr>
        <w:t>egundo punto del orden del día</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aprobación de actas</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se someten a aprobación las Actas número 18 del primero de noviembre de 2022 a 23 folios</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el Acta número 19 del 9 noviembre de 2022 a 41 folios</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el Acta número 20 del 10 de noviembre de 2022 a 18 folios</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y el Acta número 21 del 16 de noviembre de 2022 a 43 folios</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Presidente con respecto a la aprobación de actas tenemos unas constancias de no haber asistido que me permito leer a continuación</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E726DD" w:rsidRPr="00BC6830">
        <w:rPr>
          <w:rStyle w:val="TNR21"/>
          <w:rFonts w:ascii="Arial" w:hAnsi="Arial" w:cs="Arial"/>
          <w:sz w:val="22"/>
          <w:lang w:val="es-CO"/>
        </w:rPr>
        <w:t>C</w:t>
      </w:r>
      <w:r w:rsidR="006146DD" w:rsidRPr="00BC6830">
        <w:rPr>
          <w:rStyle w:val="TNR21"/>
          <w:rFonts w:ascii="Arial" w:hAnsi="Arial" w:cs="Arial"/>
          <w:sz w:val="22"/>
          <w:lang w:val="es-CO"/>
        </w:rPr>
        <w:t>onstancia de no aprobación suscrita por la Representante Leider Alexandra Vásquez Ochoa que dice</w:t>
      </w:r>
      <w:r w:rsidR="00E726DD" w:rsidRPr="00BC6830">
        <w:rPr>
          <w:rStyle w:val="TNR21"/>
          <w:rFonts w:ascii="Arial" w:hAnsi="Arial" w:cs="Arial"/>
          <w:sz w:val="22"/>
          <w:lang w:val="es-CO"/>
        </w:rPr>
        <w:t>,</w:t>
      </w:r>
      <w:r w:rsidR="006146DD" w:rsidRPr="00BC6830">
        <w:rPr>
          <w:rStyle w:val="TNR21"/>
          <w:rFonts w:ascii="Arial" w:hAnsi="Arial" w:cs="Arial"/>
          <w:sz w:val="22"/>
          <w:lang w:val="es-CO"/>
        </w:rPr>
        <w:t xml:space="preserve"> dejo constancia de que no voté el Acta número 018 del primero de noviembre de 2022 en cuanto me </w:t>
      </w:r>
      <w:r w:rsidR="006146DD" w:rsidRPr="00BC6830">
        <w:rPr>
          <w:rStyle w:val="TNR21"/>
          <w:rFonts w:ascii="Arial" w:hAnsi="Arial" w:cs="Arial"/>
          <w:sz w:val="22"/>
          <w:lang w:val="es-CO"/>
        </w:rPr>
        <w:lastRenderedPageBreak/>
        <w:t xml:space="preserve">encontraba con excusa aceptable como </w:t>
      </w:r>
      <w:r w:rsidR="003D7F06" w:rsidRPr="00BC6830">
        <w:rPr>
          <w:rStyle w:val="TNR21"/>
          <w:rFonts w:ascii="Arial" w:hAnsi="Arial" w:cs="Arial"/>
          <w:sz w:val="22"/>
          <w:lang w:val="es-CO"/>
        </w:rPr>
        <w:t>consta en e</w:t>
      </w:r>
      <w:r w:rsidR="006146DD" w:rsidRPr="00BC6830">
        <w:rPr>
          <w:rStyle w:val="TNR21"/>
          <w:rFonts w:ascii="Arial" w:hAnsi="Arial" w:cs="Arial"/>
          <w:sz w:val="22"/>
          <w:lang w:val="es-CO"/>
        </w:rPr>
        <w:t>l acta respectiva</w:t>
      </w:r>
      <w:r w:rsidR="003D7F06"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3D7F06" w:rsidRPr="00BC6830">
        <w:rPr>
          <w:rStyle w:val="TNR21"/>
          <w:rFonts w:ascii="Arial" w:hAnsi="Arial" w:cs="Arial"/>
          <w:sz w:val="22"/>
          <w:lang w:val="es-CO"/>
        </w:rPr>
        <w:t>S</w:t>
      </w:r>
      <w:r w:rsidR="006146DD" w:rsidRPr="00BC6830">
        <w:rPr>
          <w:rStyle w:val="TNR21"/>
          <w:rFonts w:ascii="Arial" w:hAnsi="Arial" w:cs="Arial"/>
          <w:sz w:val="22"/>
          <w:lang w:val="es-CO"/>
        </w:rPr>
        <w:t>egunda constancia suscrita por el Representante Héctor David Chaparro</w:t>
      </w:r>
      <w:r w:rsidR="003D7F06" w:rsidRPr="00BC6830">
        <w:rPr>
          <w:rStyle w:val="TNR21"/>
          <w:rFonts w:ascii="Arial" w:hAnsi="Arial" w:cs="Arial"/>
          <w:sz w:val="22"/>
          <w:lang w:val="es-CO"/>
        </w:rPr>
        <w:t>,</w:t>
      </w:r>
      <w:r w:rsidR="00CA7476">
        <w:rPr>
          <w:rStyle w:val="TNR21"/>
          <w:rFonts w:ascii="Arial" w:hAnsi="Arial" w:cs="Arial"/>
          <w:sz w:val="22"/>
          <w:lang w:val="es-CO"/>
        </w:rPr>
        <w:t xml:space="preserve"> dice</w:t>
      </w:r>
      <w:r w:rsidR="006146DD" w:rsidRPr="00BC6830">
        <w:rPr>
          <w:rStyle w:val="TNR21"/>
          <w:rFonts w:ascii="Arial" w:hAnsi="Arial" w:cs="Arial"/>
          <w:sz w:val="22"/>
          <w:lang w:val="es-CO"/>
        </w:rPr>
        <w:t xml:space="preserve"> manifestar que me abstengo de votar las actas número 18 y 20 del primero de noviembre de 2022 y el 10 de noviembre de 2022 respectivamente</w:t>
      </w:r>
      <w:r w:rsidR="003D7F06" w:rsidRPr="00BC6830">
        <w:rPr>
          <w:rStyle w:val="TNR21"/>
          <w:rFonts w:ascii="Arial" w:hAnsi="Arial" w:cs="Arial"/>
          <w:sz w:val="22"/>
          <w:lang w:val="es-CO"/>
        </w:rPr>
        <w:t>,</w:t>
      </w:r>
      <w:r w:rsidR="006146DD" w:rsidRPr="00BC6830">
        <w:rPr>
          <w:rStyle w:val="TNR21"/>
          <w:rFonts w:ascii="Arial" w:hAnsi="Arial" w:cs="Arial"/>
          <w:sz w:val="22"/>
          <w:lang w:val="es-CO"/>
        </w:rPr>
        <w:t xml:space="preserve"> lo anterior por cuánto tenía excusa autorizada por la Mesa Directiva según Resolución 2945 del 28 de octubre de 2022</w:t>
      </w:r>
      <w:r w:rsidR="003D7F06" w:rsidRPr="00BC6830">
        <w:rPr>
          <w:rStyle w:val="TNR21"/>
          <w:rFonts w:ascii="Arial" w:hAnsi="Arial" w:cs="Arial"/>
          <w:sz w:val="22"/>
          <w:lang w:val="es-CO"/>
        </w:rPr>
        <w:t>,</w:t>
      </w:r>
      <w:r w:rsidR="006146DD" w:rsidRPr="00BC6830">
        <w:rPr>
          <w:rStyle w:val="TNR21"/>
          <w:rFonts w:ascii="Arial" w:hAnsi="Arial" w:cs="Arial"/>
          <w:sz w:val="22"/>
          <w:lang w:val="es-CO"/>
        </w:rPr>
        <w:t xml:space="preserve"> así como solicitud de permiso remunerado por situación de caso fortuito solicita</w:t>
      </w:r>
      <w:r w:rsidR="00CA7476">
        <w:rPr>
          <w:rStyle w:val="TNR21"/>
          <w:rFonts w:ascii="Arial" w:hAnsi="Arial" w:cs="Arial"/>
          <w:sz w:val="22"/>
          <w:lang w:val="es-CO"/>
        </w:rPr>
        <w:t>n</w:t>
      </w:r>
      <w:r w:rsidR="006146DD" w:rsidRPr="00BC6830">
        <w:rPr>
          <w:rStyle w:val="TNR21"/>
          <w:rFonts w:ascii="Arial" w:hAnsi="Arial" w:cs="Arial"/>
          <w:sz w:val="22"/>
          <w:lang w:val="es-CO"/>
        </w:rPr>
        <w:t>do a las Mesas Directivas de la Comisión y la Plenaria de la Cámara de Representantes</w:t>
      </w:r>
      <w:r w:rsidR="003D7F06" w:rsidRPr="00BC6830">
        <w:rPr>
          <w:rStyle w:val="TNR21"/>
          <w:rFonts w:ascii="Arial" w:hAnsi="Arial" w:cs="Arial"/>
          <w:sz w:val="22"/>
          <w:lang w:val="es-CO"/>
        </w:rPr>
        <w:t>,</w:t>
      </w:r>
      <w:r w:rsidR="006146DD" w:rsidRPr="00BC6830">
        <w:rPr>
          <w:rStyle w:val="TNR21"/>
          <w:rFonts w:ascii="Arial" w:hAnsi="Arial" w:cs="Arial"/>
          <w:sz w:val="22"/>
          <w:lang w:val="es-CO"/>
        </w:rPr>
        <w:t xml:space="preserve"> situación que a la fecha no ha sido revisada </w:t>
      </w:r>
      <w:r w:rsidR="003D7F06" w:rsidRPr="00BC6830">
        <w:rPr>
          <w:rStyle w:val="TNR21"/>
          <w:rFonts w:ascii="Arial" w:hAnsi="Arial" w:cs="Arial"/>
          <w:sz w:val="22"/>
          <w:lang w:val="es-CO"/>
        </w:rPr>
        <w:t xml:space="preserve">por </w:t>
      </w:r>
      <w:r w:rsidR="006146DD" w:rsidRPr="00BC6830">
        <w:rPr>
          <w:rStyle w:val="TNR21"/>
          <w:rFonts w:ascii="Arial" w:hAnsi="Arial" w:cs="Arial"/>
          <w:sz w:val="22"/>
          <w:lang w:val="es-CO"/>
        </w:rPr>
        <w:t>parte de la Comisión Séptima Constitucional y remitida a la Comisión de Acreditación Documental de la Honorable Cámara de Representantes</w:t>
      </w:r>
      <w:r w:rsidR="003D7F06"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3D7F06" w:rsidRPr="00BC6830">
        <w:rPr>
          <w:rStyle w:val="TNR21"/>
          <w:rFonts w:ascii="Arial" w:hAnsi="Arial" w:cs="Arial"/>
          <w:sz w:val="22"/>
          <w:lang w:val="es-CO"/>
        </w:rPr>
        <w:t>S</w:t>
      </w:r>
      <w:r w:rsidR="006146DD" w:rsidRPr="00BC6830">
        <w:rPr>
          <w:rStyle w:val="TNR21"/>
          <w:rFonts w:ascii="Arial" w:hAnsi="Arial" w:cs="Arial"/>
          <w:sz w:val="22"/>
          <w:lang w:val="es-CO"/>
        </w:rPr>
        <w:t>iguiente constancia suscrita por la Representante María Fernanda Carrascal</w:t>
      </w:r>
      <w:r w:rsidR="003D7F06" w:rsidRPr="00BC6830">
        <w:rPr>
          <w:rStyle w:val="TNR21"/>
          <w:rFonts w:ascii="Arial" w:hAnsi="Arial" w:cs="Arial"/>
          <w:sz w:val="22"/>
          <w:lang w:val="es-CO"/>
        </w:rPr>
        <w:t>,</w:t>
      </w:r>
      <w:r w:rsidR="006146DD" w:rsidRPr="00BC6830">
        <w:rPr>
          <w:rStyle w:val="TNR21"/>
          <w:rFonts w:ascii="Arial" w:hAnsi="Arial" w:cs="Arial"/>
          <w:sz w:val="22"/>
          <w:lang w:val="es-CO"/>
        </w:rPr>
        <w:t xml:space="preserve"> con el fin de atender los deberes de los Congresistas</w:t>
      </w:r>
      <w:r w:rsidR="00CA7476">
        <w:rPr>
          <w:rStyle w:val="TNR21"/>
          <w:rFonts w:ascii="Arial" w:hAnsi="Arial" w:cs="Arial"/>
          <w:sz w:val="22"/>
          <w:lang w:val="es-CO"/>
        </w:rPr>
        <w:t>,</w:t>
      </w:r>
      <w:r w:rsidR="006146DD" w:rsidRPr="00BC6830">
        <w:rPr>
          <w:rStyle w:val="TNR21"/>
          <w:rFonts w:ascii="Arial" w:hAnsi="Arial" w:cs="Arial"/>
          <w:sz w:val="22"/>
          <w:lang w:val="es-CO"/>
        </w:rPr>
        <w:t xml:space="preserve"> dejo constancia de que me abstengo de participar en la votación y aprobación de las siguientes actas en atención a que se presentó excusa para no asistir a la sesión de la Comisión</w:t>
      </w:r>
      <w:r w:rsidR="003D7F06" w:rsidRPr="00BC6830">
        <w:rPr>
          <w:rStyle w:val="TNR21"/>
          <w:rFonts w:ascii="Arial" w:hAnsi="Arial" w:cs="Arial"/>
          <w:sz w:val="22"/>
          <w:lang w:val="es-CO"/>
        </w:rPr>
        <w:t>,</w:t>
      </w:r>
      <w:r w:rsidR="006146DD" w:rsidRPr="00BC6830">
        <w:rPr>
          <w:rStyle w:val="TNR21"/>
          <w:rFonts w:ascii="Arial" w:hAnsi="Arial" w:cs="Arial"/>
          <w:sz w:val="22"/>
          <w:lang w:val="es-CO"/>
        </w:rPr>
        <w:t xml:space="preserve"> Acta número 19 y Acta número 20</w:t>
      </w:r>
      <w:r w:rsidR="003D7F06"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3D7F06" w:rsidRPr="00BC6830">
        <w:rPr>
          <w:rStyle w:val="TNR21"/>
          <w:rFonts w:ascii="Arial" w:hAnsi="Arial" w:cs="Arial"/>
          <w:sz w:val="22"/>
          <w:lang w:val="es-CO"/>
        </w:rPr>
        <w:t>S</w:t>
      </w:r>
      <w:r w:rsidR="006146DD" w:rsidRPr="00BC6830">
        <w:rPr>
          <w:rStyle w:val="TNR21"/>
          <w:rFonts w:ascii="Arial" w:hAnsi="Arial" w:cs="Arial"/>
          <w:sz w:val="22"/>
          <w:lang w:val="es-CO"/>
        </w:rPr>
        <w:t>iguiente constancia de no votación del Acta número 20 del 10 noviembre de 2022</w:t>
      </w:r>
      <w:r w:rsidR="00CA7476">
        <w:rPr>
          <w:rStyle w:val="TNR21"/>
          <w:rFonts w:ascii="Arial" w:hAnsi="Arial" w:cs="Arial"/>
          <w:sz w:val="22"/>
          <w:lang w:val="es-CO"/>
        </w:rPr>
        <w:t>,</w:t>
      </w:r>
      <w:r w:rsidR="006146DD" w:rsidRPr="00BC6830">
        <w:rPr>
          <w:rStyle w:val="TNR21"/>
          <w:rFonts w:ascii="Arial" w:hAnsi="Arial" w:cs="Arial"/>
          <w:sz w:val="22"/>
          <w:lang w:val="es-CO"/>
        </w:rPr>
        <w:t xml:space="preserve"> suscrita por el Representante Víctor Manuel Salcedo Guerrero</w:t>
      </w:r>
      <w:r w:rsidR="003D7F06" w:rsidRPr="00BC6830">
        <w:rPr>
          <w:rStyle w:val="TNR21"/>
          <w:rFonts w:ascii="Arial" w:hAnsi="Arial" w:cs="Arial"/>
          <w:sz w:val="22"/>
          <w:lang w:val="es-CO"/>
        </w:rPr>
        <w:t>,</w:t>
      </w:r>
      <w:r w:rsidR="006146DD" w:rsidRPr="00BC6830">
        <w:rPr>
          <w:rStyle w:val="TNR21"/>
          <w:rFonts w:ascii="Arial" w:hAnsi="Arial" w:cs="Arial"/>
          <w:sz w:val="22"/>
          <w:lang w:val="es-CO"/>
        </w:rPr>
        <w:t xml:space="preserve"> por medio de la presente hago constar que no votaré el Acta número 20 del 10 de noviembre de 2022</w:t>
      </w:r>
      <w:r w:rsidR="00CA7476">
        <w:rPr>
          <w:rStyle w:val="TNR21"/>
          <w:rFonts w:ascii="Arial" w:hAnsi="Arial" w:cs="Arial"/>
          <w:sz w:val="22"/>
          <w:lang w:val="es-CO"/>
        </w:rPr>
        <w:t>,</w:t>
      </w:r>
      <w:r w:rsidR="006146DD" w:rsidRPr="00BC6830">
        <w:rPr>
          <w:rStyle w:val="TNR21"/>
          <w:rFonts w:ascii="Arial" w:hAnsi="Arial" w:cs="Arial"/>
          <w:sz w:val="22"/>
          <w:lang w:val="es-CO"/>
        </w:rPr>
        <w:t xml:space="preserve"> toda vez que no asistí a la mencionada sesión</w:t>
      </w:r>
      <w:r w:rsidR="003D7F06"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3D7F06" w:rsidRPr="00BC6830">
        <w:rPr>
          <w:rStyle w:val="TNR21"/>
          <w:rFonts w:ascii="Arial" w:hAnsi="Arial" w:cs="Arial"/>
          <w:sz w:val="22"/>
          <w:lang w:val="es-CO"/>
        </w:rPr>
        <w:t>S</w:t>
      </w:r>
      <w:r w:rsidR="006146DD" w:rsidRPr="00BC6830">
        <w:rPr>
          <w:rStyle w:val="TNR21"/>
          <w:rFonts w:ascii="Arial" w:hAnsi="Arial" w:cs="Arial"/>
          <w:sz w:val="22"/>
          <w:lang w:val="es-CO"/>
        </w:rPr>
        <w:t>iguiente constancia suscrita por el Representante Alfredo Mondragón dice</w:t>
      </w:r>
      <w:r w:rsidR="003D7F06" w:rsidRPr="00BC6830">
        <w:rPr>
          <w:rStyle w:val="TNR21"/>
          <w:rFonts w:ascii="Arial" w:hAnsi="Arial" w:cs="Arial"/>
          <w:sz w:val="22"/>
          <w:lang w:val="es-CO"/>
        </w:rPr>
        <w:t>,</w:t>
      </w:r>
      <w:r w:rsidR="006146DD" w:rsidRPr="00BC6830">
        <w:rPr>
          <w:rStyle w:val="TNR21"/>
          <w:rFonts w:ascii="Arial" w:hAnsi="Arial" w:cs="Arial"/>
          <w:sz w:val="22"/>
          <w:lang w:val="es-CO"/>
        </w:rPr>
        <w:t xml:space="preserve"> dejo constancia de mi abstención de voto</w:t>
      </w:r>
      <w:r w:rsidR="003D7F06" w:rsidRPr="00BC6830">
        <w:rPr>
          <w:rStyle w:val="TNR21"/>
          <w:rFonts w:ascii="Arial" w:hAnsi="Arial" w:cs="Arial"/>
          <w:sz w:val="22"/>
          <w:lang w:val="es-CO"/>
        </w:rPr>
        <w:t>,</w:t>
      </w:r>
      <w:r w:rsidR="006146DD" w:rsidRPr="00BC6830">
        <w:rPr>
          <w:rStyle w:val="TNR21"/>
          <w:rFonts w:ascii="Arial" w:hAnsi="Arial" w:cs="Arial"/>
          <w:sz w:val="22"/>
          <w:lang w:val="es-CO"/>
        </w:rPr>
        <w:t xml:space="preserve"> es solo en el acta número 018 de la sesión de Comisión Séptima del día primero de noviembre de 2022</w:t>
      </w:r>
      <w:r w:rsidR="003D7F06" w:rsidRPr="00BC6830">
        <w:rPr>
          <w:rStyle w:val="TNR21"/>
          <w:rFonts w:ascii="Arial" w:hAnsi="Arial" w:cs="Arial"/>
          <w:sz w:val="22"/>
          <w:lang w:val="es-CO"/>
        </w:rPr>
        <w:t>,</w:t>
      </w:r>
      <w:r w:rsidR="006146DD" w:rsidRPr="00BC6830">
        <w:rPr>
          <w:rStyle w:val="TNR21"/>
          <w:rFonts w:ascii="Arial" w:hAnsi="Arial" w:cs="Arial"/>
          <w:sz w:val="22"/>
          <w:lang w:val="es-CO"/>
        </w:rPr>
        <w:t xml:space="preserve"> toda vez que me encontraba de permiso de Comisión oficial por servicios fuera del país con autorización de la Presidencia de la Cámara</w:t>
      </w:r>
      <w:r w:rsidR="003D7F06" w:rsidRPr="00BC6830">
        <w:rPr>
          <w:rStyle w:val="TNR21"/>
          <w:rFonts w:ascii="Arial" w:hAnsi="Arial" w:cs="Arial"/>
          <w:sz w:val="22"/>
          <w:lang w:val="es-CO"/>
        </w:rPr>
        <w:t>,</w:t>
      </w:r>
      <w:r w:rsidR="006146DD" w:rsidRPr="00BC6830">
        <w:rPr>
          <w:rStyle w:val="TNR21"/>
          <w:rFonts w:ascii="Arial" w:hAnsi="Arial" w:cs="Arial"/>
          <w:sz w:val="22"/>
          <w:lang w:val="es-CO"/>
        </w:rPr>
        <w:t xml:space="preserve"> según Resolución 2871 de 2022 de la Cámara de Representantes</w:t>
      </w:r>
      <w:r w:rsidR="003D7F06"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3D7F06" w:rsidRPr="00BC6830">
        <w:rPr>
          <w:rStyle w:val="TNR21"/>
          <w:rFonts w:ascii="Arial" w:hAnsi="Arial" w:cs="Arial"/>
          <w:sz w:val="22"/>
          <w:lang w:val="es-CO"/>
        </w:rPr>
        <w:t>E</w:t>
      </w:r>
      <w:r w:rsidR="006146DD" w:rsidRPr="00BC6830">
        <w:rPr>
          <w:rStyle w:val="TNR21"/>
          <w:rFonts w:ascii="Arial" w:hAnsi="Arial" w:cs="Arial"/>
          <w:sz w:val="22"/>
          <w:lang w:val="es-CO"/>
        </w:rPr>
        <w:t>sas son las constancias de no suscripción de</w:t>
      </w:r>
      <w:r w:rsidR="003D7F06" w:rsidRPr="00BC6830">
        <w:rPr>
          <w:rStyle w:val="TNR21"/>
          <w:rFonts w:ascii="Arial" w:hAnsi="Arial" w:cs="Arial"/>
          <w:sz w:val="22"/>
          <w:lang w:val="es-CO"/>
        </w:rPr>
        <w:t xml:space="preserve"> </w:t>
      </w:r>
      <w:r w:rsidR="006146DD" w:rsidRPr="00BC6830">
        <w:rPr>
          <w:rStyle w:val="TNR21"/>
          <w:rFonts w:ascii="Arial" w:hAnsi="Arial" w:cs="Arial"/>
          <w:sz w:val="22"/>
          <w:lang w:val="es-CO"/>
        </w:rPr>
        <w:t>las actas señor Presidente</w:t>
      </w:r>
      <w:r w:rsidR="003D7F06" w:rsidRPr="00BC6830">
        <w:rPr>
          <w:rStyle w:val="TNR21"/>
          <w:rFonts w:ascii="Arial" w:hAnsi="Arial" w:cs="Arial"/>
          <w:sz w:val="22"/>
          <w:lang w:val="es-CO"/>
        </w:rPr>
        <w:t>,</w:t>
      </w:r>
      <w:r w:rsidR="006146DD" w:rsidRPr="00BC6830">
        <w:rPr>
          <w:rStyle w:val="TNR21"/>
          <w:rFonts w:ascii="Arial" w:hAnsi="Arial" w:cs="Arial"/>
          <w:sz w:val="22"/>
          <w:lang w:val="es-CO"/>
        </w:rPr>
        <w:t xml:space="preserve"> entonces se encuentra leído el punto 2 </w:t>
      </w:r>
      <w:r w:rsidR="003D7F06" w:rsidRPr="00BC6830">
        <w:rPr>
          <w:rStyle w:val="TNR21"/>
          <w:rFonts w:ascii="Arial" w:hAnsi="Arial" w:cs="Arial"/>
          <w:sz w:val="22"/>
          <w:lang w:val="es-CO"/>
        </w:rPr>
        <w:t>d</w:t>
      </w:r>
      <w:r w:rsidR="006146DD" w:rsidRPr="00BC6830">
        <w:rPr>
          <w:rStyle w:val="TNR21"/>
          <w:rFonts w:ascii="Arial" w:hAnsi="Arial" w:cs="Arial"/>
          <w:sz w:val="22"/>
          <w:lang w:val="es-CO"/>
        </w:rPr>
        <w:t>el orden del día de la presente ses</w:t>
      </w:r>
      <w:r w:rsidR="003D7F06" w:rsidRPr="00BC6830">
        <w:rPr>
          <w:rStyle w:val="TNR21"/>
          <w:rFonts w:ascii="Arial" w:hAnsi="Arial" w:cs="Arial"/>
          <w:sz w:val="22"/>
          <w:lang w:val="es-CO"/>
        </w:rPr>
        <w:t>ión</w:t>
      </w:r>
      <w:r w:rsidR="006146DD" w:rsidRPr="00BC6830">
        <w:rPr>
          <w:rStyle w:val="TNR21"/>
          <w:rFonts w:ascii="Arial" w:hAnsi="Arial" w:cs="Arial"/>
          <w:sz w:val="22"/>
          <w:lang w:val="es-CO"/>
        </w:rPr>
        <w:t>.</w:t>
      </w:r>
    </w:p>
    <w:p w14:paraId="7DF3B96F" w14:textId="77777777" w:rsidR="003D7F06" w:rsidRPr="00BC6830" w:rsidRDefault="003D7F06" w:rsidP="00667EBF">
      <w:pPr>
        <w:pStyle w:val="Sinespaciado"/>
        <w:jc w:val="both"/>
        <w:rPr>
          <w:rStyle w:val="TNR21"/>
          <w:rFonts w:ascii="Arial" w:hAnsi="Arial" w:cs="Arial"/>
          <w:sz w:val="22"/>
          <w:lang w:val="es-CO"/>
        </w:rPr>
      </w:pPr>
    </w:p>
    <w:p w14:paraId="0A1DD5BB" w14:textId="77777777" w:rsidR="00431610"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3D7F06" w:rsidRPr="00BC6830">
        <w:rPr>
          <w:rStyle w:val="TNR21"/>
          <w:rFonts w:ascii="Arial" w:hAnsi="Arial" w:cs="Arial"/>
          <w:sz w:val="22"/>
          <w:lang w:val="es-CO"/>
        </w:rPr>
        <w:t>E</w:t>
      </w:r>
      <w:r w:rsidR="00CA7476">
        <w:rPr>
          <w:rStyle w:val="TNR21"/>
          <w:rFonts w:ascii="Arial" w:hAnsi="Arial" w:cs="Arial"/>
          <w:sz w:val="22"/>
          <w:lang w:val="es-CO"/>
        </w:rPr>
        <w:t>n consideración</w:t>
      </w:r>
      <w:r w:rsidR="006146DD" w:rsidRPr="00BC6830">
        <w:rPr>
          <w:rStyle w:val="TNR21"/>
          <w:rFonts w:ascii="Arial" w:hAnsi="Arial" w:cs="Arial"/>
          <w:sz w:val="22"/>
          <w:lang w:val="es-CO"/>
        </w:rPr>
        <w:t xml:space="preserve"> las actas leídas anuncio que se abre la discusión</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anuncio que sigue abierta</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se va a cerrar</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se cierra la </w:t>
      </w:r>
      <w:r w:rsidR="00431610" w:rsidRPr="00BC6830">
        <w:rPr>
          <w:rStyle w:val="TNR21"/>
          <w:rFonts w:ascii="Arial" w:hAnsi="Arial" w:cs="Arial"/>
          <w:sz w:val="22"/>
          <w:lang w:val="es-CO"/>
        </w:rPr>
        <w:t>discu</w:t>
      </w:r>
      <w:r w:rsidR="006146DD" w:rsidRPr="00BC6830">
        <w:rPr>
          <w:rStyle w:val="TNR21"/>
          <w:rFonts w:ascii="Arial" w:hAnsi="Arial" w:cs="Arial"/>
          <w:sz w:val="22"/>
          <w:lang w:val="es-CO"/>
        </w:rPr>
        <w:t>sión</w:t>
      </w:r>
      <w:r w:rsidR="00431610" w:rsidRPr="00BC6830">
        <w:rPr>
          <w:rStyle w:val="TNR21"/>
          <w:rFonts w:ascii="Arial" w:hAnsi="Arial" w:cs="Arial"/>
          <w:sz w:val="22"/>
          <w:lang w:val="es-CO"/>
        </w:rPr>
        <w:t>. ¿</w:t>
      </w:r>
      <w:r w:rsidR="00CA7476">
        <w:rPr>
          <w:rStyle w:val="TNR21"/>
          <w:rFonts w:ascii="Arial" w:hAnsi="Arial" w:cs="Arial"/>
          <w:sz w:val="22"/>
          <w:lang w:val="es-CO"/>
        </w:rPr>
        <w:t>A</w:t>
      </w:r>
      <w:r w:rsidR="006146DD" w:rsidRPr="00BC6830">
        <w:rPr>
          <w:rStyle w:val="TNR21"/>
          <w:rFonts w:ascii="Arial" w:hAnsi="Arial" w:cs="Arial"/>
          <w:sz w:val="22"/>
          <w:lang w:val="es-CO"/>
        </w:rPr>
        <w:t xml:space="preserve">prueba las actas leídas con </w:t>
      </w:r>
      <w:r w:rsidR="00431610" w:rsidRPr="00BC6830">
        <w:rPr>
          <w:rStyle w:val="TNR21"/>
          <w:rFonts w:ascii="Arial" w:hAnsi="Arial" w:cs="Arial"/>
          <w:sz w:val="22"/>
          <w:lang w:val="es-CO"/>
        </w:rPr>
        <w:t>las con las constancias?</w:t>
      </w:r>
    </w:p>
    <w:p w14:paraId="359D2AE5" w14:textId="77777777" w:rsidR="00431610" w:rsidRPr="00BC6830" w:rsidRDefault="00431610" w:rsidP="00667EBF">
      <w:pPr>
        <w:pStyle w:val="Sinespaciado"/>
        <w:jc w:val="both"/>
        <w:rPr>
          <w:rStyle w:val="TNR21"/>
          <w:rFonts w:ascii="Arial" w:hAnsi="Arial" w:cs="Arial"/>
          <w:sz w:val="22"/>
          <w:lang w:val="es-CO"/>
        </w:rPr>
      </w:pPr>
    </w:p>
    <w:p w14:paraId="6983635D" w14:textId="77777777" w:rsidR="00431610" w:rsidRPr="00BC6830" w:rsidRDefault="0043161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w:t>
      </w:r>
      <w:r w:rsidR="009D49E0" w:rsidRPr="00BC6830">
        <w:rPr>
          <w:rStyle w:val="TNR21"/>
          <w:rFonts w:ascii="Arial" w:hAnsi="Arial" w:cs="Arial"/>
          <w:b/>
          <w:sz w:val="22"/>
          <w:lang w:val="es-CO"/>
        </w:rPr>
        <w:t>l Secretario</w:t>
      </w:r>
      <w:r w:rsidR="009D49E0" w:rsidRPr="00BC6830">
        <w:rPr>
          <w:rStyle w:val="TNR21"/>
          <w:rFonts w:ascii="Arial" w:hAnsi="Arial" w:cs="Arial"/>
          <w:sz w:val="22"/>
          <w:lang w:val="es-CO"/>
        </w:rPr>
        <w:t>:</w:t>
      </w:r>
      <w:r w:rsidR="006146DD" w:rsidRPr="00BC6830">
        <w:rPr>
          <w:rStyle w:val="TNR21"/>
          <w:rFonts w:ascii="Arial" w:hAnsi="Arial" w:cs="Arial"/>
          <w:sz w:val="22"/>
          <w:lang w:val="es-CO"/>
        </w:rPr>
        <w:t xml:space="preserve">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han sido aprobadas las actas puestas </w:t>
      </w:r>
      <w:r w:rsidR="00CA7476">
        <w:rPr>
          <w:rStyle w:val="TNR21"/>
          <w:rFonts w:ascii="Arial" w:hAnsi="Arial" w:cs="Arial"/>
          <w:sz w:val="22"/>
          <w:lang w:val="es-CO"/>
        </w:rPr>
        <w:t xml:space="preserve">a </w:t>
      </w:r>
      <w:r w:rsidR="006146DD" w:rsidRPr="00BC6830">
        <w:rPr>
          <w:rStyle w:val="TNR21"/>
          <w:rFonts w:ascii="Arial" w:hAnsi="Arial" w:cs="Arial"/>
          <w:sz w:val="22"/>
          <w:lang w:val="es-CO"/>
        </w:rPr>
        <w:t>consideración de esta Comisión</w:t>
      </w:r>
      <w:r w:rsidRPr="00BC6830">
        <w:rPr>
          <w:rStyle w:val="TNR21"/>
          <w:rFonts w:ascii="Arial" w:hAnsi="Arial" w:cs="Arial"/>
          <w:sz w:val="22"/>
          <w:lang w:val="es-CO"/>
        </w:rPr>
        <w:t>,</w:t>
      </w:r>
      <w:r w:rsidR="006146DD" w:rsidRPr="00BC6830">
        <w:rPr>
          <w:rStyle w:val="TNR21"/>
          <w:rFonts w:ascii="Arial" w:hAnsi="Arial" w:cs="Arial"/>
          <w:sz w:val="22"/>
          <w:lang w:val="es-CO"/>
        </w:rPr>
        <w:t xml:space="preserve"> incluyendo las constancias anterior</w:t>
      </w:r>
      <w:r w:rsidRPr="00BC6830">
        <w:rPr>
          <w:rStyle w:val="TNR21"/>
          <w:rFonts w:ascii="Arial" w:hAnsi="Arial" w:cs="Arial"/>
          <w:sz w:val="22"/>
          <w:lang w:val="es-CO"/>
        </w:rPr>
        <w:t>mente leídas</w:t>
      </w:r>
      <w:r w:rsidR="006146DD" w:rsidRPr="00BC6830">
        <w:rPr>
          <w:rStyle w:val="TNR21"/>
          <w:rFonts w:ascii="Arial" w:hAnsi="Arial" w:cs="Arial"/>
          <w:sz w:val="22"/>
          <w:lang w:val="es-CO"/>
        </w:rPr>
        <w:t>.</w:t>
      </w:r>
    </w:p>
    <w:p w14:paraId="7087CE42" w14:textId="77777777" w:rsidR="00431610" w:rsidRPr="00BC6830" w:rsidRDefault="00431610" w:rsidP="00667EBF">
      <w:pPr>
        <w:pStyle w:val="Sinespaciado"/>
        <w:jc w:val="both"/>
        <w:rPr>
          <w:rStyle w:val="TNR21"/>
          <w:rFonts w:ascii="Arial" w:hAnsi="Arial" w:cs="Arial"/>
          <w:sz w:val="22"/>
          <w:lang w:val="es-CO"/>
        </w:rPr>
      </w:pPr>
    </w:p>
    <w:p w14:paraId="2500B443" w14:textId="77777777" w:rsidR="00431610"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431610" w:rsidRPr="00BC6830">
        <w:rPr>
          <w:rStyle w:val="TNR21"/>
          <w:rFonts w:ascii="Arial" w:hAnsi="Arial" w:cs="Arial"/>
          <w:sz w:val="22"/>
          <w:lang w:val="es-CO"/>
        </w:rPr>
        <w:t xml:space="preserve"> S</w:t>
      </w:r>
      <w:r w:rsidR="006146DD" w:rsidRPr="00BC6830">
        <w:rPr>
          <w:rStyle w:val="TNR21"/>
          <w:rFonts w:ascii="Arial" w:hAnsi="Arial" w:cs="Arial"/>
          <w:sz w:val="22"/>
          <w:lang w:val="es-CO"/>
        </w:rPr>
        <w:t>iguiente punto del orden del día señor Secretario</w:t>
      </w:r>
      <w:r w:rsidR="00431610" w:rsidRPr="00BC6830">
        <w:rPr>
          <w:rStyle w:val="TNR21"/>
          <w:rFonts w:ascii="Arial" w:hAnsi="Arial" w:cs="Arial"/>
          <w:sz w:val="22"/>
          <w:lang w:val="es-CO"/>
        </w:rPr>
        <w:t>.</w:t>
      </w:r>
    </w:p>
    <w:p w14:paraId="2710329A" w14:textId="77777777" w:rsidR="00431610" w:rsidRPr="00BC6830" w:rsidRDefault="00431610" w:rsidP="00667EBF">
      <w:pPr>
        <w:pStyle w:val="Sinespaciado"/>
        <w:jc w:val="both"/>
        <w:rPr>
          <w:rStyle w:val="TNR21"/>
          <w:rFonts w:ascii="Arial" w:hAnsi="Arial" w:cs="Arial"/>
          <w:sz w:val="22"/>
          <w:lang w:val="es-CO"/>
        </w:rPr>
      </w:pPr>
    </w:p>
    <w:p w14:paraId="337203A1" w14:textId="77777777" w:rsidR="00431610"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Secretario</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431610" w:rsidRPr="00BC6830">
        <w:rPr>
          <w:rStyle w:val="TNR21"/>
          <w:rFonts w:ascii="Arial" w:hAnsi="Arial" w:cs="Arial"/>
          <w:sz w:val="22"/>
          <w:lang w:val="es-CO"/>
        </w:rPr>
        <w:t>T</w:t>
      </w:r>
      <w:r w:rsidR="006146DD" w:rsidRPr="00BC6830">
        <w:rPr>
          <w:rStyle w:val="TNR21"/>
          <w:rFonts w:ascii="Arial" w:hAnsi="Arial" w:cs="Arial"/>
          <w:sz w:val="22"/>
          <w:lang w:val="es-CO"/>
        </w:rPr>
        <w:t>ercer punto del orden del día</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discusión y votación de </w:t>
      </w:r>
      <w:r w:rsidR="00841B08">
        <w:rPr>
          <w:rStyle w:val="TNR21"/>
          <w:rFonts w:ascii="Arial" w:hAnsi="Arial" w:cs="Arial"/>
          <w:sz w:val="22"/>
          <w:lang w:val="es-CO"/>
        </w:rPr>
        <w:t>proyecto</w:t>
      </w:r>
      <w:r w:rsidR="006146DD" w:rsidRPr="00BC6830">
        <w:rPr>
          <w:rStyle w:val="TNR21"/>
          <w:rFonts w:ascii="Arial" w:hAnsi="Arial" w:cs="Arial"/>
          <w:sz w:val="22"/>
          <w:lang w:val="es-CO"/>
        </w:rPr>
        <w:t>s de ley</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Presidente el orden de los </w:t>
      </w:r>
      <w:r w:rsidR="00841B08">
        <w:rPr>
          <w:rStyle w:val="TNR21"/>
          <w:rFonts w:ascii="Arial" w:hAnsi="Arial" w:cs="Arial"/>
          <w:sz w:val="22"/>
          <w:lang w:val="es-CO"/>
        </w:rPr>
        <w:t>proyecto</w:t>
      </w:r>
      <w:r w:rsidR="006146DD" w:rsidRPr="00BC6830">
        <w:rPr>
          <w:rStyle w:val="TNR21"/>
          <w:rFonts w:ascii="Arial" w:hAnsi="Arial" w:cs="Arial"/>
          <w:sz w:val="22"/>
          <w:lang w:val="es-CO"/>
        </w:rPr>
        <w:t>s que están contemplados en el presente orden del día es el siguiente</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primero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número 013 de 2022 Cámara</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perdón 113 de 2022 Cámara tiene solicitud de aplazamiento</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número 124 de 2022 Cámara</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también tiene solicitud de aplazamiento</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siguiente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es el número</w:t>
      </w:r>
      <w:r w:rsidR="00431610" w:rsidRPr="00BC6830">
        <w:rPr>
          <w:rStyle w:val="TNR21"/>
          <w:rFonts w:ascii="Arial" w:hAnsi="Arial" w:cs="Arial"/>
          <w:sz w:val="22"/>
          <w:lang w:val="es-CO"/>
        </w:rPr>
        <w:t xml:space="preserve"> </w:t>
      </w:r>
      <w:r w:rsidR="006146DD" w:rsidRPr="00BC6830">
        <w:rPr>
          <w:rStyle w:val="TNR21"/>
          <w:rFonts w:ascii="Arial" w:hAnsi="Arial" w:cs="Arial"/>
          <w:sz w:val="22"/>
          <w:lang w:val="es-CO"/>
        </w:rPr>
        <w:t>086 de 20</w:t>
      </w:r>
      <w:r w:rsidR="00CA7476">
        <w:rPr>
          <w:rStyle w:val="TNR21"/>
          <w:rFonts w:ascii="Arial" w:hAnsi="Arial" w:cs="Arial"/>
          <w:sz w:val="22"/>
          <w:lang w:val="es-CO"/>
        </w:rPr>
        <w:t>2</w:t>
      </w:r>
      <w:r w:rsidR="006146DD" w:rsidRPr="00BC6830">
        <w:rPr>
          <w:rStyle w:val="TNR21"/>
          <w:rFonts w:ascii="Arial" w:hAnsi="Arial" w:cs="Arial"/>
          <w:sz w:val="22"/>
          <w:lang w:val="es-CO"/>
        </w:rPr>
        <w:t>2 Cámara que también presenta solicitud de aplazamiento</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y cuarto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para este orden del día es el 059 de 2022 Cámara que también presenta solicitud de aplazamiento</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quinto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es el 107 de 2022 Cámara</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de igual manera </w:t>
      </w:r>
      <w:r w:rsidR="00431610" w:rsidRPr="00BC6830">
        <w:rPr>
          <w:rStyle w:val="TNR21"/>
          <w:rFonts w:ascii="Arial" w:hAnsi="Arial" w:cs="Arial"/>
          <w:sz w:val="22"/>
          <w:lang w:val="es-CO"/>
        </w:rPr>
        <w:t>p</w:t>
      </w:r>
      <w:r w:rsidR="006146DD" w:rsidRPr="00BC6830">
        <w:rPr>
          <w:rStyle w:val="TNR21"/>
          <w:rFonts w:ascii="Arial" w:hAnsi="Arial" w:cs="Arial"/>
          <w:sz w:val="22"/>
          <w:lang w:val="es-CO"/>
        </w:rPr>
        <w:t>resenta solicitud de aplazamiento</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siguiente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es el 074 de 2022 Cámara</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que no presenta aplazamiento</w:t>
      </w:r>
      <w:r w:rsidR="00CA7476">
        <w:rPr>
          <w:rStyle w:val="TNR21"/>
          <w:rFonts w:ascii="Arial" w:hAnsi="Arial" w:cs="Arial"/>
          <w:sz w:val="22"/>
          <w:lang w:val="es-CO"/>
        </w:rPr>
        <w:t>,</w:t>
      </w:r>
      <w:r w:rsidR="006146DD" w:rsidRPr="00BC6830">
        <w:rPr>
          <w:rStyle w:val="TNR21"/>
          <w:rFonts w:ascii="Arial" w:hAnsi="Arial" w:cs="Arial"/>
          <w:sz w:val="22"/>
          <w:lang w:val="es-CO"/>
        </w:rPr>
        <w:t xml:space="preserve"> entonces Presidente podríamos entrar a iniciar con este </w:t>
      </w:r>
      <w:r w:rsidR="00841B08">
        <w:rPr>
          <w:rStyle w:val="TNR21"/>
          <w:rFonts w:ascii="Arial" w:hAnsi="Arial" w:cs="Arial"/>
          <w:sz w:val="22"/>
          <w:lang w:val="es-CO"/>
        </w:rPr>
        <w:t>Proyecto</w:t>
      </w:r>
      <w:r w:rsidR="00431610" w:rsidRPr="00BC6830">
        <w:rPr>
          <w:rStyle w:val="TNR21"/>
          <w:rFonts w:ascii="Arial" w:hAnsi="Arial" w:cs="Arial"/>
          <w:sz w:val="22"/>
          <w:lang w:val="es-CO"/>
        </w:rPr>
        <w:t>, 074 de 2022</w:t>
      </w:r>
      <w:r w:rsidR="006146DD" w:rsidRPr="00BC6830">
        <w:rPr>
          <w:rStyle w:val="TNR21"/>
          <w:rFonts w:ascii="Arial" w:hAnsi="Arial" w:cs="Arial"/>
          <w:sz w:val="22"/>
          <w:lang w:val="es-CO"/>
        </w:rPr>
        <w:t>.</w:t>
      </w:r>
    </w:p>
    <w:p w14:paraId="38020E7B" w14:textId="77777777" w:rsidR="00431610" w:rsidRPr="00BC6830" w:rsidRDefault="00431610" w:rsidP="00667EBF">
      <w:pPr>
        <w:pStyle w:val="Sinespaciado"/>
        <w:jc w:val="both"/>
        <w:rPr>
          <w:rStyle w:val="TNR21"/>
          <w:rFonts w:ascii="Arial" w:hAnsi="Arial" w:cs="Arial"/>
          <w:sz w:val="22"/>
          <w:lang w:val="es-CO"/>
        </w:rPr>
      </w:pPr>
    </w:p>
    <w:p w14:paraId="41F25A1A" w14:textId="77777777" w:rsidR="00431610" w:rsidRPr="00BC6830" w:rsidRDefault="0043161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 xml:space="preserve">El </w:t>
      </w:r>
      <w:r w:rsidR="006146DD" w:rsidRPr="00BC6830">
        <w:rPr>
          <w:rStyle w:val="TNR21"/>
          <w:rFonts w:ascii="Arial" w:hAnsi="Arial" w:cs="Arial"/>
          <w:b/>
          <w:sz w:val="22"/>
          <w:lang w:val="es-CO"/>
        </w:rPr>
        <w:t>President</w:t>
      </w:r>
      <w:r w:rsidRPr="00BC6830">
        <w:rPr>
          <w:rStyle w:val="TNR21"/>
          <w:rFonts w:ascii="Arial" w:hAnsi="Arial" w:cs="Arial"/>
          <w:b/>
          <w:sz w:val="22"/>
          <w:lang w:val="es-CO"/>
        </w:rPr>
        <w:t>e</w:t>
      </w:r>
      <w:r w:rsidR="006146DD" w:rsidRPr="00BC6830">
        <w:rPr>
          <w:rStyle w:val="TNR21"/>
          <w:rFonts w:ascii="Arial" w:hAnsi="Arial" w:cs="Arial"/>
          <w:sz w:val="22"/>
          <w:lang w:val="es-CO"/>
        </w:rPr>
        <w:t xml:space="preserve">: </w:t>
      </w:r>
      <w:r w:rsidRPr="00BC6830">
        <w:rPr>
          <w:rStyle w:val="TNR21"/>
          <w:rFonts w:ascii="Arial" w:hAnsi="Arial" w:cs="Arial"/>
          <w:sz w:val="22"/>
          <w:lang w:val="es-CO"/>
        </w:rPr>
        <w:t>S</w:t>
      </w:r>
      <w:r w:rsidR="006146DD" w:rsidRPr="00BC6830">
        <w:rPr>
          <w:rStyle w:val="TNR21"/>
          <w:rFonts w:ascii="Arial" w:hAnsi="Arial" w:cs="Arial"/>
          <w:sz w:val="22"/>
          <w:lang w:val="es-CO"/>
        </w:rPr>
        <w:t xml:space="preserve">eñor Secretario por favor leamos las solicitudes de aplazamiento de todos los </w:t>
      </w:r>
      <w:r w:rsidR="00841B08">
        <w:rPr>
          <w:rStyle w:val="TNR21"/>
          <w:rFonts w:ascii="Arial" w:hAnsi="Arial" w:cs="Arial"/>
          <w:sz w:val="22"/>
          <w:lang w:val="es-CO"/>
        </w:rPr>
        <w:t>proyecto</w:t>
      </w:r>
      <w:r w:rsidR="006146DD" w:rsidRPr="00BC6830">
        <w:rPr>
          <w:rStyle w:val="TNR21"/>
          <w:rFonts w:ascii="Arial" w:hAnsi="Arial" w:cs="Arial"/>
          <w:sz w:val="22"/>
          <w:lang w:val="es-CO"/>
        </w:rPr>
        <w:t>s para poder ser vot</w:t>
      </w:r>
      <w:r w:rsidRPr="00BC6830">
        <w:rPr>
          <w:rStyle w:val="TNR21"/>
          <w:rFonts w:ascii="Arial" w:hAnsi="Arial" w:cs="Arial"/>
          <w:sz w:val="22"/>
          <w:lang w:val="es-CO"/>
        </w:rPr>
        <w:t>adas por la Comisión</w:t>
      </w:r>
      <w:r w:rsidR="00CA7476">
        <w:rPr>
          <w:rStyle w:val="TNR21"/>
          <w:rFonts w:ascii="Arial" w:hAnsi="Arial" w:cs="Arial"/>
          <w:sz w:val="22"/>
          <w:lang w:val="es-CO"/>
        </w:rPr>
        <w:t>,</w:t>
      </w:r>
      <w:r w:rsidRPr="00BC6830">
        <w:rPr>
          <w:rStyle w:val="TNR21"/>
          <w:rFonts w:ascii="Arial" w:hAnsi="Arial" w:cs="Arial"/>
          <w:sz w:val="22"/>
          <w:lang w:val="es-CO"/>
        </w:rPr>
        <w:t xml:space="preserve"> por favor</w:t>
      </w:r>
      <w:r w:rsidR="006146DD" w:rsidRPr="00BC6830">
        <w:rPr>
          <w:rStyle w:val="TNR21"/>
          <w:rFonts w:ascii="Arial" w:hAnsi="Arial" w:cs="Arial"/>
          <w:sz w:val="22"/>
          <w:lang w:val="es-CO"/>
        </w:rPr>
        <w:t>.</w:t>
      </w:r>
    </w:p>
    <w:p w14:paraId="097773FC" w14:textId="77777777" w:rsidR="00431610" w:rsidRPr="00BC6830" w:rsidRDefault="00431610" w:rsidP="00667EBF">
      <w:pPr>
        <w:pStyle w:val="Sinespaciado"/>
        <w:jc w:val="both"/>
        <w:rPr>
          <w:rStyle w:val="TNR21"/>
          <w:rFonts w:ascii="Arial" w:hAnsi="Arial" w:cs="Arial"/>
          <w:sz w:val="22"/>
          <w:lang w:val="es-CO"/>
        </w:rPr>
      </w:pPr>
    </w:p>
    <w:p w14:paraId="46A94A89" w14:textId="77777777" w:rsidR="00431610" w:rsidRPr="00BC6830" w:rsidRDefault="009D49E0" w:rsidP="00667EBF">
      <w:pPr>
        <w:pStyle w:val="Sinespaciado"/>
        <w:jc w:val="both"/>
        <w:rPr>
          <w:rStyle w:val="TNR21"/>
          <w:rFonts w:ascii="Arial" w:hAnsi="Arial" w:cs="Arial"/>
          <w:sz w:val="22"/>
          <w:lang w:val="es-CO"/>
        </w:rPr>
      </w:pPr>
      <w:r w:rsidRPr="00B03E74">
        <w:rPr>
          <w:rStyle w:val="TNR21"/>
          <w:rFonts w:ascii="Arial" w:hAnsi="Arial" w:cs="Arial"/>
          <w:b/>
          <w:sz w:val="22"/>
          <w:lang w:val="es-CO"/>
        </w:rPr>
        <w:t>El Secretario</w:t>
      </w:r>
      <w:r w:rsidRPr="00B03E74">
        <w:rPr>
          <w:rStyle w:val="TNR21"/>
          <w:rFonts w:ascii="Arial" w:hAnsi="Arial" w:cs="Arial"/>
          <w:sz w:val="22"/>
          <w:lang w:val="es-CO"/>
        </w:rPr>
        <w:t>:</w:t>
      </w:r>
      <w:r w:rsidR="006146DD" w:rsidRPr="00B03E74">
        <w:rPr>
          <w:rStyle w:val="TNR21"/>
          <w:rFonts w:ascii="Arial" w:hAnsi="Arial" w:cs="Arial"/>
          <w:sz w:val="22"/>
          <w:lang w:val="es-CO"/>
        </w:rPr>
        <w:t xml:space="preserve"> </w:t>
      </w:r>
      <w:r w:rsidR="00431610" w:rsidRPr="00B03E74">
        <w:rPr>
          <w:rStyle w:val="TNR21"/>
          <w:rFonts w:ascii="Arial" w:hAnsi="Arial" w:cs="Arial"/>
          <w:sz w:val="22"/>
          <w:lang w:val="es-CO"/>
        </w:rPr>
        <w:t>L</w:t>
      </w:r>
      <w:r w:rsidR="006146DD" w:rsidRPr="00B03E74">
        <w:rPr>
          <w:rStyle w:val="TNR21"/>
          <w:rFonts w:ascii="Arial" w:hAnsi="Arial" w:cs="Arial"/>
          <w:sz w:val="22"/>
          <w:lang w:val="es-CO"/>
        </w:rPr>
        <w:t>as solicitudes de aplazamiento radicadas</w:t>
      </w:r>
      <w:r w:rsidR="006146DD" w:rsidRPr="00BC6830">
        <w:rPr>
          <w:rStyle w:val="TNR21"/>
          <w:rFonts w:ascii="Arial" w:hAnsi="Arial" w:cs="Arial"/>
          <w:sz w:val="22"/>
          <w:lang w:val="es-CO"/>
        </w:rPr>
        <w:t xml:space="preserve"> en esta Secretaría son las siguientes, solicitud de aplazamiento del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113 de 2022 Cámara</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radicada por el Representante Agmeth José Escaf Tijerino</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solicitud de aplazamiento del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w:t>
      </w:r>
      <w:r w:rsidR="00431610" w:rsidRPr="00BC6830">
        <w:rPr>
          <w:rStyle w:val="TNR21"/>
          <w:rFonts w:ascii="Arial" w:hAnsi="Arial" w:cs="Arial"/>
          <w:sz w:val="22"/>
          <w:lang w:val="es-CO"/>
        </w:rPr>
        <w:t xml:space="preserve"> ley</w:t>
      </w:r>
      <w:r w:rsidR="006146DD" w:rsidRPr="00BC6830">
        <w:rPr>
          <w:rStyle w:val="TNR21"/>
          <w:rFonts w:ascii="Arial" w:hAnsi="Arial" w:cs="Arial"/>
          <w:sz w:val="22"/>
          <w:lang w:val="es-CO"/>
        </w:rPr>
        <w:t xml:space="preserve"> 124 de 2022 Cámara solicitada por el Representante Germán Rogelio Rozo Anís</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solicitud de aplazamiento del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086 de 2022 Cámara</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solicitado por la Representante María Fernanda Carrascal</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solicitud de aplazamiento de los </w:t>
      </w:r>
      <w:r w:rsidR="00841B08">
        <w:rPr>
          <w:rStyle w:val="TNR21"/>
          <w:rFonts w:ascii="Arial" w:hAnsi="Arial" w:cs="Arial"/>
          <w:sz w:val="22"/>
          <w:lang w:val="es-CO"/>
        </w:rPr>
        <w:t>Proyecto</w:t>
      </w:r>
      <w:r w:rsidR="006146DD" w:rsidRPr="00BC6830">
        <w:rPr>
          <w:rStyle w:val="TNR21"/>
          <w:rFonts w:ascii="Arial" w:hAnsi="Arial" w:cs="Arial"/>
          <w:sz w:val="22"/>
          <w:lang w:val="es-CO"/>
        </w:rPr>
        <w:t>s de ley número 266 de 2022 Cámara</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195 de 2022 Cámara y 281 de 2022 Cámara</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solicitados por la Representante María Fernanda Carrascal</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solicitud de aplazamiento del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107 solicitado por el Representante Juan Camilo Londoño Barrera</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solicitud de aplazamiento del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252 de 2022 Cámara</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suscrito por el Representante Jorge Alexander Quevedo</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solicitud </w:t>
      </w:r>
      <w:r w:rsidR="00E804B5">
        <w:rPr>
          <w:rStyle w:val="TNR21"/>
          <w:rFonts w:ascii="Arial" w:hAnsi="Arial" w:cs="Arial"/>
          <w:sz w:val="22"/>
          <w:lang w:val="es-CO"/>
        </w:rPr>
        <w:t xml:space="preserve">de </w:t>
      </w:r>
      <w:r w:rsidR="006146DD" w:rsidRPr="00BC6830">
        <w:rPr>
          <w:rStyle w:val="TNR21"/>
          <w:rFonts w:ascii="Arial" w:hAnsi="Arial" w:cs="Arial"/>
          <w:sz w:val="22"/>
          <w:lang w:val="es-CO"/>
        </w:rPr>
        <w:t xml:space="preserve">aplazamiento del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078 de 2022 Cámara</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solicitado </w:t>
      </w:r>
      <w:r w:rsidR="006146DD" w:rsidRPr="00BC6830">
        <w:rPr>
          <w:rStyle w:val="TNR21"/>
          <w:rFonts w:ascii="Arial" w:hAnsi="Arial" w:cs="Arial"/>
          <w:sz w:val="22"/>
          <w:lang w:val="es-CO"/>
        </w:rPr>
        <w:lastRenderedPageBreak/>
        <w:t>por el Representante Alfredo Mondragón Garzón y la Representante Leider Alexandra Vásquez Ochoa</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solicitud de aplazamiento del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259 </w:t>
      </w:r>
      <w:r w:rsidR="00431610" w:rsidRPr="00BC6830">
        <w:rPr>
          <w:rStyle w:val="TNR21"/>
          <w:rFonts w:ascii="Arial" w:hAnsi="Arial" w:cs="Arial"/>
          <w:sz w:val="22"/>
          <w:lang w:val="es-CO"/>
        </w:rPr>
        <w:t xml:space="preserve">de </w:t>
      </w:r>
      <w:r w:rsidR="006146DD" w:rsidRPr="00BC6830">
        <w:rPr>
          <w:rStyle w:val="TNR21"/>
          <w:rFonts w:ascii="Arial" w:hAnsi="Arial" w:cs="Arial"/>
          <w:sz w:val="22"/>
          <w:lang w:val="es-CO"/>
        </w:rPr>
        <w:t>2022 Cámara</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presentado por la Representante María Fernanda Carrascal y la Representante Leider Alexandra Vásquez Ochoa</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solicitud de aplazamiento del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191 de 2022 Cámara</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presentado por el Representante Jorge Alexander Quevedo Herrera</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solicitud de aplazamiento </w:t>
      </w:r>
      <w:r w:rsidR="00431610" w:rsidRPr="00BC6830">
        <w:rPr>
          <w:rStyle w:val="TNR21"/>
          <w:rFonts w:ascii="Arial" w:hAnsi="Arial" w:cs="Arial"/>
          <w:sz w:val="22"/>
          <w:lang w:val="es-CO"/>
        </w:rPr>
        <w:t>d</w:t>
      </w:r>
      <w:r w:rsidR="006146DD" w:rsidRPr="00BC6830">
        <w:rPr>
          <w:rStyle w:val="TNR21"/>
          <w:rFonts w:ascii="Arial" w:hAnsi="Arial" w:cs="Arial"/>
          <w:sz w:val="22"/>
          <w:lang w:val="es-CO"/>
        </w:rPr>
        <w:t xml:space="preserve">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059 de 2022 Cámara presentado por los Representantes Betsy Pérez Arango</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Héctor David </w:t>
      </w:r>
      <w:r w:rsidR="00E804B5">
        <w:rPr>
          <w:rStyle w:val="TNR21"/>
          <w:rFonts w:ascii="Arial" w:hAnsi="Arial" w:cs="Arial"/>
          <w:sz w:val="22"/>
          <w:lang w:val="es-CO"/>
        </w:rPr>
        <w:t xml:space="preserve">Chaparro, </w:t>
      </w:r>
      <w:r w:rsidR="006146DD" w:rsidRPr="00BC6830">
        <w:rPr>
          <w:rStyle w:val="TNR21"/>
          <w:rFonts w:ascii="Arial" w:hAnsi="Arial" w:cs="Arial"/>
          <w:sz w:val="22"/>
          <w:lang w:val="es-CO"/>
        </w:rPr>
        <w:t>Jairo Humberto Cristo</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Jorge Alexander Quevedo y Gerardo Yepes Caro</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solicitud de aplazamiento del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046 de 2022 Cámara</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presentado por el Representante Germán José Gómez López y el Representante Juan Carlos Vargas Soler</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solicitud de aplazamiento del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253 de 2022 Cámara</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presentado por el Representante Jairo Humberto Cristo Correa y el último es la solicitud de aplazamiento del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080 de 2022 Cámara presentado por la Representante Leider Alexandra Vásquez Ochoa y el Representante Héctor David Chaparro Chaparro</w:t>
      </w:r>
      <w:r w:rsidR="00431610"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431610" w:rsidRPr="00BC6830">
        <w:rPr>
          <w:rStyle w:val="TNR21"/>
          <w:rFonts w:ascii="Arial" w:hAnsi="Arial" w:cs="Arial"/>
          <w:sz w:val="22"/>
          <w:lang w:val="es-CO"/>
        </w:rPr>
        <w:t>E</w:t>
      </w:r>
      <w:r w:rsidR="006146DD" w:rsidRPr="00BC6830">
        <w:rPr>
          <w:rStyle w:val="TNR21"/>
          <w:rFonts w:ascii="Arial" w:hAnsi="Arial" w:cs="Arial"/>
          <w:sz w:val="22"/>
          <w:lang w:val="es-CO"/>
        </w:rPr>
        <w:t>s</w:t>
      </w:r>
      <w:r w:rsidR="00431610" w:rsidRPr="00BC6830">
        <w:rPr>
          <w:rStyle w:val="TNR21"/>
          <w:rFonts w:ascii="Arial" w:hAnsi="Arial" w:cs="Arial"/>
          <w:sz w:val="22"/>
          <w:lang w:val="es-CO"/>
        </w:rPr>
        <w:t>a</w:t>
      </w:r>
      <w:r w:rsidR="006146DD" w:rsidRPr="00BC6830">
        <w:rPr>
          <w:rStyle w:val="TNR21"/>
          <w:rFonts w:ascii="Arial" w:hAnsi="Arial" w:cs="Arial"/>
          <w:sz w:val="22"/>
          <w:lang w:val="es-CO"/>
        </w:rPr>
        <w:t>s son las solicitudes de aplazamiento presentadas y radicadas en Secretaría señor Pres</w:t>
      </w:r>
      <w:r w:rsidR="00431610" w:rsidRPr="00BC6830">
        <w:rPr>
          <w:rStyle w:val="TNR21"/>
          <w:rFonts w:ascii="Arial" w:hAnsi="Arial" w:cs="Arial"/>
          <w:sz w:val="22"/>
          <w:lang w:val="es-CO"/>
        </w:rPr>
        <w:t>idente</w:t>
      </w:r>
      <w:r w:rsidR="006146DD" w:rsidRPr="00BC6830">
        <w:rPr>
          <w:rStyle w:val="TNR21"/>
          <w:rFonts w:ascii="Arial" w:hAnsi="Arial" w:cs="Arial"/>
          <w:sz w:val="22"/>
          <w:lang w:val="es-CO"/>
        </w:rPr>
        <w:t>.</w:t>
      </w:r>
    </w:p>
    <w:p w14:paraId="679D4841" w14:textId="77777777" w:rsidR="00431610" w:rsidRPr="00BC6830" w:rsidRDefault="00431610" w:rsidP="00667EBF">
      <w:pPr>
        <w:pStyle w:val="Sinespaciado"/>
        <w:jc w:val="both"/>
        <w:rPr>
          <w:rStyle w:val="TNR21"/>
          <w:rFonts w:ascii="Arial" w:hAnsi="Arial" w:cs="Arial"/>
          <w:sz w:val="22"/>
          <w:lang w:val="es-CO"/>
        </w:rPr>
      </w:pPr>
    </w:p>
    <w:p w14:paraId="17E9C154" w14:textId="77777777" w:rsidR="003D4754"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3D4754" w:rsidRPr="00BC6830">
        <w:rPr>
          <w:rStyle w:val="TNR21"/>
          <w:rFonts w:ascii="Arial" w:hAnsi="Arial" w:cs="Arial"/>
          <w:sz w:val="22"/>
          <w:lang w:val="es-CO"/>
        </w:rPr>
        <w:t>M</w:t>
      </w:r>
      <w:r w:rsidR="006146DD" w:rsidRPr="00BC6830">
        <w:rPr>
          <w:rStyle w:val="TNR21"/>
          <w:rFonts w:ascii="Arial" w:hAnsi="Arial" w:cs="Arial"/>
          <w:sz w:val="22"/>
          <w:lang w:val="es-CO"/>
        </w:rPr>
        <w:t>uchas gracias Secretario</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vamos a someter a aprobación o aceptación de los aplazamientos leídos</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anuncio que se abre la discusión</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anuncio que sigue abierta</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anuncio que se va a cerrar</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queda cerrada </w:t>
      </w:r>
      <w:r w:rsidR="003D4754" w:rsidRPr="00BC6830">
        <w:rPr>
          <w:rStyle w:val="TNR21"/>
          <w:rFonts w:ascii="Arial" w:hAnsi="Arial" w:cs="Arial"/>
          <w:sz w:val="22"/>
          <w:lang w:val="es-CO"/>
        </w:rPr>
        <w:t>¿</w:t>
      </w:r>
      <w:r w:rsidR="00E804B5">
        <w:rPr>
          <w:rStyle w:val="TNR21"/>
          <w:rFonts w:ascii="Arial" w:hAnsi="Arial" w:cs="Arial"/>
          <w:sz w:val="22"/>
          <w:lang w:val="es-CO"/>
        </w:rPr>
        <w:t>A</w:t>
      </w:r>
      <w:r w:rsidR="006146DD" w:rsidRPr="00BC6830">
        <w:rPr>
          <w:rStyle w:val="TNR21"/>
          <w:rFonts w:ascii="Arial" w:hAnsi="Arial" w:cs="Arial"/>
          <w:sz w:val="22"/>
          <w:lang w:val="es-CO"/>
        </w:rPr>
        <w:t>prueba la Comisión Séptima los aplazamientos leídos</w:t>
      </w:r>
      <w:r w:rsidR="003D4754" w:rsidRPr="00BC6830">
        <w:rPr>
          <w:rStyle w:val="TNR21"/>
          <w:rFonts w:ascii="Arial" w:hAnsi="Arial" w:cs="Arial"/>
          <w:sz w:val="22"/>
          <w:lang w:val="es-CO"/>
        </w:rPr>
        <w:t>?</w:t>
      </w:r>
    </w:p>
    <w:p w14:paraId="7DAA7393" w14:textId="77777777" w:rsidR="003D4754" w:rsidRPr="00BC6830" w:rsidRDefault="003D4754" w:rsidP="00667EBF">
      <w:pPr>
        <w:pStyle w:val="Sinespaciado"/>
        <w:jc w:val="both"/>
        <w:rPr>
          <w:rStyle w:val="TNR21"/>
          <w:rFonts w:ascii="Arial" w:hAnsi="Arial" w:cs="Arial"/>
          <w:sz w:val="22"/>
          <w:lang w:val="es-CO"/>
        </w:rPr>
      </w:pPr>
    </w:p>
    <w:p w14:paraId="0F20DA39" w14:textId="77777777" w:rsidR="003D4754"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Secretario</w:t>
      </w:r>
      <w:r w:rsidRPr="00BC6830">
        <w:rPr>
          <w:rStyle w:val="TNR21"/>
          <w:rFonts w:ascii="Arial" w:hAnsi="Arial" w:cs="Arial"/>
          <w:sz w:val="22"/>
          <w:lang w:val="es-CO"/>
        </w:rPr>
        <w:t>:</w:t>
      </w:r>
      <w:r w:rsidR="006146DD" w:rsidRPr="00BC6830">
        <w:rPr>
          <w:rStyle w:val="TNR21"/>
          <w:rFonts w:ascii="Arial" w:hAnsi="Arial" w:cs="Arial"/>
          <w:sz w:val="22"/>
          <w:lang w:val="es-CO"/>
        </w:rPr>
        <w:t xml:space="preserve"> Presidente han sido aprobados por la Comisión los aplazamientos presentados y radi</w:t>
      </w:r>
      <w:r w:rsidR="003D4754" w:rsidRPr="00BC6830">
        <w:rPr>
          <w:rStyle w:val="TNR21"/>
          <w:rFonts w:ascii="Arial" w:hAnsi="Arial" w:cs="Arial"/>
          <w:sz w:val="22"/>
          <w:lang w:val="es-CO"/>
        </w:rPr>
        <w:t>cados en Secretaría</w:t>
      </w:r>
      <w:r w:rsidR="006146DD" w:rsidRPr="00BC6830">
        <w:rPr>
          <w:rStyle w:val="TNR21"/>
          <w:rFonts w:ascii="Arial" w:hAnsi="Arial" w:cs="Arial"/>
          <w:sz w:val="22"/>
          <w:lang w:val="es-CO"/>
        </w:rPr>
        <w:t>.</w:t>
      </w:r>
    </w:p>
    <w:p w14:paraId="7A606E15" w14:textId="77777777" w:rsidR="003D4754" w:rsidRPr="00BC6830" w:rsidRDefault="003D4754" w:rsidP="00667EBF">
      <w:pPr>
        <w:pStyle w:val="Sinespaciado"/>
        <w:jc w:val="both"/>
        <w:rPr>
          <w:rStyle w:val="TNR21"/>
          <w:rFonts w:ascii="Arial" w:hAnsi="Arial" w:cs="Arial"/>
          <w:sz w:val="22"/>
          <w:lang w:val="es-CO"/>
        </w:rPr>
      </w:pPr>
    </w:p>
    <w:p w14:paraId="606C105E" w14:textId="77777777" w:rsidR="003D4754"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3D4754" w:rsidRPr="00BC6830">
        <w:rPr>
          <w:rStyle w:val="TNR21"/>
          <w:rFonts w:ascii="Arial" w:hAnsi="Arial" w:cs="Arial"/>
          <w:sz w:val="22"/>
          <w:lang w:val="es-CO"/>
        </w:rPr>
        <w:t>M</w:t>
      </w:r>
      <w:r w:rsidR="006146DD" w:rsidRPr="00BC6830">
        <w:rPr>
          <w:rStyle w:val="TNR21"/>
          <w:rFonts w:ascii="Arial" w:hAnsi="Arial" w:cs="Arial"/>
          <w:sz w:val="22"/>
          <w:lang w:val="es-CO"/>
        </w:rPr>
        <w:t>uchas gracias Secretario</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continuemos entonces con el primer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que se encuentra en </w:t>
      </w:r>
      <w:r w:rsidR="003D4754" w:rsidRPr="00BC6830">
        <w:rPr>
          <w:rStyle w:val="TNR21"/>
          <w:rFonts w:ascii="Arial" w:hAnsi="Arial" w:cs="Arial"/>
          <w:sz w:val="22"/>
          <w:lang w:val="es-CO"/>
        </w:rPr>
        <w:t>el orden del día</w:t>
      </w:r>
      <w:r w:rsidR="006146DD" w:rsidRPr="00BC6830">
        <w:rPr>
          <w:rStyle w:val="TNR21"/>
          <w:rFonts w:ascii="Arial" w:hAnsi="Arial" w:cs="Arial"/>
          <w:sz w:val="22"/>
          <w:lang w:val="es-CO"/>
        </w:rPr>
        <w:t>.</w:t>
      </w:r>
    </w:p>
    <w:p w14:paraId="2CBCBFFD" w14:textId="77777777" w:rsidR="003D4754" w:rsidRPr="00BC6830" w:rsidRDefault="003D4754" w:rsidP="00667EBF">
      <w:pPr>
        <w:pStyle w:val="Sinespaciado"/>
        <w:jc w:val="both"/>
        <w:rPr>
          <w:rStyle w:val="TNR21"/>
          <w:rFonts w:ascii="Arial" w:hAnsi="Arial" w:cs="Arial"/>
          <w:sz w:val="22"/>
          <w:lang w:val="es-CO"/>
        </w:rPr>
      </w:pPr>
    </w:p>
    <w:p w14:paraId="601E1E95" w14:textId="77777777" w:rsidR="003D4754"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Secretario</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3D4754" w:rsidRPr="00BC6830">
        <w:rPr>
          <w:rStyle w:val="TNR21"/>
          <w:rFonts w:ascii="Arial" w:hAnsi="Arial" w:cs="Arial"/>
          <w:sz w:val="22"/>
          <w:lang w:val="es-CO"/>
        </w:rPr>
        <w:t>P</w:t>
      </w:r>
      <w:r w:rsidR="006146DD" w:rsidRPr="00BC6830">
        <w:rPr>
          <w:rStyle w:val="TNR21"/>
          <w:rFonts w:ascii="Arial" w:hAnsi="Arial" w:cs="Arial"/>
          <w:sz w:val="22"/>
          <w:lang w:val="es-CO"/>
        </w:rPr>
        <w:t xml:space="preserve">rimer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para inicio de debate es 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w:t>
      </w:r>
      <w:r w:rsidR="00E804B5">
        <w:rPr>
          <w:rStyle w:val="TNR21"/>
          <w:rFonts w:ascii="Arial" w:hAnsi="Arial" w:cs="Arial"/>
          <w:sz w:val="22"/>
          <w:lang w:val="es-CO"/>
        </w:rPr>
        <w:t xml:space="preserve"> ley</w:t>
      </w:r>
      <w:r w:rsidR="006146DD" w:rsidRPr="00BC6830">
        <w:rPr>
          <w:rStyle w:val="TNR21"/>
          <w:rFonts w:ascii="Arial" w:hAnsi="Arial" w:cs="Arial"/>
          <w:sz w:val="22"/>
          <w:lang w:val="es-CO"/>
        </w:rPr>
        <w:t xml:space="preserve"> 074 de 2022 Cámara</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por medio del cual se establece la pensión básica a la persona mayor y se dictan otras disposiciones</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autores Honorables Representante Óscar Hernán Sánchez León</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Héctor David Chaparro Chaparro</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Dolcey Óscar Torres Romero</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Andrés David Calle Aguas</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Jairo Humberto Cristo Correa</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Germán Rogelio Rozo Anís</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Carlos Felipe Quintero Ovalle</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Hugo Alfonso Archila Suárez y el Honorable Senador Alejandro Vega Pérez</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3D4754" w:rsidRPr="00BC6830">
        <w:rPr>
          <w:rStyle w:val="TNR21"/>
          <w:rFonts w:ascii="Arial" w:hAnsi="Arial" w:cs="Arial"/>
          <w:sz w:val="22"/>
          <w:lang w:val="es-CO"/>
        </w:rPr>
        <w:t>R</w:t>
      </w:r>
      <w:r w:rsidR="006146DD" w:rsidRPr="00BC6830">
        <w:rPr>
          <w:rStyle w:val="TNR21"/>
          <w:rFonts w:ascii="Arial" w:hAnsi="Arial" w:cs="Arial"/>
          <w:sz w:val="22"/>
          <w:lang w:val="es-CO"/>
        </w:rPr>
        <w:t>adicado en julio 27 de 2022</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publicación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Gaceta 937 de 2022</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radicado en Comisión el 24 de agosto de 2022</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ponentes en primer debate Representantes Jairo Cristo Correa</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Héctor David Chaparro Chaparro</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María Eugenia Lopera Monsalve</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Alfredo Mondragón Garzón</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Jorge Alexander Quevedo Herrera</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Juan Carlos Vargas Soler</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Gerardo Yepes Caro</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designados el 6 de septiembre de 2022</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3D4754" w:rsidRPr="00BC6830">
        <w:rPr>
          <w:rStyle w:val="TNR21"/>
          <w:rFonts w:ascii="Arial" w:hAnsi="Arial" w:cs="Arial"/>
          <w:sz w:val="22"/>
          <w:lang w:val="es-CO"/>
        </w:rPr>
        <w:t>P</w:t>
      </w:r>
      <w:r w:rsidR="006146DD" w:rsidRPr="00BC6830">
        <w:rPr>
          <w:rStyle w:val="TNR21"/>
          <w:rFonts w:ascii="Arial" w:hAnsi="Arial" w:cs="Arial"/>
          <w:sz w:val="22"/>
          <w:lang w:val="es-CO"/>
        </w:rPr>
        <w:t>onencia primer debate Gaceta número 1245 de 2022</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últi</w:t>
      </w:r>
      <w:r w:rsidR="003D4754" w:rsidRPr="00BC6830">
        <w:rPr>
          <w:rStyle w:val="TNR21"/>
          <w:rFonts w:ascii="Arial" w:hAnsi="Arial" w:cs="Arial"/>
          <w:sz w:val="22"/>
          <w:lang w:val="es-CO"/>
        </w:rPr>
        <w:t>mo anuncio marzo 28 de 2023</w:t>
      </w:r>
      <w:r w:rsidR="006146DD" w:rsidRPr="00BC6830">
        <w:rPr>
          <w:rStyle w:val="TNR21"/>
          <w:rFonts w:ascii="Arial" w:hAnsi="Arial" w:cs="Arial"/>
          <w:sz w:val="22"/>
          <w:lang w:val="es-CO"/>
        </w:rPr>
        <w:t>.</w:t>
      </w:r>
    </w:p>
    <w:p w14:paraId="7E881384" w14:textId="77777777" w:rsidR="003D4754" w:rsidRPr="00BC6830" w:rsidRDefault="003D4754" w:rsidP="00667EBF">
      <w:pPr>
        <w:pStyle w:val="Sinespaciado"/>
        <w:jc w:val="both"/>
        <w:rPr>
          <w:rStyle w:val="TNR21"/>
          <w:rFonts w:ascii="Arial" w:hAnsi="Arial" w:cs="Arial"/>
          <w:sz w:val="22"/>
          <w:lang w:val="es-CO"/>
        </w:rPr>
      </w:pPr>
    </w:p>
    <w:p w14:paraId="4561A38B" w14:textId="77777777" w:rsidR="003D4754"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3D4754" w:rsidRPr="00BC6830">
        <w:rPr>
          <w:rStyle w:val="TNR21"/>
          <w:rFonts w:ascii="Arial" w:hAnsi="Arial" w:cs="Arial"/>
          <w:sz w:val="22"/>
          <w:lang w:val="es-CO"/>
        </w:rPr>
        <w:t>M</w:t>
      </w:r>
      <w:r w:rsidR="006146DD" w:rsidRPr="00BC6830">
        <w:rPr>
          <w:rStyle w:val="TNR21"/>
          <w:rFonts w:ascii="Arial" w:hAnsi="Arial" w:cs="Arial"/>
          <w:sz w:val="22"/>
          <w:lang w:val="es-CO"/>
        </w:rPr>
        <w:t>uchas gracias señor Secretario</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3D4754" w:rsidRPr="00BC6830">
        <w:rPr>
          <w:rStyle w:val="TNR21"/>
          <w:rFonts w:ascii="Arial" w:hAnsi="Arial" w:cs="Arial"/>
          <w:sz w:val="22"/>
          <w:lang w:val="es-CO"/>
        </w:rPr>
        <w:t>¿</w:t>
      </w:r>
      <w:r w:rsidR="00E804B5">
        <w:rPr>
          <w:rStyle w:val="TNR21"/>
          <w:rFonts w:ascii="Arial" w:hAnsi="Arial" w:cs="Arial"/>
          <w:sz w:val="22"/>
          <w:lang w:val="es-CO"/>
        </w:rPr>
        <w:t>S</w:t>
      </w:r>
      <w:r w:rsidR="006146DD" w:rsidRPr="00BC6830">
        <w:rPr>
          <w:rStyle w:val="TNR21"/>
          <w:rFonts w:ascii="Arial" w:hAnsi="Arial" w:cs="Arial"/>
          <w:sz w:val="22"/>
          <w:lang w:val="es-CO"/>
        </w:rPr>
        <w:t>e encuentra el Representante Jairo Cristo</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señor Secretario sírvase leer la proposición con termina el informe de ponencia del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número </w:t>
      </w:r>
      <w:r w:rsidR="003D4754" w:rsidRPr="00BC6830">
        <w:rPr>
          <w:rStyle w:val="TNR21"/>
          <w:rFonts w:ascii="Arial" w:hAnsi="Arial" w:cs="Arial"/>
          <w:sz w:val="22"/>
          <w:lang w:val="es-CO"/>
        </w:rPr>
        <w:t>074 del 2022 Cámara</w:t>
      </w:r>
      <w:r w:rsidR="006146DD" w:rsidRPr="00BC6830">
        <w:rPr>
          <w:rStyle w:val="TNR21"/>
          <w:rFonts w:ascii="Arial" w:hAnsi="Arial" w:cs="Arial"/>
          <w:sz w:val="22"/>
          <w:lang w:val="es-CO"/>
        </w:rPr>
        <w:t>.</w:t>
      </w:r>
    </w:p>
    <w:p w14:paraId="4DCBD740" w14:textId="77777777" w:rsidR="003D4754" w:rsidRPr="00BC6830" w:rsidRDefault="003D4754" w:rsidP="00667EBF">
      <w:pPr>
        <w:pStyle w:val="Sinespaciado"/>
        <w:jc w:val="both"/>
        <w:rPr>
          <w:rStyle w:val="TNR21"/>
          <w:rFonts w:ascii="Arial" w:hAnsi="Arial" w:cs="Arial"/>
          <w:sz w:val="22"/>
          <w:lang w:val="es-CO"/>
        </w:rPr>
      </w:pPr>
    </w:p>
    <w:p w14:paraId="200D7E3B" w14:textId="77777777" w:rsidR="003D4754"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Secretario</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3D4754" w:rsidRPr="00BC6830">
        <w:rPr>
          <w:rStyle w:val="TNR21"/>
          <w:rFonts w:ascii="Arial" w:hAnsi="Arial" w:cs="Arial"/>
          <w:sz w:val="22"/>
          <w:lang w:val="es-CO"/>
        </w:rPr>
        <w:t>P</w:t>
      </w:r>
      <w:r w:rsidR="006146DD" w:rsidRPr="00BC6830">
        <w:rPr>
          <w:rStyle w:val="TNR21"/>
          <w:rFonts w:ascii="Arial" w:hAnsi="Arial" w:cs="Arial"/>
          <w:sz w:val="22"/>
          <w:lang w:val="es-CO"/>
        </w:rPr>
        <w:t xml:space="preserve">roposición con que termina el informe de ponencia del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074 de 2022 Cámara</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de acuerdo con las consideraciones anteriores se propone a la Comisión Séptima de la Cámara de Representantes dar el primer debate al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074 de 2022 Cámara</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por medio del cual se establece la pensión básica a la persona mayor y se dictan otras disposiciones</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3D4754" w:rsidRPr="00BC6830">
        <w:rPr>
          <w:rStyle w:val="TNR21"/>
          <w:rFonts w:ascii="Arial" w:hAnsi="Arial" w:cs="Arial"/>
          <w:sz w:val="22"/>
          <w:lang w:val="es-CO"/>
        </w:rPr>
        <w:t>F</w:t>
      </w:r>
      <w:r w:rsidR="006146DD" w:rsidRPr="00BC6830">
        <w:rPr>
          <w:rStyle w:val="TNR21"/>
          <w:rFonts w:ascii="Arial" w:hAnsi="Arial" w:cs="Arial"/>
          <w:sz w:val="22"/>
          <w:lang w:val="es-CO"/>
        </w:rPr>
        <w:t>irmado por los Representantes Jairo Humberto Cristo Correa</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Héctor David Chaparro</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María Eugenia Lopera</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Alfredo Mondragón Garzón</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Jorge Alexander Quevedo</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Juan Carlos Vargas y Gerardo Yepes Caro.</w:t>
      </w:r>
    </w:p>
    <w:p w14:paraId="40B057F4" w14:textId="77777777" w:rsidR="003D4754" w:rsidRPr="00BC6830" w:rsidRDefault="003D4754" w:rsidP="00667EBF">
      <w:pPr>
        <w:pStyle w:val="Sinespaciado"/>
        <w:jc w:val="both"/>
        <w:rPr>
          <w:rStyle w:val="TNR21"/>
          <w:rFonts w:ascii="Arial" w:hAnsi="Arial" w:cs="Arial"/>
          <w:sz w:val="22"/>
          <w:lang w:val="es-CO"/>
        </w:rPr>
      </w:pPr>
    </w:p>
    <w:p w14:paraId="482B0029" w14:textId="77777777" w:rsidR="003D4754"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3D4754" w:rsidRPr="00BC6830">
        <w:rPr>
          <w:rStyle w:val="TNR21"/>
          <w:rFonts w:ascii="Arial" w:hAnsi="Arial" w:cs="Arial"/>
          <w:sz w:val="22"/>
          <w:lang w:val="es-CO"/>
        </w:rPr>
        <w:t>E</w:t>
      </w:r>
      <w:r w:rsidR="006146DD" w:rsidRPr="00BC6830">
        <w:rPr>
          <w:rStyle w:val="TNR21"/>
          <w:rFonts w:ascii="Arial" w:hAnsi="Arial" w:cs="Arial"/>
          <w:sz w:val="22"/>
          <w:lang w:val="es-CO"/>
        </w:rPr>
        <w:t>n consideración la proposición con que determina el informe de ponencia</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se abre la discusión del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074 del 2022</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tiene la palabra el ponente Honorable Representante doctor Jairo Cristo</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bienvenido a esta su Comisión</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tiene usted la palabra por el tiempo que considere para hacer su debate</w:t>
      </w:r>
      <w:r w:rsidR="003D4754" w:rsidRPr="00BC6830">
        <w:rPr>
          <w:rStyle w:val="TNR21"/>
          <w:rFonts w:ascii="Arial" w:hAnsi="Arial" w:cs="Arial"/>
          <w:sz w:val="22"/>
          <w:lang w:val="es-CO"/>
        </w:rPr>
        <w:t>,</w:t>
      </w:r>
      <w:r w:rsidR="006146DD" w:rsidRPr="00BC6830">
        <w:rPr>
          <w:rStyle w:val="TNR21"/>
          <w:rFonts w:ascii="Arial" w:hAnsi="Arial" w:cs="Arial"/>
          <w:sz w:val="22"/>
          <w:lang w:val="es-CO"/>
        </w:rPr>
        <w:t xml:space="preserve"> bienvenid</w:t>
      </w:r>
      <w:r w:rsidR="003D4754" w:rsidRPr="00BC6830">
        <w:rPr>
          <w:rStyle w:val="TNR21"/>
          <w:rFonts w:ascii="Arial" w:hAnsi="Arial" w:cs="Arial"/>
          <w:sz w:val="22"/>
          <w:lang w:val="es-CO"/>
        </w:rPr>
        <w:t>o</w:t>
      </w:r>
      <w:r w:rsidR="006146DD" w:rsidRPr="00BC6830">
        <w:rPr>
          <w:rStyle w:val="TNR21"/>
          <w:rFonts w:ascii="Arial" w:hAnsi="Arial" w:cs="Arial"/>
          <w:sz w:val="22"/>
          <w:lang w:val="es-CO"/>
        </w:rPr>
        <w:t>.</w:t>
      </w:r>
    </w:p>
    <w:p w14:paraId="34B1FA8A" w14:textId="77777777" w:rsidR="003D4754" w:rsidRPr="00BC6830" w:rsidRDefault="003D4754" w:rsidP="00667EBF">
      <w:pPr>
        <w:pStyle w:val="Sinespaciado"/>
        <w:jc w:val="both"/>
        <w:rPr>
          <w:rStyle w:val="TNR21"/>
          <w:rFonts w:ascii="Arial" w:hAnsi="Arial" w:cs="Arial"/>
          <w:sz w:val="22"/>
          <w:lang w:val="es-CO"/>
        </w:rPr>
      </w:pPr>
    </w:p>
    <w:p w14:paraId="2AE54B36" w14:textId="77777777" w:rsidR="001E5AA3" w:rsidRPr="00BC6830" w:rsidRDefault="00B1577F" w:rsidP="00667EBF">
      <w:pPr>
        <w:pStyle w:val="Sinespaciado"/>
        <w:jc w:val="both"/>
        <w:rPr>
          <w:rStyle w:val="TNR21"/>
          <w:rFonts w:ascii="Arial" w:hAnsi="Arial" w:cs="Arial"/>
          <w:sz w:val="22"/>
          <w:lang w:val="es-CO"/>
        </w:rPr>
      </w:pPr>
      <w:r w:rsidRPr="00BC6830">
        <w:rPr>
          <w:rStyle w:val="TNR21"/>
          <w:rFonts w:ascii="Arial" w:hAnsi="Arial" w:cs="Arial"/>
          <w:b/>
          <w:sz w:val="22"/>
          <w:lang w:val="es-CO"/>
        </w:rPr>
        <w:lastRenderedPageBreak/>
        <w:t>H. Representante</w:t>
      </w:r>
      <w:r w:rsidR="006146DD" w:rsidRPr="00BC6830">
        <w:rPr>
          <w:rStyle w:val="TNR21"/>
          <w:rFonts w:ascii="Arial" w:hAnsi="Arial" w:cs="Arial"/>
          <w:b/>
          <w:sz w:val="22"/>
          <w:lang w:val="es-CO"/>
        </w:rPr>
        <w:t xml:space="preserve"> Jairo Humberto Cristo Correa</w:t>
      </w:r>
      <w:r w:rsidR="003D4754" w:rsidRPr="00BC6830">
        <w:rPr>
          <w:rStyle w:val="TNR21"/>
          <w:rFonts w:ascii="Arial" w:hAnsi="Arial" w:cs="Arial"/>
          <w:sz w:val="22"/>
          <w:lang w:val="es-CO"/>
        </w:rPr>
        <w:t>: M</w:t>
      </w:r>
      <w:r w:rsidR="006146DD" w:rsidRPr="00BC6830">
        <w:rPr>
          <w:rStyle w:val="TNR21"/>
          <w:rFonts w:ascii="Arial" w:hAnsi="Arial" w:cs="Arial"/>
          <w:sz w:val="22"/>
          <w:lang w:val="es-CO"/>
        </w:rPr>
        <w:t>uchísimas gracias Presidente</w:t>
      </w:r>
      <w:r w:rsidR="006C1337" w:rsidRPr="00BC6830">
        <w:rPr>
          <w:rStyle w:val="TNR21"/>
          <w:rFonts w:ascii="Arial" w:hAnsi="Arial" w:cs="Arial"/>
          <w:sz w:val="22"/>
          <w:lang w:val="es-CO"/>
        </w:rPr>
        <w:t>,</w:t>
      </w:r>
      <w:r w:rsidR="006146DD" w:rsidRPr="00BC6830">
        <w:rPr>
          <w:rStyle w:val="TNR21"/>
          <w:rFonts w:ascii="Arial" w:hAnsi="Arial" w:cs="Arial"/>
          <w:sz w:val="22"/>
          <w:lang w:val="es-CO"/>
        </w:rPr>
        <w:t xml:space="preserve"> nos encontramos ante un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que ha hecho tránsito varias veces en esta Comisión</w:t>
      </w:r>
      <w:r w:rsidR="006C1337" w:rsidRPr="00BC6830">
        <w:rPr>
          <w:rStyle w:val="TNR21"/>
          <w:rFonts w:ascii="Arial" w:hAnsi="Arial" w:cs="Arial"/>
          <w:sz w:val="22"/>
          <w:lang w:val="es-CO"/>
        </w:rPr>
        <w:t>,</w:t>
      </w:r>
      <w:r w:rsidR="006146DD" w:rsidRPr="00BC6830">
        <w:rPr>
          <w:rStyle w:val="TNR21"/>
          <w:rFonts w:ascii="Arial" w:hAnsi="Arial" w:cs="Arial"/>
          <w:sz w:val="22"/>
          <w:lang w:val="es-CO"/>
        </w:rPr>
        <w:t xml:space="preserve"> un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que es una deuda social</w:t>
      </w:r>
      <w:r w:rsidR="006C1337" w:rsidRPr="00BC6830">
        <w:rPr>
          <w:rStyle w:val="TNR21"/>
          <w:rFonts w:ascii="Arial" w:hAnsi="Arial" w:cs="Arial"/>
          <w:sz w:val="22"/>
          <w:lang w:val="es-CO"/>
        </w:rPr>
        <w:t>,</w:t>
      </w:r>
      <w:r w:rsidR="006146DD" w:rsidRPr="00BC6830">
        <w:rPr>
          <w:rStyle w:val="TNR21"/>
          <w:rFonts w:ascii="Arial" w:hAnsi="Arial" w:cs="Arial"/>
          <w:sz w:val="22"/>
          <w:lang w:val="es-CO"/>
        </w:rPr>
        <w:t xml:space="preserve"> el país no puede continuar </w:t>
      </w:r>
      <w:r w:rsidR="00E804B5">
        <w:rPr>
          <w:rStyle w:val="TNR21"/>
          <w:rFonts w:ascii="Arial" w:hAnsi="Arial" w:cs="Arial"/>
          <w:sz w:val="22"/>
          <w:lang w:val="es-CO"/>
        </w:rPr>
        <w:t xml:space="preserve">con un </w:t>
      </w:r>
      <w:r w:rsidR="006146DD" w:rsidRPr="00BC6830">
        <w:rPr>
          <w:rStyle w:val="TNR21"/>
          <w:rFonts w:ascii="Arial" w:hAnsi="Arial" w:cs="Arial"/>
          <w:sz w:val="22"/>
          <w:lang w:val="es-CO"/>
        </w:rPr>
        <w:t>programa de adulto repartiendo setenta mil pesos ($70.000) a unos adultos mayores</w:t>
      </w:r>
      <w:r w:rsidR="006C1337" w:rsidRPr="00BC6830">
        <w:rPr>
          <w:rStyle w:val="TNR21"/>
          <w:rFonts w:ascii="Arial" w:hAnsi="Arial" w:cs="Arial"/>
          <w:sz w:val="22"/>
          <w:lang w:val="es-CO"/>
        </w:rPr>
        <w:t>,</w:t>
      </w:r>
      <w:r w:rsidR="006146DD" w:rsidRPr="00BC6830">
        <w:rPr>
          <w:rStyle w:val="TNR21"/>
          <w:rFonts w:ascii="Arial" w:hAnsi="Arial" w:cs="Arial"/>
          <w:sz w:val="22"/>
          <w:lang w:val="es-CO"/>
        </w:rPr>
        <w:t xml:space="preserve"> y este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que ha sido bandera de la Comisión Séptima podría yo decir</w:t>
      </w:r>
      <w:r w:rsidR="006C1337" w:rsidRPr="00BC6830">
        <w:rPr>
          <w:rStyle w:val="TNR21"/>
          <w:rFonts w:ascii="Arial" w:hAnsi="Arial" w:cs="Arial"/>
          <w:sz w:val="22"/>
          <w:lang w:val="es-CO"/>
        </w:rPr>
        <w:t>,</w:t>
      </w:r>
      <w:r w:rsidR="006146DD" w:rsidRPr="00BC6830">
        <w:rPr>
          <w:rStyle w:val="TNR21"/>
          <w:rFonts w:ascii="Arial" w:hAnsi="Arial" w:cs="Arial"/>
          <w:sz w:val="22"/>
          <w:lang w:val="es-CO"/>
        </w:rPr>
        <w:t xml:space="preserve"> de la Comisión de lo social</w:t>
      </w:r>
      <w:r w:rsidR="006C1337"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6C1337" w:rsidRPr="00BC6830">
        <w:rPr>
          <w:rStyle w:val="TNR21"/>
          <w:rFonts w:ascii="Arial" w:hAnsi="Arial" w:cs="Arial"/>
          <w:sz w:val="22"/>
          <w:lang w:val="es-CO"/>
        </w:rPr>
        <w:t>¿</w:t>
      </w:r>
      <w:r w:rsidR="00E804B5">
        <w:rPr>
          <w:rStyle w:val="TNR21"/>
          <w:rFonts w:ascii="Arial" w:hAnsi="Arial" w:cs="Arial"/>
          <w:sz w:val="22"/>
          <w:lang w:val="es-CO"/>
        </w:rPr>
        <w:t>Q</w:t>
      </w:r>
      <w:r w:rsidR="006146DD" w:rsidRPr="00BC6830">
        <w:rPr>
          <w:rStyle w:val="TNR21"/>
          <w:rFonts w:ascii="Arial" w:hAnsi="Arial" w:cs="Arial"/>
          <w:sz w:val="22"/>
          <w:lang w:val="es-CO"/>
        </w:rPr>
        <w:t xml:space="preserve">ué buscamos con este con este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w:t>
      </w:r>
      <w:r w:rsidR="006C1337"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6C1337" w:rsidRPr="00BC6830">
        <w:rPr>
          <w:rStyle w:val="TNR21"/>
          <w:rFonts w:ascii="Arial" w:hAnsi="Arial" w:cs="Arial"/>
          <w:sz w:val="22"/>
          <w:lang w:val="es-CO"/>
        </w:rPr>
        <w:t>R</w:t>
      </w:r>
      <w:r w:rsidR="006146DD" w:rsidRPr="00BC6830">
        <w:rPr>
          <w:rStyle w:val="TNR21"/>
          <w:rFonts w:ascii="Arial" w:hAnsi="Arial" w:cs="Arial"/>
          <w:sz w:val="22"/>
          <w:lang w:val="es-CO"/>
        </w:rPr>
        <w:t>evisar</w:t>
      </w:r>
      <w:r w:rsidR="006C1337" w:rsidRPr="00BC6830">
        <w:rPr>
          <w:rStyle w:val="TNR21"/>
          <w:rFonts w:ascii="Arial" w:hAnsi="Arial" w:cs="Arial"/>
          <w:sz w:val="22"/>
          <w:lang w:val="es-CO"/>
        </w:rPr>
        <w:t>,</w:t>
      </w:r>
      <w:r w:rsidR="006146DD" w:rsidRPr="00BC6830">
        <w:rPr>
          <w:rStyle w:val="TNR21"/>
          <w:rFonts w:ascii="Arial" w:hAnsi="Arial" w:cs="Arial"/>
          <w:sz w:val="22"/>
          <w:lang w:val="es-CO"/>
        </w:rPr>
        <w:t xml:space="preserve"> así como lo trae</w:t>
      </w:r>
      <w:r w:rsidR="006C1337" w:rsidRPr="00BC6830">
        <w:rPr>
          <w:rStyle w:val="TNR21"/>
          <w:rFonts w:ascii="Arial" w:hAnsi="Arial" w:cs="Arial"/>
          <w:sz w:val="22"/>
          <w:lang w:val="es-CO"/>
        </w:rPr>
        <w:t xml:space="preserve"> no lo queríamos</w:t>
      </w:r>
      <w:r w:rsidR="00E804B5">
        <w:rPr>
          <w:rStyle w:val="TNR21"/>
          <w:rFonts w:ascii="Arial" w:hAnsi="Arial" w:cs="Arial"/>
          <w:sz w:val="22"/>
          <w:lang w:val="es-CO"/>
        </w:rPr>
        <w:t>;</w:t>
      </w:r>
      <w:r w:rsidR="006146DD" w:rsidRPr="00BC6830">
        <w:rPr>
          <w:rStyle w:val="TNR21"/>
          <w:rFonts w:ascii="Arial" w:hAnsi="Arial" w:cs="Arial"/>
          <w:sz w:val="22"/>
          <w:lang w:val="es-CO"/>
        </w:rPr>
        <w:t xml:space="preserve"> este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me agrada que lo hayamos traído al día de hoy porque queremos mirar que este auxilio de los adultos mayores</w:t>
      </w:r>
      <w:r w:rsidR="007E688E" w:rsidRPr="00BC6830">
        <w:rPr>
          <w:rStyle w:val="TNR21"/>
          <w:rFonts w:ascii="Arial" w:hAnsi="Arial" w:cs="Arial"/>
          <w:sz w:val="22"/>
          <w:lang w:val="es-CO"/>
        </w:rPr>
        <w:t>,</w:t>
      </w:r>
      <w:r w:rsidR="006146DD" w:rsidRPr="00BC6830">
        <w:rPr>
          <w:rStyle w:val="TNR21"/>
          <w:rFonts w:ascii="Arial" w:hAnsi="Arial" w:cs="Arial"/>
          <w:sz w:val="22"/>
          <w:lang w:val="es-CO"/>
        </w:rPr>
        <w:t xml:space="preserve"> que está contemplado en la reforma pensional</w:t>
      </w:r>
      <w:r w:rsidR="007E688E" w:rsidRPr="00BC6830">
        <w:rPr>
          <w:rStyle w:val="TNR21"/>
          <w:rFonts w:ascii="Arial" w:hAnsi="Arial" w:cs="Arial"/>
          <w:sz w:val="22"/>
          <w:lang w:val="es-CO"/>
        </w:rPr>
        <w:t>,</w:t>
      </w:r>
      <w:r w:rsidR="006146DD" w:rsidRPr="00BC6830">
        <w:rPr>
          <w:rStyle w:val="TNR21"/>
          <w:rFonts w:ascii="Arial" w:hAnsi="Arial" w:cs="Arial"/>
          <w:sz w:val="22"/>
          <w:lang w:val="es-CO"/>
        </w:rPr>
        <w:t xml:space="preserve"> en el pilar subsidiado</w:t>
      </w:r>
      <w:r w:rsidR="007E688E" w:rsidRPr="00BC6830">
        <w:rPr>
          <w:rStyle w:val="TNR21"/>
          <w:rFonts w:ascii="Arial" w:hAnsi="Arial" w:cs="Arial"/>
          <w:sz w:val="22"/>
          <w:lang w:val="es-CO"/>
        </w:rPr>
        <w:t>,</w:t>
      </w:r>
      <w:r w:rsidR="006146DD" w:rsidRPr="00BC6830">
        <w:rPr>
          <w:rStyle w:val="TNR21"/>
          <w:rFonts w:ascii="Arial" w:hAnsi="Arial" w:cs="Arial"/>
          <w:sz w:val="22"/>
          <w:lang w:val="es-CO"/>
        </w:rPr>
        <w:t xml:space="preserve"> donde el Gobierno Nacional y en el programa el Presidente Gustavo Petro había establecido como medio salario mínimo para que los adultos mayores en Colombia</w:t>
      </w:r>
      <w:r w:rsidR="007E688E" w:rsidRPr="00BC6830">
        <w:rPr>
          <w:rStyle w:val="TNR21"/>
          <w:rFonts w:ascii="Arial" w:hAnsi="Arial" w:cs="Arial"/>
          <w:sz w:val="22"/>
          <w:lang w:val="es-CO"/>
        </w:rPr>
        <w:t>,</w:t>
      </w:r>
      <w:r w:rsidR="006146DD" w:rsidRPr="00BC6830">
        <w:rPr>
          <w:rStyle w:val="TNR21"/>
          <w:rFonts w:ascii="Arial" w:hAnsi="Arial" w:cs="Arial"/>
          <w:sz w:val="22"/>
          <w:lang w:val="es-CO"/>
        </w:rPr>
        <w:t xml:space="preserve"> los de ese primer pilar pudieran tener garantías que pudieran tener un auxilio como lo hemos presentado</w:t>
      </w:r>
      <w:r w:rsidR="007E688E" w:rsidRPr="00BC6830">
        <w:rPr>
          <w:rStyle w:val="TNR21"/>
          <w:rFonts w:ascii="Arial" w:hAnsi="Arial" w:cs="Arial"/>
          <w:sz w:val="22"/>
          <w:lang w:val="es-CO"/>
        </w:rPr>
        <w:t>,</w:t>
      </w:r>
      <w:r w:rsidR="006146DD" w:rsidRPr="00BC6830">
        <w:rPr>
          <w:rStyle w:val="TNR21"/>
          <w:rFonts w:ascii="Arial" w:hAnsi="Arial" w:cs="Arial"/>
          <w:sz w:val="22"/>
          <w:lang w:val="es-CO"/>
        </w:rPr>
        <w:t xml:space="preserve"> en esta ponencia no queríamos ser tan ambiciosos como lo quería presentar el Presidente</w:t>
      </w:r>
      <w:r w:rsidR="00E804B5">
        <w:rPr>
          <w:rStyle w:val="TNR21"/>
          <w:rFonts w:ascii="Arial" w:hAnsi="Arial" w:cs="Arial"/>
          <w:sz w:val="22"/>
          <w:lang w:val="es-CO"/>
        </w:rPr>
        <w:t>,</w:t>
      </w:r>
      <w:r w:rsidR="006146DD" w:rsidRPr="00BC6830">
        <w:rPr>
          <w:rStyle w:val="TNR21"/>
          <w:rFonts w:ascii="Arial" w:hAnsi="Arial" w:cs="Arial"/>
          <w:sz w:val="22"/>
          <w:lang w:val="es-CO"/>
        </w:rPr>
        <w:t xml:space="preserve"> pero si lo vemos en ese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de reforma pensional del pilar subsidiado</w:t>
      </w:r>
      <w:r w:rsidR="007E688E" w:rsidRPr="00BC6830">
        <w:rPr>
          <w:rStyle w:val="TNR21"/>
          <w:rFonts w:ascii="Arial" w:hAnsi="Arial" w:cs="Arial"/>
          <w:sz w:val="22"/>
          <w:lang w:val="es-CO"/>
        </w:rPr>
        <w:t>,</w:t>
      </w:r>
      <w:r w:rsidR="006146DD" w:rsidRPr="00BC6830">
        <w:rPr>
          <w:rStyle w:val="TNR21"/>
          <w:rFonts w:ascii="Arial" w:hAnsi="Arial" w:cs="Arial"/>
          <w:sz w:val="22"/>
          <w:lang w:val="es-CO"/>
        </w:rPr>
        <w:t xml:space="preserve"> no se llegó a la mitad del salario mínimo por problemas de tipo financiero</w:t>
      </w:r>
      <w:r w:rsidR="007E688E" w:rsidRPr="00BC6830">
        <w:rPr>
          <w:rStyle w:val="TNR21"/>
          <w:rFonts w:ascii="Arial" w:hAnsi="Arial" w:cs="Arial"/>
          <w:sz w:val="22"/>
          <w:lang w:val="es-CO"/>
        </w:rPr>
        <w:t>,</w:t>
      </w:r>
      <w:r w:rsidR="006146DD" w:rsidRPr="00BC6830">
        <w:rPr>
          <w:rStyle w:val="TNR21"/>
          <w:rFonts w:ascii="Arial" w:hAnsi="Arial" w:cs="Arial"/>
          <w:sz w:val="22"/>
          <w:lang w:val="es-CO"/>
        </w:rPr>
        <w:t xml:space="preserve"> sin embargo este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contemplaba que ese auxilio del adulto mayor no puede ser inferior a la línea de pobreza que ha definido el </w:t>
      </w:r>
      <w:r w:rsidR="00E804B5" w:rsidRPr="00BC6830">
        <w:rPr>
          <w:rStyle w:val="TNR21"/>
          <w:rFonts w:ascii="Arial" w:hAnsi="Arial" w:cs="Arial"/>
          <w:sz w:val="22"/>
          <w:lang w:val="es-CO"/>
        </w:rPr>
        <w:t xml:space="preserve">Departamento Nacional </w:t>
      </w:r>
      <w:r w:rsidR="006146DD" w:rsidRPr="00BC6830">
        <w:rPr>
          <w:rStyle w:val="TNR21"/>
          <w:rFonts w:ascii="Arial" w:hAnsi="Arial" w:cs="Arial"/>
          <w:sz w:val="22"/>
          <w:lang w:val="es-CO"/>
        </w:rPr>
        <w:t xml:space="preserve">de </w:t>
      </w:r>
      <w:r w:rsidR="00E804B5" w:rsidRPr="00BC6830">
        <w:rPr>
          <w:rStyle w:val="TNR21"/>
          <w:rFonts w:ascii="Arial" w:hAnsi="Arial" w:cs="Arial"/>
          <w:sz w:val="22"/>
          <w:lang w:val="es-CO"/>
        </w:rPr>
        <w:t>Planeación,</w:t>
      </w:r>
      <w:r w:rsidR="006146DD" w:rsidRPr="00BC6830">
        <w:rPr>
          <w:rStyle w:val="TNR21"/>
          <w:rFonts w:ascii="Arial" w:hAnsi="Arial" w:cs="Arial"/>
          <w:sz w:val="22"/>
          <w:lang w:val="es-CO"/>
        </w:rPr>
        <w:t xml:space="preserve"> y más o menos esto va en consonancia con ese primer pilar subsidiado</w:t>
      </w:r>
      <w:r w:rsidR="007E688E" w:rsidRPr="00BC6830">
        <w:rPr>
          <w:rStyle w:val="TNR21"/>
          <w:rFonts w:ascii="Arial" w:hAnsi="Arial" w:cs="Arial"/>
          <w:sz w:val="22"/>
          <w:lang w:val="es-CO"/>
        </w:rPr>
        <w:t>,</w:t>
      </w:r>
      <w:r w:rsidR="006146DD" w:rsidRPr="00BC6830">
        <w:rPr>
          <w:rStyle w:val="TNR21"/>
          <w:rFonts w:ascii="Arial" w:hAnsi="Arial" w:cs="Arial"/>
          <w:sz w:val="22"/>
          <w:lang w:val="es-CO"/>
        </w:rPr>
        <w:t xml:space="preserve"> y quiero decirles hoy un tema que para 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es bueno analizar y es que tenemos que buscar recursos</w:t>
      </w:r>
      <w:r w:rsidR="007E688E" w:rsidRPr="00BC6830">
        <w:rPr>
          <w:rStyle w:val="TNR21"/>
          <w:rFonts w:ascii="Arial" w:hAnsi="Arial" w:cs="Arial"/>
          <w:sz w:val="22"/>
          <w:lang w:val="es-CO"/>
        </w:rPr>
        <w:t>,</w:t>
      </w:r>
      <w:r w:rsidR="006146DD" w:rsidRPr="00BC6830">
        <w:rPr>
          <w:rStyle w:val="TNR21"/>
          <w:rFonts w:ascii="Arial" w:hAnsi="Arial" w:cs="Arial"/>
          <w:sz w:val="22"/>
          <w:lang w:val="es-CO"/>
        </w:rPr>
        <w:t xml:space="preserve"> tenemos que mirar cómo buscamos recursos para estos adultos mayores</w:t>
      </w:r>
      <w:r w:rsidR="007E688E" w:rsidRPr="00BC6830">
        <w:rPr>
          <w:rStyle w:val="TNR21"/>
          <w:rFonts w:ascii="Arial" w:hAnsi="Arial" w:cs="Arial"/>
          <w:sz w:val="22"/>
          <w:lang w:val="es-CO"/>
        </w:rPr>
        <w:t>,</w:t>
      </w:r>
      <w:r w:rsidR="006146DD" w:rsidRPr="00BC6830">
        <w:rPr>
          <w:rStyle w:val="TNR21"/>
          <w:rFonts w:ascii="Arial" w:hAnsi="Arial" w:cs="Arial"/>
          <w:sz w:val="22"/>
          <w:lang w:val="es-CO"/>
        </w:rPr>
        <w:t xml:space="preserve"> y eso es lo que busca este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y por eso queremos que todos ustedes nos ayuden con </w:t>
      </w:r>
      <w:r w:rsidR="007E688E" w:rsidRPr="00BC6830">
        <w:rPr>
          <w:rStyle w:val="TNR21"/>
          <w:rFonts w:ascii="Arial" w:hAnsi="Arial" w:cs="Arial"/>
          <w:sz w:val="22"/>
          <w:lang w:val="es-CO"/>
        </w:rPr>
        <w:t>s</w:t>
      </w:r>
      <w:r w:rsidR="006146DD" w:rsidRPr="00BC6830">
        <w:rPr>
          <w:rStyle w:val="TNR21"/>
          <w:rFonts w:ascii="Arial" w:hAnsi="Arial" w:cs="Arial"/>
          <w:sz w:val="22"/>
          <w:lang w:val="es-CO"/>
        </w:rPr>
        <w:t>u voto afirmativo del informe de esta ponencia</w:t>
      </w:r>
      <w:r w:rsidR="007E688E"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7E688E" w:rsidRPr="00BC6830">
        <w:rPr>
          <w:rStyle w:val="TNR21"/>
          <w:rFonts w:ascii="Arial" w:hAnsi="Arial" w:cs="Arial"/>
          <w:sz w:val="22"/>
          <w:lang w:val="es-CO"/>
        </w:rPr>
        <w:t>S</w:t>
      </w:r>
      <w:r w:rsidR="006146DD" w:rsidRPr="00BC6830">
        <w:rPr>
          <w:rStyle w:val="TNR21"/>
          <w:rFonts w:ascii="Arial" w:hAnsi="Arial" w:cs="Arial"/>
          <w:sz w:val="22"/>
          <w:lang w:val="es-CO"/>
        </w:rPr>
        <w:t>é que hay varias proposiciones que entraremos a analizar para revisar cuáles están avaladas</w:t>
      </w:r>
      <w:r w:rsidR="007E688E" w:rsidRPr="00BC6830">
        <w:rPr>
          <w:rStyle w:val="TNR21"/>
          <w:rFonts w:ascii="Arial" w:hAnsi="Arial" w:cs="Arial"/>
          <w:sz w:val="22"/>
          <w:lang w:val="es-CO"/>
        </w:rPr>
        <w:t>,</w:t>
      </w:r>
      <w:r w:rsidR="006146DD" w:rsidRPr="00BC6830">
        <w:rPr>
          <w:rStyle w:val="TNR21"/>
          <w:rFonts w:ascii="Arial" w:hAnsi="Arial" w:cs="Arial"/>
          <w:sz w:val="22"/>
          <w:lang w:val="es-CO"/>
        </w:rPr>
        <w:t xml:space="preserve"> cuáles no</w:t>
      </w:r>
      <w:r w:rsidR="007E688E" w:rsidRPr="00BC6830">
        <w:rPr>
          <w:rStyle w:val="TNR21"/>
          <w:rFonts w:ascii="Arial" w:hAnsi="Arial" w:cs="Arial"/>
          <w:sz w:val="22"/>
          <w:lang w:val="es-CO"/>
        </w:rPr>
        <w:t>,</w:t>
      </w:r>
      <w:r w:rsidR="006146DD" w:rsidRPr="00BC6830">
        <w:rPr>
          <w:rStyle w:val="TNR21"/>
          <w:rFonts w:ascii="Arial" w:hAnsi="Arial" w:cs="Arial"/>
          <w:sz w:val="22"/>
          <w:lang w:val="es-CO"/>
        </w:rPr>
        <w:t xml:space="preserve"> pero el mensaje que le quiere dar esta Comisión Séptima al país es que</w:t>
      </w:r>
      <w:r w:rsidR="00E804B5">
        <w:rPr>
          <w:rStyle w:val="TNR21"/>
          <w:rFonts w:ascii="Arial" w:hAnsi="Arial" w:cs="Arial"/>
          <w:sz w:val="22"/>
          <w:lang w:val="es-CO"/>
        </w:rPr>
        <w:t>,</w:t>
      </w:r>
      <w:r w:rsidR="006146DD" w:rsidRPr="00BC6830">
        <w:rPr>
          <w:rStyle w:val="TNR21"/>
          <w:rFonts w:ascii="Arial" w:hAnsi="Arial" w:cs="Arial"/>
          <w:sz w:val="22"/>
          <w:lang w:val="es-CO"/>
        </w:rPr>
        <w:t xml:space="preserve"> </w:t>
      </w:r>
      <w:r w:rsidR="007E688E" w:rsidRPr="00BC6830">
        <w:rPr>
          <w:rStyle w:val="TNR21"/>
          <w:rFonts w:ascii="Arial" w:hAnsi="Arial" w:cs="Arial"/>
          <w:sz w:val="22"/>
          <w:lang w:val="es-CO"/>
        </w:rPr>
        <w:t xml:space="preserve">no </w:t>
      </w:r>
      <w:r w:rsidR="006146DD" w:rsidRPr="00BC6830">
        <w:rPr>
          <w:rStyle w:val="TNR21"/>
          <w:rFonts w:ascii="Arial" w:hAnsi="Arial" w:cs="Arial"/>
          <w:sz w:val="22"/>
          <w:lang w:val="es-CO"/>
        </w:rPr>
        <w:t>puede ser que el país siga pensando en un fondo de compensación de los combustibles y darle el subsidio a todos los colombianos que por cierto no soy yo quien califique si lo merecemos o no</w:t>
      </w:r>
      <w:r w:rsidR="007E688E" w:rsidRPr="00BC6830">
        <w:rPr>
          <w:rStyle w:val="TNR21"/>
          <w:rFonts w:ascii="Arial" w:hAnsi="Arial" w:cs="Arial"/>
          <w:sz w:val="22"/>
          <w:lang w:val="es-CO"/>
        </w:rPr>
        <w:t>,</w:t>
      </w:r>
      <w:r w:rsidR="006146DD" w:rsidRPr="00BC6830">
        <w:rPr>
          <w:rStyle w:val="TNR21"/>
          <w:rFonts w:ascii="Arial" w:hAnsi="Arial" w:cs="Arial"/>
          <w:sz w:val="22"/>
          <w:lang w:val="es-CO"/>
        </w:rPr>
        <w:t xml:space="preserve"> en el tema de los subsidios a los combustibles</w:t>
      </w:r>
      <w:r w:rsidR="007E688E" w:rsidRPr="00BC6830">
        <w:rPr>
          <w:rStyle w:val="TNR21"/>
          <w:rFonts w:ascii="Arial" w:hAnsi="Arial" w:cs="Arial"/>
          <w:sz w:val="22"/>
          <w:lang w:val="es-CO"/>
        </w:rPr>
        <w:t>,</w:t>
      </w:r>
      <w:r w:rsidR="006146DD" w:rsidRPr="00BC6830">
        <w:rPr>
          <w:rStyle w:val="TNR21"/>
          <w:rFonts w:ascii="Arial" w:hAnsi="Arial" w:cs="Arial"/>
          <w:sz w:val="22"/>
          <w:lang w:val="es-CO"/>
        </w:rPr>
        <w:t xml:space="preserve"> p</w:t>
      </w:r>
      <w:r w:rsidR="007E688E" w:rsidRPr="00BC6830">
        <w:rPr>
          <w:rStyle w:val="TNR21"/>
          <w:rFonts w:ascii="Arial" w:hAnsi="Arial" w:cs="Arial"/>
          <w:sz w:val="22"/>
          <w:lang w:val="es-CO"/>
        </w:rPr>
        <w:t>ero</w:t>
      </w:r>
      <w:r w:rsidR="006146DD" w:rsidRPr="00BC6830">
        <w:rPr>
          <w:rStyle w:val="TNR21"/>
          <w:rFonts w:ascii="Arial" w:hAnsi="Arial" w:cs="Arial"/>
          <w:sz w:val="22"/>
          <w:lang w:val="es-CO"/>
        </w:rPr>
        <w:t xml:space="preserve"> yo considero que si tenemos subsidio a los combustibles no puede ser que este país no tenga un subsidio de adulto mayor considerable</w:t>
      </w:r>
      <w:r w:rsidR="007E688E" w:rsidRPr="00BC6830">
        <w:rPr>
          <w:rStyle w:val="TNR21"/>
          <w:rFonts w:ascii="Arial" w:hAnsi="Arial" w:cs="Arial"/>
          <w:sz w:val="22"/>
          <w:lang w:val="es-CO"/>
        </w:rPr>
        <w:t>,</w:t>
      </w:r>
      <w:r w:rsidR="006146DD" w:rsidRPr="00BC6830">
        <w:rPr>
          <w:rStyle w:val="TNR21"/>
          <w:rFonts w:ascii="Arial" w:hAnsi="Arial" w:cs="Arial"/>
          <w:sz w:val="22"/>
          <w:lang w:val="es-CO"/>
        </w:rPr>
        <w:t xml:space="preserve"> yo creo que el país no puede seguir repartiendo miseria que el país no puede seguir dándole a un adulto mayor 80 mil pesos cuando la línea de pobreza que define el mismo Departamento Nacional de Planeación casi est</w:t>
      </w:r>
      <w:r w:rsidR="007E688E" w:rsidRPr="00BC6830">
        <w:rPr>
          <w:rStyle w:val="TNR21"/>
          <w:rFonts w:ascii="Arial" w:hAnsi="Arial" w:cs="Arial"/>
          <w:sz w:val="22"/>
          <w:lang w:val="es-CO"/>
        </w:rPr>
        <w:t>á</w:t>
      </w:r>
      <w:r w:rsidR="006146DD" w:rsidRPr="00BC6830">
        <w:rPr>
          <w:rStyle w:val="TNR21"/>
          <w:rFonts w:ascii="Arial" w:hAnsi="Arial" w:cs="Arial"/>
          <w:sz w:val="22"/>
          <w:lang w:val="es-CO"/>
        </w:rPr>
        <w:t xml:space="preserve"> alrededor de un 30% de ese salario mínimo</w:t>
      </w:r>
      <w:r w:rsidR="007E688E"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7E688E" w:rsidRPr="00BC6830">
        <w:rPr>
          <w:rStyle w:val="TNR21"/>
          <w:rFonts w:ascii="Arial" w:hAnsi="Arial" w:cs="Arial"/>
          <w:sz w:val="22"/>
          <w:lang w:val="es-CO"/>
        </w:rPr>
        <w:t>E</w:t>
      </w:r>
      <w:r w:rsidR="006146DD" w:rsidRPr="00BC6830">
        <w:rPr>
          <w:rStyle w:val="TNR21"/>
          <w:rFonts w:ascii="Arial" w:hAnsi="Arial" w:cs="Arial"/>
          <w:sz w:val="22"/>
          <w:lang w:val="es-CO"/>
        </w:rPr>
        <w:t xml:space="preserve">ntonces Presidente esto es lo que busca esta ponencia aprobar este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o revisar este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que ya sabemos </w:t>
      </w:r>
      <w:r w:rsidR="00841B08" w:rsidRPr="00BC6830">
        <w:rPr>
          <w:rStyle w:val="TNR21"/>
          <w:rFonts w:ascii="Arial" w:hAnsi="Arial" w:cs="Arial"/>
          <w:sz w:val="22"/>
          <w:lang w:val="es-CO"/>
        </w:rPr>
        <w:t>que,</w:t>
      </w:r>
      <w:r w:rsidR="006146DD" w:rsidRPr="00BC6830">
        <w:rPr>
          <w:rStyle w:val="TNR21"/>
          <w:rFonts w:ascii="Arial" w:hAnsi="Arial" w:cs="Arial"/>
          <w:sz w:val="22"/>
          <w:lang w:val="es-CO"/>
        </w:rPr>
        <w:t xml:space="preserve"> en el Senado de la República</w:t>
      </w:r>
      <w:r w:rsidR="007E688E" w:rsidRPr="00BC6830">
        <w:rPr>
          <w:rStyle w:val="TNR21"/>
          <w:rFonts w:ascii="Arial" w:hAnsi="Arial" w:cs="Arial"/>
          <w:sz w:val="22"/>
          <w:lang w:val="es-CO"/>
        </w:rPr>
        <w:t>,</w:t>
      </w:r>
      <w:r w:rsidR="006146DD" w:rsidRPr="00BC6830">
        <w:rPr>
          <w:rStyle w:val="TNR21"/>
          <w:rFonts w:ascii="Arial" w:hAnsi="Arial" w:cs="Arial"/>
          <w:sz w:val="22"/>
          <w:lang w:val="es-CO"/>
        </w:rPr>
        <w:t xml:space="preserve"> en la Comisión Séptima va a entrar a debate la reforma pensional</w:t>
      </w:r>
      <w:r w:rsidR="007E688E" w:rsidRPr="00BC6830">
        <w:rPr>
          <w:rStyle w:val="TNR21"/>
          <w:rFonts w:ascii="Arial" w:hAnsi="Arial" w:cs="Arial"/>
          <w:sz w:val="22"/>
          <w:lang w:val="es-CO"/>
        </w:rPr>
        <w:t>,</w:t>
      </w:r>
      <w:r w:rsidR="006146DD" w:rsidRPr="00BC6830">
        <w:rPr>
          <w:rStyle w:val="TNR21"/>
          <w:rFonts w:ascii="Arial" w:hAnsi="Arial" w:cs="Arial"/>
          <w:sz w:val="22"/>
          <w:lang w:val="es-CO"/>
        </w:rPr>
        <w:t xml:space="preserve"> entonces </w:t>
      </w:r>
      <w:r w:rsidR="001E5AA3" w:rsidRPr="00BC6830">
        <w:rPr>
          <w:rStyle w:val="TNR21"/>
          <w:rFonts w:ascii="Arial" w:hAnsi="Arial" w:cs="Arial"/>
          <w:sz w:val="22"/>
          <w:lang w:val="es-CO"/>
        </w:rPr>
        <w:t>¿</w:t>
      </w:r>
      <w:r w:rsidR="00EE6882">
        <w:rPr>
          <w:rStyle w:val="TNR21"/>
          <w:rFonts w:ascii="Arial" w:hAnsi="Arial" w:cs="Arial"/>
          <w:sz w:val="22"/>
          <w:lang w:val="es-CO"/>
        </w:rPr>
        <w:t>Q</w:t>
      </w:r>
      <w:r w:rsidR="006146DD" w:rsidRPr="00BC6830">
        <w:rPr>
          <w:rStyle w:val="TNR21"/>
          <w:rFonts w:ascii="Arial" w:hAnsi="Arial" w:cs="Arial"/>
          <w:sz w:val="22"/>
          <w:lang w:val="es-CO"/>
        </w:rPr>
        <w:t xml:space="preserve">ué quiero yo como como ponente de este </w:t>
      </w:r>
      <w:r w:rsidR="00841B08">
        <w:rPr>
          <w:rStyle w:val="TNR21"/>
          <w:rFonts w:ascii="Arial" w:hAnsi="Arial" w:cs="Arial"/>
          <w:sz w:val="22"/>
          <w:lang w:val="es-CO"/>
        </w:rPr>
        <w:t>proyecto</w:t>
      </w:r>
      <w:r w:rsidR="001E5AA3"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EE6882">
        <w:rPr>
          <w:rStyle w:val="TNR21"/>
          <w:rFonts w:ascii="Arial" w:hAnsi="Arial" w:cs="Arial"/>
          <w:sz w:val="22"/>
          <w:lang w:val="es-CO"/>
        </w:rPr>
        <w:t>Q</w:t>
      </w:r>
      <w:r w:rsidR="006146DD" w:rsidRPr="00BC6830">
        <w:rPr>
          <w:rStyle w:val="TNR21"/>
          <w:rFonts w:ascii="Arial" w:hAnsi="Arial" w:cs="Arial"/>
          <w:sz w:val="22"/>
          <w:lang w:val="es-CO"/>
        </w:rPr>
        <w:t xml:space="preserve">ue si la reforma pensional avanza y nos llegue </w:t>
      </w:r>
      <w:r w:rsidR="007E688E" w:rsidRPr="00BC6830">
        <w:rPr>
          <w:rStyle w:val="TNR21"/>
          <w:rFonts w:ascii="Arial" w:hAnsi="Arial" w:cs="Arial"/>
          <w:sz w:val="22"/>
          <w:lang w:val="es-CO"/>
        </w:rPr>
        <w:t>aquí</w:t>
      </w:r>
      <w:r w:rsidR="001E5AA3" w:rsidRPr="00BC6830">
        <w:rPr>
          <w:rStyle w:val="TNR21"/>
          <w:rFonts w:ascii="Arial" w:hAnsi="Arial" w:cs="Arial"/>
          <w:sz w:val="22"/>
          <w:lang w:val="es-CO"/>
        </w:rPr>
        <w:t>,</w:t>
      </w:r>
      <w:r w:rsidR="007E688E" w:rsidRPr="00BC6830">
        <w:rPr>
          <w:rStyle w:val="TNR21"/>
          <w:rFonts w:ascii="Arial" w:hAnsi="Arial" w:cs="Arial"/>
          <w:sz w:val="22"/>
          <w:lang w:val="es-CO"/>
        </w:rPr>
        <w:t xml:space="preserve"> y</w:t>
      </w:r>
      <w:r w:rsidR="006146DD" w:rsidRPr="00BC6830">
        <w:rPr>
          <w:rStyle w:val="TNR21"/>
          <w:rFonts w:ascii="Arial" w:hAnsi="Arial" w:cs="Arial"/>
          <w:sz w:val="22"/>
          <w:lang w:val="es-CO"/>
        </w:rPr>
        <w:t xml:space="preserve"> este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pronto en su trámite se queda</w:t>
      </w:r>
      <w:r w:rsidR="007E688E" w:rsidRPr="00BC6830">
        <w:rPr>
          <w:rStyle w:val="TNR21"/>
          <w:rFonts w:ascii="Arial" w:hAnsi="Arial" w:cs="Arial"/>
          <w:sz w:val="22"/>
          <w:lang w:val="es-CO"/>
        </w:rPr>
        <w:t>,</w:t>
      </w:r>
      <w:r w:rsidR="006146DD" w:rsidRPr="00BC6830">
        <w:rPr>
          <w:rStyle w:val="TNR21"/>
          <w:rFonts w:ascii="Arial" w:hAnsi="Arial" w:cs="Arial"/>
          <w:sz w:val="22"/>
          <w:lang w:val="es-CO"/>
        </w:rPr>
        <w:t xml:space="preserve"> sea te</w:t>
      </w:r>
      <w:r w:rsidR="007E688E" w:rsidRPr="00BC6830">
        <w:rPr>
          <w:rStyle w:val="TNR21"/>
          <w:rFonts w:ascii="Arial" w:hAnsi="Arial" w:cs="Arial"/>
          <w:sz w:val="22"/>
          <w:lang w:val="es-CO"/>
        </w:rPr>
        <w:t xml:space="preserve">nido en cuenta y que se le dé </w:t>
      </w:r>
      <w:r w:rsidR="007E688E" w:rsidRPr="00B03E74">
        <w:rPr>
          <w:rStyle w:val="TNR21"/>
          <w:rFonts w:ascii="Arial" w:hAnsi="Arial" w:cs="Arial"/>
          <w:sz w:val="22"/>
          <w:lang w:val="es-CO"/>
        </w:rPr>
        <w:t>la i</w:t>
      </w:r>
      <w:r w:rsidR="006146DD" w:rsidRPr="00B03E74">
        <w:rPr>
          <w:rStyle w:val="TNR21"/>
          <w:rFonts w:ascii="Arial" w:hAnsi="Arial" w:cs="Arial"/>
          <w:sz w:val="22"/>
          <w:lang w:val="es-CO"/>
        </w:rPr>
        <w:t>mportancia</w:t>
      </w:r>
      <w:r w:rsidR="007E688E" w:rsidRPr="00B03E74">
        <w:rPr>
          <w:rStyle w:val="TNR21"/>
          <w:rFonts w:ascii="Arial" w:hAnsi="Arial" w:cs="Arial"/>
          <w:sz w:val="22"/>
          <w:lang w:val="es-CO"/>
        </w:rPr>
        <w:t>,</w:t>
      </w:r>
      <w:r w:rsidR="006146DD" w:rsidRPr="00B03E74">
        <w:rPr>
          <w:rStyle w:val="TNR21"/>
          <w:rFonts w:ascii="Arial" w:hAnsi="Arial" w:cs="Arial"/>
          <w:sz w:val="22"/>
          <w:lang w:val="es-CO"/>
        </w:rPr>
        <w:t xml:space="preserve"> no a ningún partido político</w:t>
      </w:r>
      <w:r w:rsidR="00B03E74">
        <w:rPr>
          <w:rStyle w:val="TNR21"/>
          <w:rFonts w:ascii="Arial" w:hAnsi="Arial" w:cs="Arial"/>
          <w:sz w:val="22"/>
          <w:lang w:val="es-CO"/>
        </w:rPr>
        <w:t>,</w:t>
      </w:r>
      <w:r w:rsidR="006146DD" w:rsidRPr="00BC6830">
        <w:rPr>
          <w:rStyle w:val="TNR21"/>
          <w:rFonts w:ascii="Arial" w:hAnsi="Arial" w:cs="Arial"/>
          <w:sz w:val="22"/>
          <w:lang w:val="es-CO"/>
        </w:rPr>
        <w:t xml:space="preserve"> porque yo siempre considero que la Comisión Séptima es la Comisión que est</w:t>
      </w:r>
      <w:r w:rsidR="001E5AA3" w:rsidRPr="00BC6830">
        <w:rPr>
          <w:rStyle w:val="TNR21"/>
          <w:rFonts w:ascii="Arial" w:hAnsi="Arial" w:cs="Arial"/>
          <w:sz w:val="22"/>
          <w:lang w:val="es-CO"/>
        </w:rPr>
        <w:t>á</w:t>
      </w:r>
      <w:r w:rsidR="006146DD" w:rsidRPr="00BC6830">
        <w:rPr>
          <w:rStyle w:val="TNR21"/>
          <w:rFonts w:ascii="Arial" w:hAnsi="Arial" w:cs="Arial"/>
          <w:sz w:val="22"/>
          <w:lang w:val="es-CO"/>
        </w:rPr>
        <w:t xml:space="preserve"> de cara a los colombianos</w:t>
      </w:r>
      <w:r w:rsidR="001E5AA3" w:rsidRPr="00BC6830">
        <w:rPr>
          <w:rStyle w:val="TNR21"/>
          <w:rFonts w:ascii="Arial" w:hAnsi="Arial" w:cs="Arial"/>
          <w:sz w:val="22"/>
          <w:lang w:val="es-CO"/>
        </w:rPr>
        <w:t>,</w:t>
      </w:r>
      <w:r w:rsidR="006146DD" w:rsidRPr="00BC6830">
        <w:rPr>
          <w:rStyle w:val="TNR21"/>
          <w:rFonts w:ascii="Arial" w:hAnsi="Arial" w:cs="Arial"/>
          <w:sz w:val="22"/>
          <w:lang w:val="es-CO"/>
        </w:rPr>
        <w:t xml:space="preserve"> de cara a lo social y </w:t>
      </w:r>
      <w:r w:rsidR="001E5AA3" w:rsidRPr="00BC6830">
        <w:rPr>
          <w:rStyle w:val="TNR21"/>
          <w:rFonts w:ascii="Arial" w:hAnsi="Arial" w:cs="Arial"/>
          <w:sz w:val="22"/>
          <w:lang w:val="es-CO"/>
        </w:rPr>
        <w:t xml:space="preserve">lo </w:t>
      </w:r>
      <w:r w:rsidR="006146DD" w:rsidRPr="00BC6830">
        <w:rPr>
          <w:rStyle w:val="TNR21"/>
          <w:rFonts w:ascii="Arial" w:hAnsi="Arial" w:cs="Arial"/>
          <w:sz w:val="22"/>
          <w:lang w:val="es-CO"/>
        </w:rPr>
        <w:t>social no tiene color político</w:t>
      </w:r>
      <w:r w:rsidR="001E5AA3" w:rsidRPr="00BC6830">
        <w:rPr>
          <w:rStyle w:val="TNR21"/>
          <w:rFonts w:ascii="Arial" w:hAnsi="Arial" w:cs="Arial"/>
          <w:sz w:val="22"/>
          <w:lang w:val="es-CO"/>
        </w:rPr>
        <w:t>,</w:t>
      </w:r>
      <w:r w:rsidR="006146DD" w:rsidRPr="00BC6830">
        <w:rPr>
          <w:rStyle w:val="TNR21"/>
          <w:rFonts w:ascii="Arial" w:hAnsi="Arial" w:cs="Arial"/>
          <w:sz w:val="22"/>
          <w:lang w:val="es-CO"/>
        </w:rPr>
        <w:t xml:space="preserve"> los adultos mayores no sabrán aquí quién es liberal</w:t>
      </w:r>
      <w:r w:rsidR="001E5AA3" w:rsidRPr="00BC6830">
        <w:rPr>
          <w:rStyle w:val="TNR21"/>
          <w:rFonts w:ascii="Arial" w:hAnsi="Arial" w:cs="Arial"/>
          <w:sz w:val="22"/>
          <w:lang w:val="es-CO"/>
        </w:rPr>
        <w:t>,</w:t>
      </w:r>
      <w:r w:rsidR="006146DD" w:rsidRPr="00BC6830">
        <w:rPr>
          <w:rStyle w:val="TNR21"/>
          <w:rFonts w:ascii="Arial" w:hAnsi="Arial" w:cs="Arial"/>
          <w:sz w:val="22"/>
          <w:lang w:val="es-CO"/>
        </w:rPr>
        <w:t xml:space="preserve"> quién es conservador</w:t>
      </w:r>
      <w:r w:rsidR="001E5AA3" w:rsidRPr="00BC6830">
        <w:rPr>
          <w:rStyle w:val="TNR21"/>
          <w:rFonts w:ascii="Arial" w:hAnsi="Arial" w:cs="Arial"/>
          <w:sz w:val="22"/>
          <w:lang w:val="es-CO"/>
        </w:rPr>
        <w:t>,</w:t>
      </w:r>
      <w:r w:rsidR="006146DD" w:rsidRPr="00BC6830">
        <w:rPr>
          <w:rStyle w:val="TNR21"/>
          <w:rFonts w:ascii="Arial" w:hAnsi="Arial" w:cs="Arial"/>
          <w:sz w:val="22"/>
          <w:lang w:val="es-CO"/>
        </w:rPr>
        <w:t xml:space="preserve"> quién es de cambio</w:t>
      </w:r>
      <w:r w:rsidR="001E5AA3" w:rsidRPr="00BC6830">
        <w:rPr>
          <w:rStyle w:val="TNR21"/>
          <w:rFonts w:ascii="Arial" w:hAnsi="Arial" w:cs="Arial"/>
          <w:sz w:val="22"/>
          <w:lang w:val="es-CO"/>
        </w:rPr>
        <w:t>,</w:t>
      </w:r>
      <w:r w:rsidR="006146DD" w:rsidRPr="00BC6830">
        <w:rPr>
          <w:rStyle w:val="TNR21"/>
          <w:rFonts w:ascii="Arial" w:hAnsi="Arial" w:cs="Arial"/>
          <w:sz w:val="22"/>
          <w:lang w:val="es-CO"/>
        </w:rPr>
        <w:t xml:space="preserve"> quién es de centro</w:t>
      </w:r>
      <w:r w:rsidR="001E5AA3" w:rsidRPr="00BC6830">
        <w:rPr>
          <w:rStyle w:val="TNR21"/>
          <w:rFonts w:ascii="Arial" w:hAnsi="Arial" w:cs="Arial"/>
          <w:sz w:val="22"/>
          <w:lang w:val="es-CO"/>
        </w:rPr>
        <w:t>,</w:t>
      </w:r>
      <w:r w:rsidR="006146DD" w:rsidRPr="00BC6830">
        <w:rPr>
          <w:rStyle w:val="TNR21"/>
          <w:rFonts w:ascii="Arial" w:hAnsi="Arial" w:cs="Arial"/>
          <w:sz w:val="22"/>
          <w:lang w:val="es-CO"/>
        </w:rPr>
        <w:t xml:space="preserve"> los adultos mayores de Colombia no saben quién </w:t>
      </w:r>
      <w:r w:rsidR="00B03E74">
        <w:rPr>
          <w:rStyle w:val="TNR21"/>
          <w:rFonts w:ascii="Arial" w:hAnsi="Arial" w:cs="Arial"/>
          <w:sz w:val="22"/>
          <w:lang w:val="es-CO"/>
        </w:rPr>
        <w:t xml:space="preserve">es </w:t>
      </w:r>
      <w:r w:rsidR="006146DD" w:rsidRPr="00BC6830">
        <w:rPr>
          <w:rStyle w:val="TNR21"/>
          <w:rFonts w:ascii="Arial" w:hAnsi="Arial" w:cs="Arial"/>
          <w:sz w:val="22"/>
          <w:lang w:val="es-CO"/>
        </w:rPr>
        <w:t>oposición</w:t>
      </w:r>
      <w:r w:rsidR="001E5AA3" w:rsidRPr="00BC6830">
        <w:rPr>
          <w:rStyle w:val="TNR21"/>
          <w:rFonts w:ascii="Arial" w:hAnsi="Arial" w:cs="Arial"/>
          <w:sz w:val="22"/>
          <w:lang w:val="es-CO"/>
        </w:rPr>
        <w:t>,</w:t>
      </w:r>
      <w:r w:rsidR="006146DD" w:rsidRPr="00BC6830">
        <w:rPr>
          <w:rStyle w:val="TNR21"/>
          <w:rFonts w:ascii="Arial" w:hAnsi="Arial" w:cs="Arial"/>
          <w:sz w:val="22"/>
          <w:lang w:val="es-CO"/>
        </w:rPr>
        <w:t xml:space="preserve"> quién es independiente o quién es de gobierno</w:t>
      </w:r>
      <w:r w:rsidR="001E5AA3" w:rsidRPr="00BC6830">
        <w:rPr>
          <w:rStyle w:val="TNR21"/>
          <w:rFonts w:ascii="Arial" w:hAnsi="Arial" w:cs="Arial"/>
          <w:sz w:val="22"/>
          <w:lang w:val="es-CO"/>
        </w:rPr>
        <w:t>, los</w:t>
      </w:r>
      <w:r w:rsidR="006146DD" w:rsidRPr="00BC6830">
        <w:rPr>
          <w:rStyle w:val="TNR21"/>
          <w:rFonts w:ascii="Arial" w:hAnsi="Arial" w:cs="Arial"/>
          <w:sz w:val="22"/>
          <w:lang w:val="es-CO"/>
        </w:rPr>
        <w:t xml:space="preserve"> adultos mayores sí saben que esos 70 mil pesos que le llegan o 80 mil pesos que le llegan no le alcanzan para nada</w:t>
      </w:r>
      <w:r w:rsidR="001E5AA3" w:rsidRPr="00BC6830">
        <w:rPr>
          <w:rStyle w:val="TNR21"/>
          <w:rFonts w:ascii="Arial" w:hAnsi="Arial" w:cs="Arial"/>
          <w:sz w:val="22"/>
          <w:lang w:val="es-CO"/>
        </w:rPr>
        <w:t>,</w:t>
      </w:r>
      <w:r w:rsidR="006146DD" w:rsidRPr="00BC6830">
        <w:rPr>
          <w:rStyle w:val="TNR21"/>
          <w:rFonts w:ascii="Arial" w:hAnsi="Arial" w:cs="Arial"/>
          <w:sz w:val="22"/>
          <w:lang w:val="es-CO"/>
        </w:rPr>
        <w:t xml:space="preserve"> por eso hemos presentado esta ponencia positiva y compañeros quiero que saquemos adelante este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para dejar una constancia muy importante</w:t>
      </w:r>
      <w:r w:rsidR="001E5AA3" w:rsidRPr="00BC6830">
        <w:rPr>
          <w:rStyle w:val="TNR21"/>
          <w:rFonts w:ascii="Arial" w:hAnsi="Arial" w:cs="Arial"/>
          <w:sz w:val="22"/>
          <w:lang w:val="es-CO"/>
        </w:rPr>
        <w:t>,</w:t>
      </w:r>
      <w:r w:rsidR="006146DD" w:rsidRPr="00BC6830">
        <w:rPr>
          <w:rStyle w:val="TNR21"/>
          <w:rFonts w:ascii="Arial" w:hAnsi="Arial" w:cs="Arial"/>
          <w:sz w:val="22"/>
          <w:lang w:val="es-CO"/>
        </w:rPr>
        <w:t xml:space="preserve"> que estamos de </w:t>
      </w:r>
      <w:r w:rsidR="001E5AA3" w:rsidRPr="00BC6830">
        <w:rPr>
          <w:rStyle w:val="TNR21"/>
          <w:rFonts w:ascii="Arial" w:hAnsi="Arial" w:cs="Arial"/>
          <w:sz w:val="22"/>
          <w:lang w:val="es-CO"/>
        </w:rPr>
        <w:t xml:space="preserve">acuerdo </w:t>
      </w:r>
      <w:r w:rsidR="006146DD" w:rsidRPr="00BC6830">
        <w:rPr>
          <w:rStyle w:val="TNR21"/>
          <w:rFonts w:ascii="Arial" w:hAnsi="Arial" w:cs="Arial"/>
          <w:sz w:val="22"/>
          <w:lang w:val="es-CO"/>
        </w:rPr>
        <w:t xml:space="preserve">con ese pilar solidario para los adultos mayores y que tenemos que enriquecer ese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reforma pensional dándole la cara a los adultos mayores de este país</w:t>
      </w:r>
      <w:r w:rsidR="001E5AA3"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1E5AA3" w:rsidRPr="00BC6830">
        <w:rPr>
          <w:rStyle w:val="TNR21"/>
          <w:rFonts w:ascii="Arial" w:hAnsi="Arial" w:cs="Arial"/>
          <w:sz w:val="22"/>
          <w:lang w:val="es-CO"/>
        </w:rPr>
        <w:t>E</w:t>
      </w:r>
      <w:r w:rsidR="006146DD" w:rsidRPr="00BC6830">
        <w:rPr>
          <w:rStyle w:val="TNR21"/>
          <w:rFonts w:ascii="Arial" w:hAnsi="Arial" w:cs="Arial"/>
          <w:sz w:val="22"/>
          <w:lang w:val="es-CO"/>
        </w:rPr>
        <w:t>ntonces señor Presidente no sé si ya sometieron a votación la ponencia</w:t>
      </w:r>
      <w:r w:rsidR="001E5AA3" w:rsidRPr="00BC6830">
        <w:rPr>
          <w:rStyle w:val="TNR21"/>
          <w:rFonts w:ascii="Arial" w:hAnsi="Arial" w:cs="Arial"/>
          <w:sz w:val="22"/>
          <w:lang w:val="es-CO"/>
        </w:rPr>
        <w:t>,</w:t>
      </w:r>
      <w:r w:rsidR="006146DD" w:rsidRPr="00BC6830">
        <w:rPr>
          <w:rStyle w:val="TNR21"/>
          <w:rFonts w:ascii="Arial" w:hAnsi="Arial" w:cs="Arial"/>
          <w:sz w:val="22"/>
          <w:lang w:val="es-CO"/>
        </w:rPr>
        <w:t xml:space="preserve"> entonces creo que con eso estamos dando una justificación real de lo que significa este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para los adultos mayores en Colombia</w:t>
      </w:r>
      <w:r w:rsidR="001E5AA3" w:rsidRPr="00BC6830">
        <w:rPr>
          <w:rStyle w:val="TNR21"/>
          <w:rFonts w:ascii="Arial" w:hAnsi="Arial" w:cs="Arial"/>
          <w:sz w:val="22"/>
          <w:lang w:val="es-CO"/>
        </w:rPr>
        <w:t>,</w:t>
      </w:r>
      <w:r w:rsidR="006146DD" w:rsidRPr="00BC6830">
        <w:rPr>
          <w:rStyle w:val="TNR21"/>
          <w:rFonts w:ascii="Arial" w:hAnsi="Arial" w:cs="Arial"/>
          <w:sz w:val="22"/>
          <w:lang w:val="es-CO"/>
        </w:rPr>
        <w:t xml:space="preserve"> y no puede ser lo siguiente</w:t>
      </w:r>
      <w:r w:rsidR="001E5AA3" w:rsidRPr="00BC6830">
        <w:rPr>
          <w:rStyle w:val="TNR21"/>
          <w:rFonts w:ascii="Arial" w:hAnsi="Arial" w:cs="Arial"/>
          <w:sz w:val="22"/>
          <w:lang w:val="es-CO"/>
        </w:rPr>
        <w:t>,</w:t>
      </w:r>
      <w:r w:rsidR="006146DD" w:rsidRPr="00BC6830">
        <w:rPr>
          <w:rStyle w:val="TNR21"/>
          <w:rFonts w:ascii="Arial" w:hAnsi="Arial" w:cs="Arial"/>
          <w:sz w:val="22"/>
          <w:lang w:val="es-CO"/>
        </w:rPr>
        <w:t xml:space="preserve"> que también lo contempla el </w:t>
      </w:r>
      <w:r w:rsidR="00841B08">
        <w:rPr>
          <w:rStyle w:val="TNR21"/>
          <w:rFonts w:ascii="Arial" w:hAnsi="Arial" w:cs="Arial"/>
          <w:sz w:val="22"/>
          <w:lang w:val="es-CO"/>
        </w:rPr>
        <w:t>proyecto</w:t>
      </w:r>
      <w:r w:rsidR="001E5AA3" w:rsidRPr="00BC6830">
        <w:rPr>
          <w:rStyle w:val="TNR21"/>
          <w:rFonts w:ascii="Arial" w:hAnsi="Arial" w:cs="Arial"/>
          <w:sz w:val="22"/>
          <w:lang w:val="es-CO"/>
        </w:rPr>
        <w:t>,</w:t>
      </w:r>
      <w:r w:rsidR="006146DD" w:rsidRPr="00BC6830">
        <w:rPr>
          <w:rStyle w:val="TNR21"/>
          <w:rFonts w:ascii="Arial" w:hAnsi="Arial" w:cs="Arial"/>
          <w:sz w:val="22"/>
          <w:lang w:val="es-CO"/>
        </w:rPr>
        <w:t xml:space="preserve"> no puede ser que unos sí tengan y otros no</w:t>
      </w:r>
      <w:r w:rsidR="001E5AA3" w:rsidRPr="00BC6830">
        <w:rPr>
          <w:rStyle w:val="TNR21"/>
          <w:rFonts w:ascii="Arial" w:hAnsi="Arial" w:cs="Arial"/>
          <w:sz w:val="22"/>
          <w:lang w:val="es-CO"/>
        </w:rPr>
        <w:t>,</w:t>
      </w:r>
      <w:r w:rsidR="006146DD" w:rsidRPr="00BC6830">
        <w:rPr>
          <w:rStyle w:val="TNR21"/>
          <w:rFonts w:ascii="Arial" w:hAnsi="Arial" w:cs="Arial"/>
          <w:sz w:val="22"/>
          <w:lang w:val="es-CO"/>
        </w:rPr>
        <w:t xml:space="preserve"> como yo lo he dicho en campaña cuando estaba en mi primera campaña a la Cámara de Representantes</w:t>
      </w:r>
      <w:r w:rsidR="00B03E74">
        <w:rPr>
          <w:rStyle w:val="TNR21"/>
          <w:rFonts w:ascii="Arial" w:hAnsi="Arial" w:cs="Arial"/>
          <w:sz w:val="22"/>
          <w:lang w:val="es-CO"/>
        </w:rPr>
        <w:t>,</w:t>
      </w:r>
      <w:r w:rsidR="006146DD" w:rsidRPr="00BC6830">
        <w:rPr>
          <w:rStyle w:val="TNR21"/>
          <w:rFonts w:ascii="Arial" w:hAnsi="Arial" w:cs="Arial"/>
          <w:sz w:val="22"/>
          <w:lang w:val="es-CO"/>
        </w:rPr>
        <w:t xml:space="preserve"> cuando los adultos mayores me decían</w:t>
      </w:r>
      <w:r w:rsidR="001E5AA3" w:rsidRPr="00BC6830">
        <w:rPr>
          <w:rStyle w:val="TNR21"/>
          <w:rFonts w:ascii="Arial" w:hAnsi="Arial" w:cs="Arial"/>
          <w:sz w:val="22"/>
          <w:lang w:val="es-CO"/>
        </w:rPr>
        <w:t>,</w:t>
      </w:r>
      <w:r w:rsidR="006146DD" w:rsidRPr="00BC6830">
        <w:rPr>
          <w:rStyle w:val="TNR21"/>
          <w:rFonts w:ascii="Arial" w:hAnsi="Arial" w:cs="Arial"/>
          <w:sz w:val="22"/>
          <w:lang w:val="es-CO"/>
        </w:rPr>
        <w:t xml:space="preserve"> mire profe Jairo yo metí mi carpeta a la </w:t>
      </w:r>
      <w:r w:rsidR="00B03E74">
        <w:rPr>
          <w:rStyle w:val="TNR21"/>
          <w:rFonts w:ascii="Arial" w:hAnsi="Arial" w:cs="Arial"/>
          <w:sz w:val="22"/>
          <w:lang w:val="es-CO"/>
        </w:rPr>
        <w:t>s</w:t>
      </w:r>
      <w:r w:rsidR="006146DD" w:rsidRPr="00BC6830">
        <w:rPr>
          <w:rStyle w:val="TNR21"/>
          <w:rFonts w:ascii="Arial" w:hAnsi="Arial" w:cs="Arial"/>
          <w:sz w:val="22"/>
          <w:lang w:val="es-CO"/>
        </w:rPr>
        <w:t>ecretaría de Adulto Mayor de la ciudad de Cúcuta</w:t>
      </w:r>
      <w:r w:rsidR="001E5AA3" w:rsidRPr="00BC6830">
        <w:rPr>
          <w:rStyle w:val="TNR21"/>
          <w:rFonts w:ascii="Arial" w:hAnsi="Arial" w:cs="Arial"/>
          <w:sz w:val="22"/>
          <w:lang w:val="es-CO"/>
        </w:rPr>
        <w:t>,</w:t>
      </w:r>
      <w:r w:rsidR="006146DD" w:rsidRPr="00BC6830">
        <w:rPr>
          <w:rStyle w:val="TNR21"/>
          <w:rFonts w:ascii="Arial" w:hAnsi="Arial" w:cs="Arial"/>
          <w:sz w:val="22"/>
          <w:lang w:val="es-CO"/>
        </w:rPr>
        <w:t xml:space="preserve"> y ya pasaron 10 </w:t>
      </w:r>
      <w:r w:rsidR="001E5AA3" w:rsidRPr="00BC6830">
        <w:rPr>
          <w:rStyle w:val="TNR21"/>
          <w:rFonts w:ascii="Arial" w:hAnsi="Arial" w:cs="Arial"/>
          <w:sz w:val="22"/>
          <w:lang w:val="es-CO"/>
        </w:rPr>
        <w:t xml:space="preserve">años, </w:t>
      </w:r>
      <w:r w:rsidR="006146DD" w:rsidRPr="00BC6830">
        <w:rPr>
          <w:rStyle w:val="TNR21"/>
          <w:rFonts w:ascii="Arial" w:hAnsi="Arial" w:cs="Arial"/>
          <w:sz w:val="22"/>
          <w:lang w:val="es-CO"/>
        </w:rPr>
        <w:t>se murió la abuelita y nunca le llegó el adulto mayor parecía como a el coronel no t</w:t>
      </w:r>
      <w:r w:rsidR="001E5AA3" w:rsidRPr="00BC6830">
        <w:rPr>
          <w:rStyle w:val="TNR21"/>
          <w:rFonts w:ascii="Arial" w:hAnsi="Arial" w:cs="Arial"/>
          <w:sz w:val="22"/>
          <w:lang w:val="es-CO"/>
        </w:rPr>
        <w:t>iene quién le escrib</w:t>
      </w:r>
      <w:r w:rsidR="00B03E74">
        <w:rPr>
          <w:rStyle w:val="TNR21"/>
          <w:rFonts w:ascii="Arial" w:hAnsi="Arial" w:cs="Arial"/>
          <w:sz w:val="22"/>
          <w:lang w:val="es-CO"/>
        </w:rPr>
        <w:t>a</w:t>
      </w:r>
      <w:r w:rsidR="001E5AA3" w:rsidRPr="00BC6830">
        <w:rPr>
          <w:rStyle w:val="TNR21"/>
          <w:rFonts w:ascii="Arial" w:hAnsi="Arial" w:cs="Arial"/>
          <w:sz w:val="22"/>
          <w:lang w:val="es-CO"/>
        </w:rPr>
        <w:t>,</w:t>
      </w:r>
      <w:r w:rsidR="006146DD" w:rsidRPr="00BC6830">
        <w:rPr>
          <w:rStyle w:val="TNR21"/>
          <w:rFonts w:ascii="Arial" w:hAnsi="Arial" w:cs="Arial"/>
          <w:sz w:val="22"/>
          <w:lang w:val="es-CO"/>
        </w:rPr>
        <w:t xml:space="preserve"> esperando su pensión entonces los abuelos</w:t>
      </w:r>
      <w:r w:rsidR="001E5AA3" w:rsidRPr="00BC6830">
        <w:rPr>
          <w:rStyle w:val="TNR21"/>
          <w:rFonts w:ascii="Arial" w:hAnsi="Arial" w:cs="Arial"/>
          <w:sz w:val="22"/>
          <w:lang w:val="es-CO"/>
        </w:rPr>
        <w:t>,</w:t>
      </w:r>
      <w:r w:rsidR="006146DD" w:rsidRPr="00BC6830">
        <w:rPr>
          <w:rStyle w:val="TNR21"/>
          <w:rFonts w:ascii="Arial" w:hAnsi="Arial" w:cs="Arial"/>
          <w:sz w:val="22"/>
          <w:lang w:val="es-CO"/>
        </w:rPr>
        <w:t xml:space="preserve"> los adultos mayores no pueden esperar como el coronel no tiene quién le escriba</w:t>
      </w:r>
      <w:r w:rsidR="001E5AA3" w:rsidRPr="00BC6830">
        <w:rPr>
          <w:rStyle w:val="TNR21"/>
          <w:rFonts w:ascii="Arial" w:hAnsi="Arial" w:cs="Arial"/>
          <w:sz w:val="22"/>
          <w:lang w:val="es-CO"/>
        </w:rPr>
        <w:t>,</w:t>
      </w:r>
      <w:r w:rsidR="006146DD" w:rsidRPr="00BC6830">
        <w:rPr>
          <w:rStyle w:val="TNR21"/>
          <w:rFonts w:ascii="Arial" w:hAnsi="Arial" w:cs="Arial"/>
          <w:sz w:val="22"/>
          <w:lang w:val="es-CO"/>
        </w:rPr>
        <w:t xml:space="preserve"> yo creo que esto debe ser para todos el que no reúna ese requisito pensional y esté en unos niveles del </w:t>
      </w:r>
      <w:r w:rsidR="00B03E74" w:rsidRPr="00BC6830">
        <w:rPr>
          <w:rStyle w:val="TNR21"/>
          <w:rFonts w:ascii="Arial" w:hAnsi="Arial" w:cs="Arial"/>
          <w:sz w:val="22"/>
          <w:lang w:val="es-CO"/>
        </w:rPr>
        <w:t>SISBÉN</w:t>
      </w:r>
      <w:r w:rsidR="006146DD" w:rsidRPr="00BC6830">
        <w:rPr>
          <w:rStyle w:val="TNR21"/>
          <w:rFonts w:ascii="Arial" w:hAnsi="Arial" w:cs="Arial"/>
          <w:sz w:val="22"/>
          <w:lang w:val="es-CO"/>
        </w:rPr>
        <w:t xml:space="preserve"> definidos tenemos que dar eso a un 100% de adultos mayores y no decir que unos tengan y otros no tengan</w:t>
      </w:r>
      <w:r w:rsidR="001E5AA3" w:rsidRPr="00BC6830">
        <w:rPr>
          <w:rStyle w:val="TNR21"/>
          <w:rFonts w:ascii="Arial" w:hAnsi="Arial" w:cs="Arial"/>
          <w:sz w:val="22"/>
          <w:lang w:val="es-CO"/>
        </w:rPr>
        <w:t>,</w:t>
      </w:r>
      <w:r w:rsidR="006146DD" w:rsidRPr="00BC6830">
        <w:rPr>
          <w:rStyle w:val="TNR21"/>
          <w:rFonts w:ascii="Arial" w:hAnsi="Arial" w:cs="Arial"/>
          <w:sz w:val="22"/>
          <w:lang w:val="es-CO"/>
        </w:rPr>
        <w:t xml:space="preserve"> tenemos que dar una cobertura universal así como se está planteando </w:t>
      </w:r>
      <w:r w:rsidR="001E5AA3" w:rsidRPr="00BC6830">
        <w:rPr>
          <w:rStyle w:val="TNR21"/>
          <w:rFonts w:ascii="Arial" w:hAnsi="Arial" w:cs="Arial"/>
          <w:sz w:val="22"/>
          <w:lang w:val="es-CO"/>
        </w:rPr>
        <w:t>ese pilar solidario</w:t>
      </w:r>
      <w:r w:rsidR="006146DD" w:rsidRPr="00BC6830">
        <w:rPr>
          <w:rStyle w:val="TNR21"/>
          <w:rFonts w:ascii="Arial" w:hAnsi="Arial" w:cs="Arial"/>
          <w:sz w:val="22"/>
          <w:lang w:val="es-CO"/>
        </w:rPr>
        <w:t>.</w:t>
      </w:r>
    </w:p>
    <w:p w14:paraId="3983309B" w14:textId="77777777" w:rsidR="001E5AA3" w:rsidRPr="00BC6830" w:rsidRDefault="001E5AA3" w:rsidP="00667EBF">
      <w:pPr>
        <w:pStyle w:val="Sinespaciado"/>
        <w:jc w:val="both"/>
        <w:rPr>
          <w:rStyle w:val="TNR21"/>
          <w:rFonts w:ascii="Arial" w:hAnsi="Arial" w:cs="Arial"/>
          <w:sz w:val="22"/>
          <w:lang w:val="es-CO"/>
        </w:rPr>
      </w:pPr>
    </w:p>
    <w:p w14:paraId="78EC89EA" w14:textId="77777777" w:rsidR="006B1A67" w:rsidRPr="00BC6830" w:rsidRDefault="009D49E0" w:rsidP="00667EBF">
      <w:pPr>
        <w:pStyle w:val="Sinespaciado"/>
        <w:jc w:val="both"/>
        <w:rPr>
          <w:rStyle w:val="TNR21"/>
          <w:rFonts w:ascii="Arial" w:hAnsi="Arial" w:cs="Arial"/>
          <w:sz w:val="22"/>
          <w:lang w:val="es-CO"/>
        </w:rPr>
      </w:pPr>
      <w:r w:rsidRPr="00F01E71">
        <w:rPr>
          <w:rStyle w:val="TNR21"/>
          <w:rFonts w:ascii="Arial" w:hAnsi="Arial" w:cs="Arial"/>
          <w:b/>
          <w:sz w:val="22"/>
          <w:lang w:val="es-CO"/>
        </w:rPr>
        <w:lastRenderedPageBreak/>
        <w:t>El Presidente</w:t>
      </w:r>
      <w:r w:rsidRPr="00F01E71">
        <w:rPr>
          <w:rStyle w:val="TNR21"/>
          <w:rFonts w:ascii="Arial" w:hAnsi="Arial" w:cs="Arial"/>
          <w:sz w:val="22"/>
          <w:lang w:val="es-CO"/>
        </w:rPr>
        <w:t>:</w:t>
      </w:r>
      <w:r w:rsidR="006146DD" w:rsidRPr="00F01E71">
        <w:rPr>
          <w:rStyle w:val="TNR21"/>
          <w:rFonts w:ascii="Arial" w:hAnsi="Arial" w:cs="Arial"/>
          <w:sz w:val="22"/>
          <w:lang w:val="es-CO"/>
        </w:rPr>
        <w:t xml:space="preserve"> </w:t>
      </w:r>
      <w:r w:rsidR="001E5AA3" w:rsidRPr="00F01E71">
        <w:rPr>
          <w:rStyle w:val="TNR21"/>
          <w:rFonts w:ascii="Arial" w:hAnsi="Arial" w:cs="Arial"/>
          <w:sz w:val="22"/>
          <w:lang w:val="es-CO"/>
        </w:rPr>
        <w:t>M</w:t>
      </w:r>
      <w:r w:rsidR="006146DD" w:rsidRPr="00F01E71">
        <w:rPr>
          <w:rStyle w:val="TNR21"/>
          <w:rFonts w:ascii="Arial" w:hAnsi="Arial" w:cs="Arial"/>
          <w:sz w:val="22"/>
          <w:lang w:val="es-CO"/>
        </w:rPr>
        <w:t>uchas gracias Representante</w:t>
      </w:r>
      <w:r w:rsidR="001E5AA3"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1E5AA3" w:rsidRPr="00BC6830">
        <w:rPr>
          <w:rStyle w:val="TNR21"/>
          <w:rFonts w:ascii="Arial" w:hAnsi="Arial" w:cs="Arial"/>
          <w:sz w:val="22"/>
          <w:lang w:val="es-CO"/>
        </w:rPr>
        <w:t>T</w:t>
      </w:r>
      <w:r w:rsidR="006146DD" w:rsidRPr="00BC6830">
        <w:rPr>
          <w:rStyle w:val="TNR21"/>
          <w:rFonts w:ascii="Arial" w:hAnsi="Arial" w:cs="Arial"/>
          <w:sz w:val="22"/>
          <w:lang w:val="es-CO"/>
        </w:rPr>
        <w:t>iene la palabra el ponente el Representante Jorge Quevedo</w:t>
      </w:r>
      <w:r w:rsidR="006B1A67" w:rsidRPr="00BC6830">
        <w:rPr>
          <w:rStyle w:val="TNR21"/>
          <w:rFonts w:ascii="Arial" w:hAnsi="Arial" w:cs="Arial"/>
          <w:sz w:val="22"/>
          <w:lang w:val="es-CO"/>
        </w:rPr>
        <w:t>,</w:t>
      </w:r>
      <w:r w:rsidR="006146DD" w:rsidRPr="00BC6830">
        <w:rPr>
          <w:rStyle w:val="TNR21"/>
          <w:rFonts w:ascii="Arial" w:hAnsi="Arial" w:cs="Arial"/>
          <w:sz w:val="22"/>
          <w:lang w:val="es-CO"/>
        </w:rPr>
        <w:t xml:space="preserve"> buen día Repre</w:t>
      </w:r>
      <w:r w:rsidR="006B1A67" w:rsidRPr="00BC6830">
        <w:rPr>
          <w:rStyle w:val="TNR21"/>
          <w:rFonts w:ascii="Arial" w:hAnsi="Arial" w:cs="Arial"/>
          <w:sz w:val="22"/>
          <w:lang w:val="es-CO"/>
        </w:rPr>
        <w:t>sentante</w:t>
      </w:r>
      <w:r w:rsidR="006146DD" w:rsidRPr="00BC6830">
        <w:rPr>
          <w:rStyle w:val="TNR21"/>
          <w:rFonts w:ascii="Arial" w:hAnsi="Arial" w:cs="Arial"/>
          <w:sz w:val="22"/>
          <w:lang w:val="es-CO"/>
        </w:rPr>
        <w:t>.</w:t>
      </w:r>
    </w:p>
    <w:p w14:paraId="2573CD85" w14:textId="77777777" w:rsidR="006B1A67" w:rsidRPr="00BC6830" w:rsidRDefault="006B1A67" w:rsidP="00667EBF">
      <w:pPr>
        <w:pStyle w:val="Sinespaciado"/>
        <w:jc w:val="both"/>
        <w:rPr>
          <w:rStyle w:val="TNR21"/>
          <w:rFonts w:ascii="Arial" w:hAnsi="Arial" w:cs="Arial"/>
          <w:sz w:val="22"/>
          <w:lang w:val="es-CO"/>
        </w:rPr>
      </w:pPr>
    </w:p>
    <w:p w14:paraId="66A0365D" w14:textId="77777777" w:rsidR="006B1A67" w:rsidRPr="00BC6830" w:rsidRDefault="00B1577F" w:rsidP="00667EBF">
      <w:pPr>
        <w:pStyle w:val="Sinespaciado"/>
        <w:jc w:val="both"/>
        <w:rPr>
          <w:rStyle w:val="TNR21"/>
          <w:rFonts w:ascii="Arial" w:hAnsi="Arial" w:cs="Arial"/>
          <w:sz w:val="22"/>
          <w:lang w:val="es-CO"/>
        </w:rPr>
      </w:pPr>
      <w:r w:rsidRPr="00BC6830">
        <w:rPr>
          <w:rStyle w:val="TNR21"/>
          <w:rFonts w:ascii="Arial" w:hAnsi="Arial" w:cs="Arial"/>
          <w:b/>
          <w:sz w:val="22"/>
          <w:lang w:val="es-CO"/>
        </w:rPr>
        <w:t>H. Representante</w:t>
      </w:r>
      <w:r w:rsidR="006146DD" w:rsidRPr="00BC6830">
        <w:rPr>
          <w:rStyle w:val="TNR21"/>
          <w:rFonts w:ascii="Arial" w:hAnsi="Arial" w:cs="Arial"/>
          <w:b/>
          <w:sz w:val="22"/>
          <w:lang w:val="es-CO"/>
        </w:rPr>
        <w:t xml:space="preserve"> Jorge Alexander Quevedo Herrera</w:t>
      </w:r>
      <w:r w:rsidR="006146DD" w:rsidRPr="00BC6830">
        <w:rPr>
          <w:rStyle w:val="TNR21"/>
          <w:rFonts w:ascii="Arial" w:hAnsi="Arial" w:cs="Arial"/>
          <w:sz w:val="22"/>
          <w:lang w:val="es-CO"/>
        </w:rPr>
        <w:t xml:space="preserve">: </w:t>
      </w:r>
      <w:r w:rsidR="006B1A67" w:rsidRPr="00BC6830">
        <w:rPr>
          <w:rStyle w:val="TNR21"/>
          <w:rFonts w:ascii="Arial" w:hAnsi="Arial" w:cs="Arial"/>
          <w:sz w:val="22"/>
          <w:lang w:val="es-CO"/>
        </w:rPr>
        <w:t>M</w:t>
      </w:r>
      <w:r w:rsidR="006146DD" w:rsidRPr="00BC6830">
        <w:rPr>
          <w:rStyle w:val="TNR21"/>
          <w:rFonts w:ascii="Arial" w:hAnsi="Arial" w:cs="Arial"/>
          <w:sz w:val="22"/>
          <w:lang w:val="es-CO"/>
        </w:rPr>
        <w:t>uchas gracias Presidente y un saludo a todos los H</w:t>
      </w:r>
      <w:r w:rsidR="00B03E74">
        <w:rPr>
          <w:rStyle w:val="TNR21"/>
          <w:rFonts w:ascii="Arial" w:hAnsi="Arial" w:cs="Arial"/>
          <w:sz w:val="22"/>
          <w:lang w:val="es-CO"/>
        </w:rPr>
        <w:t>. r</w:t>
      </w:r>
      <w:r w:rsidR="006146DD" w:rsidRPr="00BC6830">
        <w:rPr>
          <w:rStyle w:val="TNR21"/>
          <w:rFonts w:ascii="Arial" w:hAnsi="Arial" w:cs="Arial"/>
          <w:sz w:val="22"/>
          <w:lang w:val="es-CO"/>
        </w:rPr>
        <w:t>epresentantes</w:t>
      </w:r>
      <w:r w:rsidR="006B1A67"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6B1A67" w:rsidRPr="00BC6830">
        <w:rPr>
          <w:rStyle w:val="TNR21"/>
          <w:rFonts w:ascii="Arial" w:hAnsi="Arial" w:cs="Arial"/>
          <w:sz w:val="22"/>
          <w:lang w:val="es-CO"/>
        </w:rPr>
        <w:t>Y</w:t>
      </w:r>
      <w:r w:rsidR="006146DD" w:rsidRPr="00BC6830">
        <w:rPr>
          <w:rStyle w:val="TNR21"/>
          <w:rFonts w:ascii="Arial" w:hAnsi="Arial" w:cs="Arial"/>
          <w:sz w:val="22"/>
          <w:lang w:val="es-CO"/>
        </w:rPr>
        <w:t xml:space="preserve">o pienso que el doctor Jairo Cristo ha expuesto en esencia la importancia de este </w:t>
      </w:r>
      <w:r w:rsidR="00841B08">
        <w:rPr>
          <w:rStyle w:val="TNR21"/>
          <w:rFonts w:ascii="Arial" w:hAnsi="Arial" w:cs="Arial"/>
          <w:sz w:val="22"/>
          <w:lang w:val="es-CO"/>
        </w:rPr>
        <w:t>proyecto</w:t>
      </w:r>
      <w:r w:rsidR="006B1A67" w:rsidRPr="00BC6830">
        <w:rPr>
          <w:rStyle w:val="TNR21"/>
          <w:rFonts w:ascii="Arial" w:hAnsi="Arial" w:cs="Arial"/>
          <w:sz w:val="22"/>
          <w:lang w:val="es-CO"/>
        </w:rPr>
        <w:t>,</w:t>
      </w:r>
      <w:r w:rsidR="006146DD" w:rsidRPr="00BC6830">
        <w:rPr>
          <w:rStyle w:val="TNR21"/>
          <w:rFonts w:ascii="Arial" w:hAnsi="Arial" w:cs="Arial"/>
          <w:sz w:val="22"/>
          <w:lang w:val="es-CO"/>
        </w:rPr>
        <w:t xml:space="preserve"> no es un tema menor</w:t>
      </w:r>
      <w:r w:rsidR="006B1A67" w:rsidRPr="00BC6830">
        <w:rPr>
          <w:rStyle w:val="TNR21"/>
          <w:rFonts w:ascii="Arial" w:hAnsi="Arial" w:cs="Arial"/>
          <w:sz w:val="22"/>
          <w:lang w:val="es-CO"/>
        </w:rPr>
        <w:t>,</w:t>
      </w:r>
      <w:r w:rsidR="006146DD" w:rsidRPr="00BC6830">
        <w:rPr>
          <w:rStyle w:val="TNR21"/>
          <w:rFonts w:ascii="Arial" w:hAnsi="Arial" w:cs="Arial"/>
          <w:sz w:val="22"/>
          <w:lang w:val="es-CO"/>
        </w:rPr>
        <w:t xml:space="preserve"> en el país prácticamente los adultos mayores padecen el abandono del gobierno y contradictoriamente y tristemente muchas veces el olvido de sus familias</w:t>
      </w:r>
      <w:r w:rsidR="006B1A67" w:rsidRPr="00BC6830">
        <w:rPr>
          <w:rStyle w:val="TNR21"/>
          <w:rFonts w:ascii="Arial" w:hAnsi="Arial" w:cs="Arial"/>
          <w:sz w:val="22"/>
          <w:lang w:val="es-CO"/>
        </w:rPr>
        <w:t>,</w:t>
      </w:r>
      <w:r w:rsidR="006146DD" w:rsidRPr="00BC6830">
        <w:rPr>
          <w:rStyle w:val="TNR21"/>
          <w:rFonts w:ascii="Arial" w:hAnsi="Arial" w:cs="Arial"/>
          <w:sz w:val="22"/>
          <w:lang w:val="es-CO"/>
        </w:rPr>
        <w:t xml:space="preserve"> en ese orden de ideas este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y obviamente lo que busca también la reforma pensional</w:t>
      </w:r>
      <w:r w:rsidR="006B1A67" w:rsidRPr="00BC6830">
        <w:rPr>
          <w:rStyle w:val="TNR21"/>
          <w:rFonts w:ascii="Arial" w:hAnsi="Arial" w:cs="Arial"/>
          <w:sz w:val="22"/>
          <w:lang w:val="es-CO"/>
        </w:rPr>
        <w:t>,</w:t>
      </w:r>
      <w:r w:rsidR="006146DD" w:rsidRPr="00BC6830">
        <w:rPr>
          <w:rStyle w:val="TNR21"/>
          <w:rFonts w:ascii="Arial" w:hAnsi="Arial" w:cs="Arial"/>
          <w:sz w:val="22"/>
          <w:lang w:val="es-CO"/>
        </w:rPr>
        <w:t xml:space="preserve"> y bueno este gobierno fue uno de sus discursos y de sus principios de propuestas</w:t>
      </w:r>
      <w:r w:rsidR="006B1A67" w:rsidRPr="00BC6830">
        <w:rPr>
          <w:rStyle w:val="TNR21"/>
          <w:rFonts w:ascii="Arial" w:hAnsi="Arial" w:cs="Arial"/>
          <w:sz w:val="22"/>
          <w:lang w:val="es-CO"/>
        </w:rPr>
        <w:t>,</w:t>
      </w:r>
      <w:r w:rsidR="006146DD" w:rsidRPr="00BC6830">
        <w:rPr>
          <w:rStyle w:val="TNR21"/>
          <w:rFonts w:ascii="Arial" w:hAnsi="Arial" w:cs="Arial"/>
          <w:sz w:val="22"/>
          <w:lang w:val="es-CO"/>
        </w:rPr>
        <w:t xml:space="preserve"> que iba a tener justicia con el adulto mayor y hablaba hasta de cifras de medio salario mínimo que era algo que </w:t>
      </w:r>
      <w:r w:rsidR="00C70B65" w:rsidRPr="00BC6830">
        <w:rPr>
          <w:rStyle w:val="TNR21"/>
          <w:rFonts w:ascii="Arial" w:hAnsi="Arial" w:cs="Arial"/>
          <w:sz w:val="22"/>
          <w:lang w:val="es-CO"/>
        </w:rPr>
        <w:t>d</w:t>
      </w:r>
      <w:r w:rsidR="006146DD" w:rsidRPr="00BC6830">
        <w:rPr>
          <w:rStyle w:val="TNR21"/>
          <w:rFonts w:ascii="Arial" w:hAnsi="Arial" w:cs="Arial"/>
          <w:sz w:val="22"/>
          <w:lang w:val="es-CO"/>
        </w:rPr>
        <w:t>ignificaba a esta población</w:t>
      </w:r>
      <w:r w:rsidR="00C70B65" w:rsidRPr="00BC6830">
        <w:rPr>
          <w:rStyle w:val="TNR21"/>
          <w:rFonts w:ascii="Arial" w:hAnsi="Arial" w:cs="Arial"/>
          <w:sz w:val="22"/>
          <w:lang w:val="es-CO"/>
        </w:rPr>
        <w:t>,</w:t>
      </w:r>
      <w:r w:rsidR="006146DD" w:rsidRPr="00BC6830">
        <w:rPr>
          <w:rStyle w:val="TNR21"/>
          <w:rFonts w:ascii="Arial" w:hAnsi="Arial" w:cs="Arial"/>
          <w:sz w:val="22"/>
          <w:lang w:val="es-CO"/>
        </w:rPr>
        <w:t xml:space="preserve"> es precario lo que hoy pasa con un subsidio que es ínfimo</w:t>
      </w:r>
      <w:r w:rsidR="006B1A67" w:rsidRPr="00BC6830">
        <w:rPr>
          <w:rStyle w:val="TNR21"/>
          <w:rFonts w:ascii="Arial" w:hAnsi="Arial" w:cs="Arial"/>
          <w:sz w:val="22"/>
          <w:lang w:val="es-CO"/>
        </w:rPr>
        <w:t>,</w:t>
      </w:r>
      <w:r w:rsidR="006146DD" w:rsidRPr="00BC6830">
        <w:rPr>
          <w:rStyle w:val="TNR21"/>
          <w:rFonts w:ascii="Arial" w:hAnsi="Arial" w:cs="Arial"/>
          <w:sz w:val="22"/>
          <w:lang w:val="es-CO"/>
        </w:rPr>
        <w:t xml:space="preserve"> y que definitivamente no soluciona absolutamente nada para esta población</w:t>
      </w:r>
      <w:r w:rsidR="00C70B65" w:rsidRPr="00BC6830">
        <w:rPr>
          <w:rStyle w:val="TNR21"/>
          <w:rFonts w:ascii="Arial" w:hAnsi="Arial" w:cs="Arial"/>
          <w:sz w:val="22"/>
          <w:lang w:val="es-CO"/>
        </w:rPr>
        <w:t>,</w:t>
      </w:r>
      <w:r w:rsidR="006146DD" w:rsidRPr="00BC6830">
        <w:rPr>
          <w:rStyle w:val="TNR21"/>
          <w:rFonts w:ascii="Arial" w:hAnsi="Arial" w:cs="Arial"/>
          <w:sz w:val="22"/>
          <w:lang w:val="es-CO"/>
        </w:rPr>
        <w:t xml:space="preserve"> los adultos mayores muchas veces a veces ni van a cobrar ese apoyo o ese subsidio porque les cuesta más los pasajes que efectivamente lo que les van a entregar</w:t>
      </w:r>
      <w:r w:rsidR="006B1A67" w:rsidRPr="00BC6830">
        <w:rPr>
          <w:rStyle w:val="TNR21"/>
          <w:rFonts w:ascii="Arial" w:hAnsi="Arial" w:cs="Arial"/>
          <w:sz w:val="22"/>
          <w:lang w:val="es-CO"/>
        </w:rPr>
        <w:t>,</w:t>
      </w:r>
      <w:r w:rsidR="006146DD" w:rsidRPr="00BC6830">
        <w:rPr>
          <w:rStyle w:val="TNR21"/>
          <w:rFonts w:ascii="Arial" w:hAnsi="Arial" w:cs="Arial"/>
          <w:sz w:val="22"/>
          <w:lang w:val="es-CO"/>
        </w:rPr>
        <w:t xml:space="preserve"> pero además de eso usted lo señalaba doctor Jairo Cristo es muy triste que hayan simplemente unos cupos en el país y que hayan largas listas en las alcaldías esperando que se mueran algunos para poder ingresar los otros</w:t>
      </w:r>
      <w:r w:rsidR="006B1A67" w:rsidRPr="00BC6830">
        <w:rPr>
          <w:rStyle w:val="TNR21"/>
          <w:rFonts w:ascii="Arial" w:hAnsi="Arial" w:cs="Arial"/>
          <w:sz w:val="22"/>
          <w:lang w:val="es-CO"/>
        </w:rPr>
        <w:t>,</w:t>
      </w:r>
      <w:r w:rsidR="006146DD" w:rsidRPr="00BC6830">
        <w:rPr>
          <w:rStyle w:val="TNR21"/>
          <w:rFonts w:ascii="Arial" w:hAnsi="Arial" w:cs="Arial"/>
          <w:sz w:val="22"/>
          <w:lang w:val="es-CO"/>
        </w:rPr>
        <w:t xml:space="preserve"> de ese tamaño es la gravedad en la importancia que tienen los adultos mayores en este país</w:t>
      </w:r>
      <w:r w:rsidR="006B1A67" w:rsidRPr="00BC6830">
        <w:rPr>
          <w:rStyle w:val="TNR21"/>
          <w:rFonts w:ascii="Arial" w:hAnsi="Arial" w:cs="Arial"/>
          <w:sz w:val="22"/>
          <w:lang w:val="es-CO"/>
        </w:rPr>
        <w:t>,</w:t>
      </w:r>
      <w:r w:rsidR="00B03E74">
        <w:rPr>
          <w:rStyle w:val="TNR21"/>
          <w:rFonts w:ascii="Arial" w:hAnsi="Arial" w:cs="Arial"/>
          <w:sz w:val="22"/>
          <w:lang w:val="es-CO"/>
        </w:rPr>
        <w:t xml:space="preserve"> pienso que este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obviamente garantiza unas condiciones de visibilidad y dignificar ese adulto mayor que quizás hizo </w:t>
      </w:r>
      <w:r w:rsidR="00B55A7C" w:rsidRPr="00BC6830">
        <w:rPr>
          <w:rStyle w:val="TNR21"/>
          <w:rFonts w:ascii="Arial" w:hAnsi="Arial" w:cs="Arial"/>
          <w:sz w:val="22"/>
          <w:lang w:val="es-CO"/>
        </w:rPr>
        <w:t>p</w:t>
      </w:r>
      <w:r w:rsidR="006146DD" w:rsidRPr="00BC6830">
        <w:rPr>
          <w:rStyle w:val="TNR21"/>
          <w:rFonts w:ascii="Arial" w:hAnsi="Arial" w:cs="Arial"/>
          <w:sz w:val="22"/>
          <w:lang w:val="es-CO"/>
        </w:rPr>
        <w:t>atria en los territorios</w:t>
      </w:r>
      <w:r w:rsidR="006B1A67" w:rsidRPr="00BC6830">
        <w:rPr>
          <w:rStyle w:val="TNR21"/>
          <w:rFonts w:ascii="Arial" w:hAnsi="Arial" w:cs="Arial"/>
          <w:sz w:val="22"/>
          <w:lang w:val="es-CO"/>
        </w:rPr>
        <w:t>,</w:t>
      </w:r>
      <w:r w:rsidR="006146DD" w:rsidRPr="00BC6830">
        <w:rPr>
          <w:rStyle w:val="TNR21"/>
          <w:rFonts w:ascii="Arial" w:hAnsi="Arial" w:cs="Arial"/>
          <w:sz w:val="22"/>
          <w:lang w:val="es-CO"/>
        </w:rPr>
        <w:t xml:space="preserve"> que efectivamente ayudó a construir territorios y que hoy simplemente es olvidado</w:t>
      </w:r>
      <w:r w:rsidR="006B1A67" w:rsidRPr="00BC6830">
        <w:rPr>
          <w:rStyle w:val="TNR21"/>
          <w:rFonts w:ascii="Arial" w:hAnsi="Arial" w:cs="Arial"/>
          <w:sz w:val="22"/>
          <w:lang w:val="es-CO"/>
        </w:rPr>
        <w:t>,</w:t>
      </w:r>
      <w:r w:rsidR="00B03E74">
        <w:rPr>
          <w:rStyle w:val="TNR21"/>
          <w:rFonts w:ascii="Arial" w:hAnsi="Arial" w:cs="Arial"/>
          <w:sz w:val="22"/>
          <w:lang w:val="es-CO"/>
        </w:rPr>
        <w:t xml:space="preserve"> en ese orden de ideas, </w:t>
      </w:r>
      <w:r w:rsidR="006146DD" w:rsidRPr="00BC6830">
        <w:rPr>
          <w:rStyle w:val="TNR21"/>
          <w:rFonts w:ascii="Arial" w:hAnsi="Arial" w:cs="Arial"/>
          <w:sz w:val="22"/>
          <w:lang w:val="es-CO"/>
        </w:rPr>
        <w:t xml:space="preserve">efectivamente este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y naturalmente en la reforma que lo pueda recoger</w:t>
      </w:r>
      <w:r w:rsidR="00B03E74">
        <w:rPr>
          <w:rStyle w:val="TNR21"/>
          <w:rFonts w:ascii="Arial" w:hAnsi="Arial" w:cs="Arial"/>
          <w:sz w:val="22"/>
          <w:lang w:val="es-CO"/>
        </w:rPr>
        <w:t>,</w:t>
      </w:r>
      <w:r w:rsidR="006146DD" w:rsidRPr="00BC6830">
        <w:rPr>
          <w:rStyle w:val="TNR21"/>
          <w:rFonts w:ascii="Arial" w:hAnsi="Arial" w:cs="Arial"/>
          <w:sz w:val="22"/>
          <w:lang w:val="es-CO"/>
        </w:rPr>
        <w:t xml:space="preserve"> que nuestros adultos mayores</w:t>
      </w:r>
      <w:r w:rsidR="00B03E74">
        <w:rPr>
          <w:rStyle w:val="TNR21"/>
          <w:rFonts w:ascii="Arial" w:hAnsi="Arial" w:cs="Arial"/>
          <w:sz w:val="22"/>
          <w:lang w:val="es-CO"/>
        </w:rPr>
        <w:t>,</w:t>
      </w:r>
      <w:r w:rsidR="006146DD" w:rsidRPr="00BC6830">
        <w:rPr>
          <w:rStyle w:val="TNR21"/>
          <w:rFonts w:ascii="Arial" w:hAnsi="Arial" w:cs="Arial"/>
          <w:sz w:val="22"/>
          <w:lang w:val="es-CO"/>
        </w:rPr>
        <w:t xml:space="preserve"> más de 2 millones 500 mil</w:t>
      </w:r>
      <w:r w:rsidR="00B03E74">
        <w:rPr>
          <w:rStyle w:val="TNR21"/>
          <w:rFonts w:ascii="Arial" w:hAnsi="Arial" w:cs="Arial"/>
          <w:sz w:val="22"/>
          <w:lang w:val="es-CO"/>
        </w:rPr>
        <w:t>,</w:t>
      </w:r>
      <w:r w:rsidR="006146DD" w:rsidRPr="00BC6830">
        <w:rPr>
          <w:rStyle w:val="TNR21"/>
          <w:rFonts w:ascii="Arial" w:hAnsi="Arial" w:cs="Arial"/>
          <w:sz w:val="22"/>
          <w:lang w:val="es-CO"/>
        </w:rPr>
        <w:t xml:space="preserve"> tengan ese trato digno y tengan esos últimos años de vida las garantías de tener unos mínimos de sostenibilidad para su bienestar y su tranquilidad</w:t>
      </w:r>
      <w:r w:rsidR="006B1A67" w:rsidRPr="00BC6830">
        <w:rPr>
          <w:rStyle w:val="TNR21"/>
          <w:rFonts w:ascii="Arial" w:hAnsi="Arial" w:cs="Arial"/>
          <w:sz w:val="22"/>
          <w:lang w:val="es-CO"/>
        </w:rPr>
        <w:t>,</w:t>
      </w:r>
      <w:r w:rsidR="006146DD" w:rsidRPr="00BC6830">
        <w:rPr>
          <w:rStyle w:val="TNR21"/>
          <w:rFonts w:ascii="Arial" w:hAnsi="Arial" w:cs="Arial"/>
          <w:sz w:val="22"/>
          <w:lang w:val="es-CO"/>
        </w:rPr>
        <w:t xml:space="preserve"> eso se llama justicia social y realmente valorar a esta población que ha servido tanto y que ha hecho historia en el país</w:t>
      </w:r>
      <w:r w:rsidR="006B1A67" w:rsidRPr="00BC6830">
        <w:rPr>
          <w:rStyle w:val="TNR21"/>
          <w:rFonts w:ascii="Arial" w:hAnsi="Arial" w:cs="Arial"/>
          <w:sz w:val="22"/>
          <w:lang w:val="es-CO"/>
        </w:rPr>
        <w:t>,</w:t>
      </w:r>
      <w:r w:rsidR="006146DD" w:rsidRPr="00BC6830">
        <w:rPr>
          <w:rStyle w:val="TNR21"/>
          <w:rFonts w:ascii="Arial" w:hAnsi="Arial" w:cs="Arial"/>
          <w:sz w:val="22"/>
          <w:lang w:val="es-CO"/>
        </w:rPr>
        <w:t xml:space="preserve"> muchísimas gr</w:t>
      </w:r>
      <w:r w:rsidR="006B1A67" w:rsidRPr="00BC6830">
        <w:rPr>
          <w:rStyle w:val="TNR21"/>
          <w:rFonts w:ascii="Arial" w:hAnsi="Arial" w:cs="Arial"/>
          <w:sz w:val="22"/>
          <w:lang w:val="es-CO"/>
        </w:rPr>
        <w:t>acias señor Presidente</w:t>
      </w:r>
      <w:r w:rsidR="006146DD" w:rsidRPr="00BC6830">
        <w:rPr>
          <w:rStyle w:val="TNR21"/>
          <w:rFonts w:ascii="Arial" w:hAnsi="Arial" w:cs="Arial"/>
          <w:sz w:val="22"/>
          <w:lang w:val="es-CO"/>
        </w:rPr>
        <w:t>.</w:t>
      </w:r>
    </w:p>
    <w:p w14:paraId="2B527FD4" w14:textId="77777777" w:rsidR="006B1A67" w:rsidRPr="00BC6830" w:rsidRDefault="006B1A67" w:rsidP="00667EBF">
      <w:pPr>
        <w:pStyle w:val="Sinespaciado"/>
        <w:jc w:val="both"/>
        <w:rPr>
          <w:rStyle w:val="TNR21"/>
          <w:rFonts w:ascii="Arial" w:hAnsi="Arial" w:cs="Arial"/>
          <w:sz w:val="22"/>
          <w:lang w:val="es-CO"/>
        </w:rPr>
      </w:pPr>
    </w:p>
    <w:p w14:paraId="16FEAD07" w14:textId="77777777" w:rsidR="006B1A67"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6B1A67" w:rsidRPr="00BC6830">
        <w:rPr>
          <w:rStyle w:val="TNR21"/>
          <w:rFonts w:ascii="Arial" w:hAnsi="Arial" w:cs="Arial"/>
          <w:sz w:val="22"/>
          <w:lang w:val="es-CO"/>
        </w:rPr>
        <w:t>M</w:t>
      </w:r>
      <w:r w:rsidR="006146DD" w:rsidRPr="00BC6830">
        <w:rPr>
          <w:rStyle w:val="TNR21"/>
          <w:rFonts w:ascii="Arial" w:hAnsi="Arial" w:cs="Arial"/>
          <w:sz w:val="22"/>
          <w:lang w:val="es-CO"/>
        </w:rPr>
        <w:t>uchas gracias Representante</w:t>
      </w:r>
      <w:r w:rsidR="006B1A67" w:rsidRPr="00BC6830">
        <w:rPr>
          <w:rStyle w:val="TNR21"/>
          <w:rFonts w:ascii="Arial" w:hAnsi="Arial" w:cs="Arial"/>
          <w:sz w:val="22"/>
          <w:lang w:val="es-CO"/>
        </w:rPr>
        <w:t>,</w:t>
      </w:r>
      <w:r w:rsidR="006146DD" w:rsidRPr="00BC6830">
        <w:rPr>
          <w:rStyle w:val="TNR21"/>
          <w:rFonts w:ascii="Arial" w:hAnsi="Arial" w:cs="Arial"/>
          <w:sz w:val="22"/>
          <w:lang w:val="es-CO"/>
        </w:rPr>
        <w:t xml:space="preserve"> tiene la palabra el Representante Gerardo Yepes quien es ponente también</w:t>
      </w:r>
      <w:r w:rsidR="006B1A67" w:rsidRPr="00BC6830">
        <w:rPr>
          <w:rStyle w:val="TNR21"/>
          <w:rFonts w:ascii="Arial" w:hAnsi="Arial" w:cs="Arial"/>
          <w:sz w:val="22"/>
          <w:lang w:val="es-CO"/>
        </w:rPr>
        <w:t>,</w:t>
      </w:r>
      <w:r w:rsidR="006146DD" w:rsidRPr="00BC6830">
        <w:rPr>
          <w:rStyle w:val="TNR21"/>
          <w:rFonts w:ascii="Arial" w:hAnsi="Arial" w:cs="Arial"/>
          <w:sz w:val="22"/>
          <w:lang w:val="es-CO"/>
        </w:rPr>
        <w:t xml:space="preserve"> buen día Re</w:t>
      </w:r>
      <w:r w:rsidR="006B1A67" w:rsidRPr="00BC6830">
        <w:rPr>
          <w:rStyle w:val="TNR21"/>
          <w:rFonts w:ascii="Arial" w:hAnsi="Arial" w:cs="Arial"/>
          <w:sz w:val="22"/>
          <w:lang w:val="es-CO"/>
        </w:rPr>
        <w:t>presentante</w:t>
      </w:r>
      <w:r w:rsidR="006146DD" w:rsidRPr="00BC6830">
        <w:rPr>
          <w:rStyle w:val="TNR21"/>
          <w:rFonts w:ascii="Arial" w:hAnsi="Arial" w:cs="Arial"/>
          <w:sz w:val="22"/>
          <w:lang w:val="es-CO"/>
        </w:rPr>
        <w:t>.</w:t>
      </w:r>
    </w:p>
    <w:p w14:paraId="4340A42F" w14:textId="77777777" w:rsidR="006B1A67" w:rsidRPr="00BC6830" w:rsidRDefault="006B1A67" w:rsidP="00667EBF">
      <w:pPr>
        <w:pStyle w:val="Sinespaciado"/>
        <w:jc w:val="both"/>
        <w:rPr>
          <w:rStyle w:val="TNR21"/>
          <w:rFonts w:ascii="Arial" w:hAnsi="Arial" w:cs="Arial"/>
          <w:sz w:val="22"/>
          <w:lang w:val="es-CO"/>
        </w:rPr>
      </w:pPr>
    </w:p>
    <w:p w14:paraId="21E77339" w14:textId="77777777" w:rsidR="00A743A8" w:rsidRPr="00BC6830" w:rsidRDefault="00B1577F" w:rsidP="00667EBF">
      <w:pPr>
        <w:pStyle w:val="Sinespaciado"/>
        <w:jc w:val="both"/>
        <w:rPr>
          <w:rStyle w:val="TNR21"/>
          <w:rFonts w:ascii="Arial" w:hAnsi="Arial" w:cs="Arial"/>
          <w:sz w:val="22"/>
          <w:lang w:val="es-CO"/>
        </w:rPr>
      </w:pPr>
      <w:r w:rsidRPr="00BC6830">
        <w:rPr>
          <w:rStyle w:val="TNR21"/>
          <w:rFonts w:ascii="Arial" w:hAnsi="Arial" w:cs="Arial"/>
          <w:b/>
          <w:sz w:val="22"/>
          <w:lang w:val="es-CO"/>
        </w:rPr>
        <w:t>H. Representante</w:t>
      </w:r>
      <w:r w:rsidR="006146DD" w:rsidRPr="00BC6830">
        <w:rPr>
          <w:rStyle w:val="TNR21"/>
          <w:rFonts w:ascii="Arial" w:hAnsi="Arial" w:cs="Arial"/>
          <w:b/>
          <w:sz w:val="22"/>
          <w:lang w:val="es-CO"/>
        </w:rPr>
        <w:t xml:space="preserve"> Gerardo Yepes Caro</w:t>
      </w:r>
      <w:r w:rsidR="006146DD" w:rsidRPr="00BC6830">
        <w:rPr>
          <w:rStyle w:val="TNR21"/>
          <w:rFonts w:ascii="Arial" w:hAnsi="Arial" w:cs="Arial"/>
          <w:sz w:val="22"/>
          <w:lang w:val="es-CO"/>
        </w:rPr>
        <w:t>: Presidente muchas gracias</w:t>
      </w:r>
      <w:r w:rsidR="006B1A67" w:rsidRPr="00BC6830">
        <w:rPr>
          <w:rStyle w:val="TNR21"/>
          <w:rFonts w:ascii="Arial" w:hAnsi="Arial" w:cs="Arial"/>
          <w:sz w:val="22"/>
          <w:lang w:val="es-CO"/>
        </w:rPr>
        <w:t>,</w:t>
      </w:r>
      <w:r w:rsidR="006146DD" w:rsidRPr="00BC6830">
        <w:rPr>
          <w:rStyle w:val="TNR21"/>
          <w:rFonts w:ascii="Arial" w:hAnsi="Arial" w:cs="Arial"/>
          <w:sz w:val="22"/>
          <w:lang w:val="es-CO"/>
        </w:rPr>
        <w:t xml:space="preserve"> saludarlos a todos</w:t>
      </w:r>
      <w:r w:rsidR="00B55A7C" w:rsidRPr="00BC6830">
        <w:rPr>
          <w:rStyle w:val="TNR21"/>
          <w:rFonts w:ascii="Arial" w:hAnsi="Arial" w:cs="Arial"/>
          <w:sz w:val="22"/>
          <w:lang w:val="es-CO"/>
        </w:rPr>
        <w:t>,</w:t>
      </w:r>
      <w:r w:rsidR="006146DD" w:rsidRPr="00BC6830">
        <w:rPr>
          <w:rStyle w:val="TNR21"/>
          <w:rFonts w:ascii="Arial" w:hAnsi="Arial" w:cs="Arial"/>
          <w:sz w:val="22"/>
          <w:lang w:val="es-CO"/>
        </w:rPr>
        <w:t xml:space="preserve">  yo llegué a esta Comisión y me ha encantado la esencia social de la misma</w:t>
      </w:r>
      <w:r w:rsidR="006B1A67" w:rsidRPr="00BC6830">
        <w:rPr>
          <w:rStyle w:val="TNR21"/>
          <w:rFonts w:ascii="Arial" w:hAnsi="Arial" w:cs="Arial"/>
          <w:sz w:val="22"/>
          <w:lang w:val="es-CO"/>
        </w:rPr>
        <w:t>,</w:t>
      </w:r>
      <w:r w:rsidR="006146DD" w:rsidRPr="00BC6830">
        <w:rPr>
          <w:rStyle w:val="TNR21"/>
          <w:rFonts w:ascii="Arial" w:hAnsi="Arial" w:cs="Arial"/>
          <w:sz w:val="22"/>
          <w:lang w:val="es-CO"/>
        </w:rPr>
        <w:t xml:space="preserve"> y yo creo que aquí en este espacio democrático es donde uno puede convertir en hechos reales los discursos que proferimos en campaña</w:t>
      </w:r>
      <w:r w:rsidR="006B1A67" w:rsidRPr="00BC6830">
        <w:rPr>
          <w:rStyle w:val="TNR21"/>
          <w:rFonts w:ascii="Arial" w:hAnsi="Arial" w:cs="Arial"/>
          <w:sz w:val="22"/>
          <w:lang w:val="es-CO"/>
        </w:rPr>
        <w:t>,</w:t>
      </w:r>
      <w:r w:rsidR="006146DD" w:rsidRPr="00BC6830">
        <w:rPr>
          <w:rStyle w:val="TNR21"/>
          <w:rFonts w:ascii="Arial" w:hAnsi="Arial" w:cs="Arial"/>
          <w:sz w:val="22"/>
          <w:lang w:val="es-CO"/>
        </w:rPr>
        <w:t xml:space="preserve"> y en el caso particular yo me comprometí con los pobres y los vulnerables de Colombia</w:t>
      </w:r>
      <w:r w:rsidR="00B55A7C" w:rsidRPr="00BC6830">
        <w:rPr>
          <w:rStyle w:val="TNR21"/>
          <w:rFonts w:ascii="Arial" w:hAnsi="Arial" w:cs="Arial"/>
          <w:sz w:val="22"/>
          <w:lang w:val="es-CO"/>
        </w:rPr>
        <w:t>,</w:t>
      </w:r>
      <w:r w:rsidR="006146DD" w:rsidRPr="00BC6830">
        <w:rPr>
          <w:rStyle w:val="TNR21"/>
          <w:rFonts w:ascii="Arial" w:hAnsi="Arial" w:cs="Arial"/>
          <w:sz w:val="22"/>
          <w:lang w:val="es-CO"/>
        </w:rPr>
        <w:t xml:space="preserve"> y en ese compromiso </w:t>
      </w:r>
      <w:r w:rsidR="00DE319B" w:rsidRPr="00BC6830">
        <w:rPr>
          <w:rStyle w:val="TNR21"/>
          <w:rFonts w:ascii="Arial" w:hAnsi="Arial" w:cs="Arial"/>
          <w:sz w:val="22"/>
          <w:lang w:val="es-CO"/>
        </w:rPr>
        <w:t>h</w:t>
      </w:r>
      <w:r w:rsidR="006146DD" w:rsidRPr="00BC6830">
        <w:rPr>
          <w:rStyle w:val="TNR21"/>
          <w:rFonts w:ascii="Arial" w:hAnsi="Arial" w:cs="Arial"/>
          <w:sz w:val="22"/>
          <w:lang w:val="es-CO"/>
        </w:rPr>
        <w:t>acer la palabra cierta</w:t>
      </w:r>
      <w:r w:rsidR="00D6383B" w:rsidRPr="00BC6830">
        <w:rPr>
          <w:rStyle w:val="TNR21"/>
          <w:rFonts w:ascii="Arial" w:hAnsi="Arial" w:cs="Arial"/>
          <w:sz w:val="22"/>
          <w:lang w:val="es-CO"/>
        </w:rPr>
        <w:t>,</w:t>
      </w:r>
      <w:r w:rsidR="006146DD" w:rsidRPr="00BC6830">
        <w:rPr>
          <w:rStyle w:val="TNR21"/>
          <w:rFonts w:ascii="Arial" w:hAnsi="Arial" w:cs="Arial"/>
          <w:sz w:val="22"/>
          <w:lang w:val="es-CO"/>
        </w:rPr>
        <w:t xml:space="preserve"> en el sentido de que</w:t>
      </w:r>
      <w:r w:rsidR="00F01E71">
        <w:rPr>
          <w:rStyle w:val="TNR21"/>
          <w:rFonts w:ascii="Arial" w:hAnsi="Arial" w:cs="Arial"/>
          <w:sz w:val="22"/>
          <w:lang w:val="es-CO"/>
        </w:rPr>
        <w:t>,</w:t>
      </w:r>
      <w:r w:rsidR="006146DD" w:rsidRPr="00BC6830">
        <w:rPr>
          <w:rStyle w:val="TNR21"/>
          <w:rFonts w:ascii="Arial" w:hAnsi="Arial" w:cs="Arial"/>
          <w:sz w:val="22"/>
          <w:lang w:val="es-CO"/>
        </w:rPr>
        <w:t xml:space="preserve"> por encima de pretensiones los vulnerables tengan oportunidades y acá en esta Comisión estamos defendiendo el derecho a la salud digna</w:t>
      </w:r>
      <w:r w:rsidR="00D6383B" w:rsidRPr="00BC6830">
        <w:rPr>
          <w:rStyle w:val="TNR21"/>
          <w:rFonts w:ascii="Arial" w:hAnsi="Arial" w:cs="Arial"/>
          <w:sz w:val="22"/>
          <w:lang w:val="es-CO"/>
        </w:rPr>
        <w:t>,</w:t>
      </w:r>
      <w:r w:rsidR="006146DD" w:rsidRPr="00BC6830">
        <w:rPr>
          <w:rStyle w:val="TNR21"/>
          <w:rFonts w:ascii="Arial" w:hAnsi="Arial" w:cs="Arial"/>
          <w:sz w:val="22"/>
          <w:lang w:val="es-CO"/>
        </w:rPr>
        <w:t xml:space="preserve"> y nos hemos expuesto ante el país por asumir una postura real</w:t>
      </w:r>
      <w:r w:rsidR="00A743A8" w:rsidRPr="00BC6830">
        <w:rPr>
          <w:rStyle w:val="TNR21"/>
          <w:rFonts w:ascii="Arial" w:hAnsi="Arial" w:cs="Arial"/>
          <w:sz w:val="22"/>
          <w:lang w:val="es-CO"/>
        </w:rPr>
        <w:t>,</w:t>
      </w:r>
      <w:r w:rsidR="006146DD" w:rsidRPr="00BC6830">
        <w:rPr>
          <w:rStyle w:val="TNR21"/>
          <w:rFonts w:ascii="Arial" w:hAnsi="Arial" w:cs="Arial"/>
          <w:sz w:val="22"/>
          <w:lang w:val="es-CO"/>
        </w:rPr>
        <w:t xml:space="preserve"> cierta</w:t>
      </w:r>
      <w:r w:rsidR="00A743A8" w:rsidRPr="00BC6830">
        <w:rPr>
          <w:rStyle w:val="TNR21"/>
          <w:rFonts w:ascii="Arial" w:hAnsi="Arial" w:cs="Arial"/>
          <w:sz w:val="22"/>
          <w:lang w:val="es-CO"/>
        </w:rPr>
        <w:t>,</w:t>
      </w:r>
      <w:r w:rsidR="006146DD" w:rsidRPr="00BC6830">
        <w:rPr>
          <w:rStyle w:val="TNR21"/>
          <w:rFonts w:ascii="Arial" w:hAnsi="Arial" w:cs="Arial"/>
          <w:sz w:val="22"/>
          <w:lang w:val="es-CO"/>
        </w:rPr>
        <w:t xml:space="preserve"> y hoy </w:t>
      </w:r>
      <w:r w:rsidR="00DE319B" w:rsidRPr="00BC6830">
        <w:rPr>
          <w:rStyle w:val="TNR21"/>
          <w:rFonts w:ascii="Arial" w:hAnsi="Arial" w:cs="Arial"/>
          <w:sz w:val="22"/>
          <w:lang w:val="es-CO"/>
        </w:rPr>
        <w:t xml:space="preserve">en </w:t>
      </w:r>
      <w:r w:rsidR="006146DD" w:rsidRPr="00BC6830">
        <w:rPr>
          <w:rStyle w:val="TNR21"/>
          <w:rFonts w:ascii="Arial" w:hAnsi="Arial" w:cs="Arial"/>
          <w:sz w:val="22"/>
          <w:lang w:val="es-CO"/>
        </w:rPr>
        <w:t>est</w:t>
      </w:r>
      <w:r w:rsidR="00A743A8" w:rsidRPr="00BC6830">
        <w:rPr>
          <w:rStyle w:val="TNR21"/>
          <w:rFonts w:ascii="Arial" w:hAnsi="Arial" w:cs="Arial"/>
          <w:sz w:val="22"/>
          <w:lang w:val="es-CO"/>
        </w:rPr>
        <w:t>e</w:t>
      </w:r>
      <w:r w:rsidR="006146DD" w:rsidRPr="00BC6830">
        <w:rPr>
          <w:rStyle w:val="TNR21"/>
          <w:rFonts w:ascii="Arial" w:hAnsi="Arial" w:cs="Arial"/>
          <w:sz w:val="22"/>
          <w:lang w:val="es-CO"/>
        </w:rPr>
        <w:t xml:space="preserv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que presenta nuestro compañero Jairo Cristo</w:t>
      </w:r>
      <w:r w:rsidR="00F01E71">
        <w:rPr>
          <w:rStyle w:val="TNR21"/>
          <w:rFonts w:ascii="Arial" w:hAnsi="Arial" w:cs="Arial"/>
          <w:sz w:val="22"/>
          <w:lang w:val="es-CO"/>
        </w:rPr>
        <w:t>,</w:t>
      </w:r>
      <w:r w:rsidR="006146DD" w:rsidRPr="00BC6830">
        <w:rPr>
          <w:rStyle w:val="TNR21"/>
          <w:rFonts w:ascii="Arial" w:hAnsi="Arial" w:cs="Arial"/>
          <w:sz w:val="22"/>
          <w:lang w:val="es-CO"/>
        </w:rPr>
        <w:t xml:space="preserve"> hay otros actores vulnerables de Colombia y son los adultos mayores</w:t>
      </w:r>
      <w:r w:rsidR="00DE319B" w:rsidRPr="00BC6830">
        <w:rPr>
          <w:rStyle w:val="TNR21"/>
          <w:rFonts w:ascii="Arial" w:hAnsi="Arial" w:cs="Arial"/>
          <w:sz w:val="22"/>
          <w:lang w:val="es-CO"/>
        </w:rPr>
        <w:t>,</w:t>
      </w:r>
      <w:r w:rsidR="006146DD" w:rsidRPr="00BC6830">
        <w:rPr>
          <w:rStyle w:val="TNR21"/>
          <w:rFonts w:ascii="Arial" w:hAnsi="Arial" w:cs="Arial"/>
          <w:sz w:val="22"/>
          <w:lang w:val="es-CO"/>
        </w:rPr>
        <w:t xml:space="preserve"> hombres y mujeres que han entregado su vida a la construcción de una patria</w:t>
      </w:r>
      <w:r w:rsidR="00A743A8" w:rsidRPr="00BC6830">
        <w:rPr>
          <w:rStyle w:val="TNR21"/>
          <w:rFonts w:ascii="Arial" w:hAnsi="Arial" w:cs="Arial"/>
          <w:sz w:val="22"/>
          <w:lang w:val="es-CO"/>
        </w:rPr>
        <w:t>,</w:t>
      </w:r>
      <w:r w:rsidR="006146DD" w:rsidRPr="00BC6830">
        <w:rPr>
          <w:rStyle w:val="TNR21"/>
          <w:rFonts w:ascii="Arial" w:hAnsi="Arial" w:cs="Arial"/>
          <w:sz w:val="22"/>
          <w:lang w:val="es-CO"/>
        </w:rPr>
        <w:t xml:space="preserve"> abandonados</w:t>
      </w:r>
      <w:r w:rsidR="00A743A8" w:rsidRPr="00BC6830">
        <w:rPr>
          <w:rStyle w:val="TNR21"/>
          <w:rFonts w:ascii="Arial" w:hAnsi="Arial" w:cs="Arial"/>
          <w:sz w:val="22"/>
          <w:lang w:val="es-CO"/>
        </w:rPr>
        <w:t>,</w:t>
      </w:r>
      <w:r w:rsidR="006146DD" w:rsidRPr="00BC6830">
        <w:rPr>
          <w:rStyle w:val="TNR21"/>
          <w:rFonts w:ascii="Arial" w:hAnsi="Arial" w:cs="Arial"/>
          <w:sz w:val="22"/>
          <w:lang w:val="es-CO"/>
        </w:rPr>
        <w:t xml:space="preserve"> estigmatizados</w:t>
      </w:r>
      <w:r w:rsidR="00A743A8" w:rsidRPr="00BC6830">
        <w:rPr>
          <w:rStyle w:val="TNR21"/>
          <w:rFonts w:ascii="Arial" w:hAnsi="Arial" w:cs="Arial"/>
          <w:sz w:val="22"/>
          <w:lang w:val="es-CO"/>
        </w:rPr>
        <w:t>,</w:t>
      </w:r>
      <w:r w:rsidR="006146DD" w:rsidRPr="00BC6830">
        <w:rPr>
          <w:rStyle w:val="TNR21"/>
          <w:rFonts w:ascii="Arial" w:hAnsi="Arial" w:cs="Arial"/>
          <w:sz w:val="22"/>
          <w:lang w:val="es-CO"/>
        </w:rPr>
        <w:t xml:space="preserve"> no bendecidos y no con dignidad de vida</w:t>
      </w:r>
      <w:r w:rsidR="00A743A8" w:rsidRPr="00BC6830">
        <w:rPr>
          <w:rStyle w:val="TNR21"/>
          <w:rFonts w:ascii="Arial" w:hAnsi="Arial" w:cs="Arial"/>
          <w:sz w:val="22"/>
          <w:lang w:val="es-CO"/>
        </w:rPr>
        <w:t>,</w:t>
      </w:r>
      <w:r w:rsidR="006146DD" w:rsidRPr="00BC6830">
        <w:rPr>
          <w:rStyle w:val="TNR21"/>
          <w:rFonts w:ascii="Arial" w:hAnsi="Arial" w:cs="Arial"/>
          <w:sz w:val="22"/>
          <w:lang w:val="es-CO"/>
        </w:rPr>
        <w:t xml:space="preserve"> con estos </w:t>
      </w:r>
      <w:r w:rsidR="00841B08">
        <w:rPr>
          <w:rStyle w:val="TNR21"/>
          <w:rFonts w:ascii="Arial" w:hAnsi="Arial" w:cs="Arial"/>
          <w:sz w:val="22"/>
          <w:lang w:val="es-CO"/>
        </w:rPr>
        <w:t>proyecto</w:t>
      </w:r>
      <w:r w:rsidR="006146DD" w:rsidRPr="00BC6830">
        <w:rPr>
          <w:rStyle w:val="TNR21"/>
          <w:rFonts w:ascii="Arial" w:hAnsi="Arial" w:cs="Arial"/>
          <w:sz w:val="22"/>
          <w:lang w:val="es-CO"/>
        </w:rPr>
        <w:t>s de ley lo que buscamos es eso</w:t>
      </w:r>
      <w:r w:rsidR="00DE319B" w:rsidRPr="00BC6830">
        <w:rPr>
          <w:rStyle w:val="TNR21"/>
          <w:rFonts w:ascii="Arial" w:hAnsi="Arial" w:cs="Arial"/>
          <w:sz w:val="22"/>
          <w:lang w:val="es-CO"/>
        </w:rPr>
        <w:t>,</w:t>
      </w:r>
      <w:r w:rsidR="006146DD" w:rsidRPr="00BC6830">
        <w:rPr>
          <w:rStyle w:val="TNR21"/>
          <w:rFonts w:ascii="Arial" w:hAnsi="Arial" w:cs="Arial"/>
          <w:sz w:val="22"/>
          <w:lang w:val="es-CO"/>
        </w:rPr>
        <w:t xml:space="preserve"> la dignidad de la persona por encima de intereses ideológicos</w:t>
      </w:r>
      <w:r w:rsidR="00A743A8" w:rsidRPr="00BC6830">
        <w:rPr>
          <w:rStyle w:val="TNR21"/>
          <w:rFonts w:ascii="Arial" w:hAnsi="Arial" w:cs="Arial"/>
          <w:sz w:val="22"/>
          <w:lang w:val="es-CO"/>
        </w:rPr>
        <w:t>,</w:t>
      </w:r>
      <w:r w:rsidR="006146DD" w:rsidRPr="00BC6830">
        <w:rPr>
          <w:rStyle w:val="TNR21"/>
          <w:rFonts w:ascii="Arial" w:hAnsi="Arial" w:cs="Arial"/>
          <w:sz w:val="22"/>
          <w:lang w:val="es-CO"/>
        </w:rPr>
        <w:t xml:space="preserve"> las necesidades de los colombianos no pueden derivarse a las pretensiones políticas de izquierda o de derecha</w:t>
      </w:r>
      <w:r w:rsidR="00A743A8" w:rsidRPr="00BC6830">
        <w:rPr>
          <w:rStyle w:val="TNR21"/>
          <w:rFonts w:ascii="Arial" w:hAnsi="Arial" w:cs="Arial"/>
          <w:sz w:val="22"/>
          <w:lang w:val="es-CO"/>
        </w:rPr>
        <w:t>,</w:t>
      </w:r>
      <w:r w:rsidR="006146DD" w:rsidRPr="00BC6830">
        <w:rPr>
          <w:rStyle w:val="TNR21"/>
          <w:rFonts w:ascii="Arial" w:hAnsi="Arial" w:cs="Arial"/>
          <w:sz w:val="22"/>
          <w:lang w:val="es-CO"/>
        </w:rPr>
        <w:t xml:space="preserve"> los partidos deben congregar su pensamiento y su acción en beneficio de</w:t>
      </w:r>
      <w:r w:rsidR="00A743A8" w:rsidRPr="00BC6830">
        <w:rPr>
          <w:rStyle w:val="TNR21"/>
          <w:rFonts w:ascii="Arial" w:hAnsi="Arial" w:cs="Arial"/>
          <w:sz w:val="22"/>
          <w:lang w:val="es-CO"/>
        </w:rPr>
        <w:t xml:space="preserve"> </w:t>
      </w:r>
      <w:r w:rsidR="006146DD" w:rsidRPr="00BC6830">
        <w:rPr>
          <w:rStyle w:val="TNR21"/>
          <w:rFonts w:ascii="Arial" w:hAnsi="Arial" w:cs="Arial"/>
          <w:sz w:val="22"/>
          <w:lang w:val="es-CO"/>
        </w:rPr>
        <w:t>los necesitados</w:t>
      </w:r>
      <w:r w:rsidR="00A743A8"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DE319B" w:rsidRPr="00BC6830">
        <w:rPr>
          <w:rStyle w:val="TNR21"/>
          <w:rFonts w:ascii="Arial" w:hAnsi="Arial" w:cs="Arial"/>
          <w:sz w:val="22"/>
          <w:lang w:val="es-CO"/>
        </w:rPr>
        <w:t xml:space="preserve">y </w:t>
      </w:r>
      <w:r w:rsidR="006146DD" w:rsidRPr="00BC6830">
        <w:rPr>
          <w:rStyle w:val="TNR21"/>
          <w:rFonts w:ascii="Arial" w:hAnsi="Arial" w:cs="Arial"/>
          <w:sz w:val="22"/>
          <w:lang w:val="es-CO"/>
        </w:rPr>
        <w:t>hoy los adultos mayores necesitan de nosotros que le demos dignidad a su vida</w:t>
      </w:r>
      <w:r w:rsidR="00A743A8" w:rsidRPr="00BC6830">
        <w:rPr>
          <w:rStyle w:val="TNR21"/>
          <w:rFonts w:ascii="Arial" w:hAnsi="Arial" w:cs="Arial"/>
          <w:sz w:val="22"/>
          <w:lang w:val="es-CO"/>
        </w:rPr>
        <w:t>,</w:t>
      </w:r>
      <w:r w:rsidR="006146DD" w:rsidRPr="00BC6830">
        <w:rPr>
          <w:rStyle w:val="TNR21"/>
          <w:rFonts w:ascii="Arial" w:hAnsi="Arial" w:cs="Arial"/>
          <w:sz w:val="22"/>
          <w:lang w:val="es-CO"/>
        </w:rPr>
        <w:t xml:space="preserve"> que puedan terminar sus últimos años con posibilidad económica</w:t>
      </w:r>
      <w:r w:rsidR="00A743A8" w:rsidRPr="00BC6830">
        <w:rPr>
          <w:rStyle w:val="TNR21"/>
          <w:rFonts w:ascii="Arial" w:hAnsi="Arial" w:cs="Arial"/>
          <w:sz w:val="22"/>
          <w:lang w:val="es-CO"/>
        </w:rPr>
        <w:t>,</w:t>
      </w:r>
      <w:r w:rsidR="006146DD" w:rsidRPr="00BC6830">
        <w:rPr>
          <w:rStyle w:val="TNR21"/>
          <w:rFonts w:ascii="Arial" w:hAnsi="Arial" w:cs="Arial"/>
          <w:sz w:val="22"/>
          <w:lang w:val="es-CO"/>
        </w:rPr>
        <w:t xml:space="preserve"> con posibilidad de atención</w:t>
      </w:r>
      <w:r w:rsidR="00A743A8" w:rsidRPr="00BC6830">
        <w:rPr>
          <w:rStyle w:val="TNR21"/>
          <w:rFonts w:ascii="Arial" w:hAnsi="Arial" w:cs="Arial"/>
          <w:sz w:val="22"/>
          <w:lang w:val="es-CO"/>
        </w:rPr>
        <w:t>,</w:t>
      </w:r>
      <w:r w:rsidR="006146DD" w:rsidRPr="00BC6830">
        <w:rPr>
          <w:rStyle w:val="TNR21"/>
          <w:rFonts w:ascii="Arial" w:hAnsi="Arial" w:cs="Arial"/>
          <w:sz w:val="22"/>
          <w:lang w:val="es-CO"/>
        </w:rPr>
        <w:t xml:space="preserve"> con una posibilidad de vivir mejor y por eso celebro el hecho de ser coordinador ponente</w:t>
      </w:r>
      <w:r w:rsidR="00F01E71">
        <w:rPr>
          <w:rStyle w:val="TNR21"/>
          <w:rFonts w:ascii="Arial" w:hAnsi="Arial" w:cs="Arial"/>
          <w:sz w:val="22"/>
          <w:lang w:val="es-CO"/>
        </w:rPr>
        <w:t>,</w:t>
      </w:r>
      <w:r w:rsidR="006146DD" w:rsidRPr="00BC6830">
        <w:rPr>
          <w:rStyle w:val="TNR21"/>
          <w:rFonts w:ascii="Arial" w:hAnsi="Arial" w:cs="Arial"/>
          <w:sz w:val="22"/>
          <w:lang w:val="es-CO"/>
        </w:rPr>
        <w:t xml:space="preserve"> pero también invitar a todos los compañeros a un voto positivo</w:t>
      </w:r>
      <w:r w:rsidR="00A743A8" w:rsidRPr="00BC6830">
        <w:rPr>
          <w:rStyle w:val="TNR21"/>
          <w:rFonts w:ascii="Arial" w:hAnsi="Arial" w:cs="Arial"/>
          <w:sz w:val="22"/>
          <w:lang w:val="es-CO"/>
        </w:rPr>
        <w:t>,</w:t>
      </w:r>
      <w:r w:rsidR="006146DD" w:rsidRPr="00BC6830">
        <w:rPr>
          <w:rStyle w:val="TNR21"/>
          <w:rFonts w:ascii="Arial" w:hAnsi="Arial" w:cs="Arial"/>
          <w:sz w:val="22"/>
          <w:lang w:val="es-CO"/>
        </w:rPr>
        <w:t xml:space="preserve"> por una iniciativa y por un interés de corte social</w:t>
      </w:r>
      <w:r w:rsidR="00A743A8" w:rsidRPr="00BC6830">
        <w:rPr>
          <w:rStyle w:val="TNR21"/>
          <w:rFonts w:ascii="Arial" w:hAnsi="Arial" w:cs="Arial"/>
          <w:sz w:val="22"/>
          <w:lang w:val="es-CO"/>
        </w:rPr>
        <w:t>, Presidente gracias</w:t>
      </w:r>
      <w:r w:rsidR="006146DD" w:rsidRPr="00BC6830">
        <w:rPr>
          <w:rStyle w:val="TNR21"/>
          <w:rFonts w:ascii="Arial" w:hAnsi="Arial" w:cs="Arial"/>
          <w:sz w:val="22"/>
          <w:lang w:val="es-CO"/>
        </w:rPr>
        <w:t>.</w:t>
      </w:r>
    </w:p>
    <w:p w14:paraId="473C0482" w14:textId="77777777" w:rsidR="00A743A8" w:rsidRPr="00BC6830" w:rsidRDefault="00A743A8" w:rsidP="00667EBF">
      <w:pPr>
        <w:pStyle w:val="Sinespaciado"/>
        <w:jc w:val="both"/>
        <w:rPr>
          <w:rStyle w:val="TNR21"/>
          <w:rFonts w:ascii="Arial" w:hAnsi="Arial" w:cs="Arial"/>
          <w:sz w:val="22"/>
          <w:lang w:val="es-CO"/>
        </w:rPr>
      </w:pPr>
    </w:p>
    <w:p w14:paraId="6485CEE8" w14:textId="77777777" w:rsidR="00A743A8"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A743A8" w:rsidRPr="00BC6830">
        <w:rPr>
          <w:rStyle w:val="TNR21"/>
          <w:rFonts w:ascii="Arial" w:hAnsi="Arial" w:cs="Arial"/>
          <w:sz w:val="22"/>
          <w:lang w:val="es-CO"/>
        </w:rPr>
        <w:t>M</w:t>
      </w:r>
      <w:r w:rsidR="006146DD" w:rsidRPr="00BC6830">
        <w:rPr>
          <w:rStyle w:val="TNR21"/>
          <w:rFonts w:ascii="Arial" w:hAnsi="Arial" w:cs="Arial"/>
          <w:sz w:val="22"/>
          <w:lang w:val="es-CO"/>
        </w:rPr>
        <w:t>uchas gracias Representante</w:t>
      </w:r>
      <w:r w:rsidR="00A743A8" w:rsidRPr="00BC6830">
        <w:rPr>
          <w:rStyle w:val="TNR21"/>
          <w:rFonts w:ascii="Arial" w:hAnsi="Arial" w:cs="Arial"/>
          <w:sz w:val="22"/>
          <w:lang w:val="es-CO"/>
        </w:rPr>
        <w:t>,</w:t>
      </w:r>
      <w:r w:rsidR="006146DD" w:rsidRPr="00BC6830">
        <w:rPr>
          <w:rStyle w:val="TNR21"/>
          <w:rFonts w:ascii="Arial" w:hAnsi="Arial" w:cs="Arial"/>
          <w:sz w:val="22"/>
          <w:lang w:val="es-CO"/>
        </w:rPr>
        <w:t xml:space="preserve"> tiene la palabra el Representante Juan Carlos Vargas quién también es ponente</w:t>
      </w:r>
      <w:r w:rsidR="00A743A8" w:rsidRPr="00BC6830">
        <w:rPr>
          <w:rStyle w:val="TNR21"/>
          <w:rFonts w:ascii="Arial" w:hAnsi="Arial" w:cs="Arial"/>
          <w:sz w:val="22"/>
          <w:lang w:val="es-CO"/>
        </w:rPr>
        <w:t>,</w:t>
      </w:r>
      <w:r w:rsidR="006146DD" w:rsidRPr="00BC6830">
        <w:rPr>
          <w:rStyle w:val="TNR21"/>
          <w:rFonts w:ascii="Arial" w:hAnsi="Arial" w:cs="Arial"/>
          <w:sz w:val="22"/>
          <w:lang w:val="es-CO"/>
        </w:rPr>
        <w:t xml:space="preserve"> tiene la palabra Representante</w:t>
      </w:r>
      <w:r w:rsidR="00A743A8" w:rsidRPr="00BC6830">
        <w:rPr>
          <w:rStyle w:val="TNR21"/>
          <w:rFonts w:ascii="Arial" w:hAnsi="Arial" w:cs="Arial"/>
          <w:sz w:val="22"/>
          <w:lang w:val="es-CO"/>
        </w:rPr>
        <w:t>, buen día</w:t>
      </w:r>
      <w:r w:rsidR="006146DD" w:rsidRPr="00BC6830">
        <w:rPr>
          <w:rStyle w:val="TNR21"/>
          <w:rFonts w:ascii="Arial" w:hAnsi="Arial" w:cs="Arial"/>
          <w:sz w:val="22"/>
          <w:lang w:val="es-CO"/>
        </w:rPr>
        <w:t>.</w:t>
      </w:r>
    </w:p>
    <w:p w14:paraId="7C5F98C2" w14:textId="77777777" w:rsidR="00A743A8" w:rsidRPr="00BC6830" w:rsidRDefault="00A743A8" w:rsidP="00667EBF">
      <w:pPr>
        <w:pStyle w:val="Sinespaciado"/>
        <w:jc w:val="both"/>
        <w:rPr>
          <w:rStyle w:val="TNR21"/>
          <w:rFonts w:ascii="Arial" w:hAnsi="Arial" w:cs="Arial"/>
          <w:sz w:val="22"/>
          <w:lang w:val="es-CO"/>
        </w:rPr>
      </w:pPr>
    </w:p>
    <w:p w14:paraId="7A743BB1" w14:textId="77777777" w:rsidR="003970BD" w:rsidRPr="00BC6830" w:rsidRDefault="00B1577F" w:rsidP="00667EBF">
      <w:pPr>
        <w:pStyle w:val="Sinespaciado"/>
        <w:jc w:val="both"/>
        <w:rPr>
          <w:rStyle w:val="TNR21"/>
          <w:rFonts w:ascii="Arial" w:hAnsi="Arial" w:cs="Arial"/>
          <w:sz w:val="22"/>
          <w:lang w:val="es-CO"/>
        </w:rPr>
      </w:pPr>
      <w:r w:rsidRPr="00BC6830">
        <w:rPr>
          <w:rStyle w:val="TNR21"/>
          <w:rFonts w:ascii="Arial" w:hAnsi="Arial" w:cs="Arial"/>
          <w:b/>
          <w:sz w:val="22"/>
          <w:lang w:val="es-CO"/>
        </w:rPr>
        <w:t>H. Representante</w:t>
      </w:r>
      <w:r w:rsidR="006146DD" w:rsidRPr="00BC6830">
        <w:rPr>
          <w:rStyle w:val="TNR21"/>
          <w:rFonts w:ascii="Arial" w:hAnsi="Arial" w:cs="Arial"/>
          <w:b/>
          <w:sz w:val="22"/>
          <w:lang w:val="es-CO"/>
        </w:rPr>
        <w:t xml:space="preserve"> Juan Carlos Vargas Soler</w:t>
      </w:r>
      <w:r w:rsidR="006146DD" w:rsidRPr="00BC6830">
        <w:rPr>
          <w:rStyle w:val="TNR21"/>
          <w:rFonts w:ascii="Arial" w:hAnsi="Arial" w:cs="Arial"/>
          <w:sz w:val="22"/>
          <w:lang w:val="es-CO"/>
        </w:rPr>
        <w:t xml:space="preserve">: </w:t>
      </w:r>
      <w:r w:rsidR="00A743A8" w:rsidRPr="00BC6830">
        <w:rPr>
          <w:rStyle w:val="TNR21"/>
          <w:rFonts w:ascii="Arial" w:hAnsi="Arial" w:cs="Arial"/>
          <w:sz w:val="22"/>
          <w:lang w:val="es-CO"/>
        </w:rPr>
        <w:t>M</w:t>
      </w:r>
      <w:r w:rsidR="006146DD" w:rsidRPr="00BC6830">
        <w:rPr>
          <w:rStyle w:val="TNR21"/>
          <w:rFonts w:ascii="Arial" w:hAnsi="Arial" w:cs="Arial"/>
          <w:sz w:val="22"/>
          <w:lang w:val="es-CO"/>
        </w:rPr>
        <w:t>uchas gracias señor Presidente</w:t>
      </w:r>
      <w:r w:rsidR="00A743A8" w:rsidRPr="00BC6830">
        <w:rPr>
          <w:rStyle w:val="TNR21"/>
          <w:rFonts w:ascii="Arial" w:hAnsi="Arial" w:cs="Arial"/>
          <w:sz w:val="22"/>
          <w:lang w:val="es-CO"/>
        </w:rPr>
        <w:t>,</w:t>
      </w:r>
      <w:r w:rsidR="006146DD" w:rsidRPr="00BC6830">
        <w:rPr>
          <w:rStyle w:val="TNR21"/>
          <w:rFonts w:ascii="Arial" w:hAnsi="Arial" w:cs="Arial"/>
          <w:sz w:val="22"/>
          <w:lang w:val="es-CO"/>
        </w:rPr>
        <w:t xml:space="preserve"> muy buenos días para todos</w:t>
      </w:r>
      <w:r w:rsidR="00A743A8" w:rsidRPr="00BC6830">
        <w:rPr>
          <w:rStyle w:val="TNR21"/>
          <w:rFonts w:ascii="Arial" w:hAnsi="Arial" w:cs="Arial"/>
          <w:sz w:val="22"/>
          <w:lang w:val="es-CO"/>
        </w:rPr>
        <w:t>,</w:t>
      </w:r>
      <w:r w:rsidR="006146DD" w:rsidRPr="00BC6830">
        <w:rPr>
          <w:rStyle w:val="TNR21"/>
          <w:rFonts w:ascii="Arial" w:hAnsi="Arial" w:cs="Arial"/>
          <w:sz w:val="22"/>
          <w:lang w:val="es-CO"/>
        </w:rPr>
        <w:t xml:space="preserve"> para todas</w:t>
      </w:r>
      <w:r w:rsidR="00A743A8" w:rsidRPr="00BC6830">
        <w:rPr>
          <w:rStyle w:val="TNR21"/>
          <w:rFonts w:ascii="Arial" w:hAnsi="Arial" w:cs="Arial"/>
          <w:sz w:val="22"/>
          <w:lang w:val="es-CO"/>
        </w:rPr>
        <w:t>,</w:t>
      </w:r>
      <w:r w:rsidR="006146DD" w:rsidRPr="00BC6830">
        <w:rPr>
          <w:rStyle w:val="TNR21"/>
          <w:rFonts w:ascii="Arial" w:hAnsi="Arial" w:cs="Arial"/>
          <w:sz w:val="22"/>
          <w:lang w:val="es-CO"/>
        </w:rPr>
        <w:t xml:space="preserve"> como ponente de este importante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que busca avanzar en la garantía del derecho a la pensión para las personas adultas mayores</w:t>
      </w:r>
      <w:r w:rsidR="00DE319B" w:rsidRPr="00BC6830">
        <w:rPr>
          <w:rStyle w:val="TNR21"/>
          <w:rFonts w:ascii="Arial" w:hAnsi="Arial" w:cs="Arial"/>
          <w:sz w:val="22"/>
          <w:lang w:val="es-CO"/>
        </w:rPr>
        <w:t>,</w:t>
      </w:r>
      <w:r w:rsidR="006146DD" w:rsidRPr="00BC6830">
        <w:rPr>
          <w:rStyle w:val="TNR21"/>
          <w:rFonts w:ascii="Arial" w:hAnsi="Arial" w:cs="Arial"/>
          <w:sz w:val="22"/>
          <w:lang w:val="es-CO"/>
        </w:rPr>
        <w:t xml:space="preserve"> en términos generales respaldo y acompaño la ponencia positiva</w:t>
      </w:r>
      <w:r w:rsidR="00A743A8" w:rsidRPr="00BC6830">
        <w:rPr>
          <w:rStyle w:val="TNR21"/>
          <w:rFonts w:ascii="Arial" w:hAnsi="Arial" w:cs="Arial"/>
          <w:sz w:val="22"/>
          <w:lang w:val="es-CO"/>
        </w:rPr>
        <w:t>,</w:t>
      </w:r>
      <w:r w:rsidR="006146DD" w:rsidRPr="00BC6830">
        <w:rPr>
          <w:rStyle w:val="TNR21"/>
          <w:rFonts w:ascii="Arial" w:hAnsi="Arial" w:cs="Arial"/>
          <w:sz w:val="22"/>
          <w:lang w:val="es-CO"/>
        </w:rPr>
        <w:t xml:space="preserve"> sin embargo como ponente hice unas proposiciones que </w:t>
      </w:r>
      <w:r w:rsidR="006146DD" w:rsidRPr="00BC6830">
        <w:rPr>
          <w:rStyle w:val="TNR21"/>
          <w:rFonts w:ascii="Arial" w:hAnsi="Arial" w:cs="Arial"/>
          <w:sz w:val="22"/>
          <w:lang w:val="es-CO"/>
        </w:rPr>
        <w:lastRenderedPageBreak/>
        <w:t>tienen como propósito hacer algunas mejoras que considero importantes sean tenidas en cuenta</w:t>
      </w:r>
      <w:r w:rsidR="00A743A8" w:rsidRPr="00BC6830">
        <w:rPr>
          <w:rStyle w:val="TNR21"/>
          <w:rFonts w:ascii="Arial" w:hAnsi="Arial" w:cs="Arial"/>
          <w:sz w:val="22"/>
          <w:lang w:val="es-CO"/>
        </w:rPr>
        <w:t>,</w:t>
      </w:r>
      <w:r w:rsidR="006146DD" w:rsidRPr="00BC6830">
        <w:rPr>
          <w:rStyle w:val="TNR21"/>
          <w:rFonts w:ascii="Arial" w:hAnsi="Arial" w:cs="Arial"/>
          <w:sz w:val="22"/>
          <w:lang w:val="es-CO"/>
        </w:rPr>
        <w:t xml:space="preserve"> entiendo que esas proposiciones no han sido y no van a ser avaladas</w:t>
      </w:r>
      <w:r w:rsidR="00A743A8" w:rsidRPr="00BC6830">
        <w:rPr>
          <w:rStyle w:val="TNR21"/>
          <w:rFonts w:ascii="Arial" w:hAnsi="Arial" w:cs="Arial"/>
          <w:sz w:val="22"/>
          <w:lang w:val="es-CO"/>
        </w:rPr>
        <w:t>,</w:t>
      </w:r>
      <w:r w:rsidR="006146DD" w:rsidRPr="00BC6830">
        <w:rPr>
          <w:rStyle w:val="TNR21"/>
          <w:rFonts w:ascii="Arial" w:hAnsi="Arial" w:cs="Arial"/>
          <w:sz w:val="22"/>
          <w:lang w:val="es-CO"/>
        </w:rPr>
        <w:t xml:space="preserve"> sin embargo</w:t>
      </w:r>
      <w:r w:rsidR="00F01E71">
        <w:rPr>
          <w:rStyle w:val="TNR21"/>
          <w:rFonts w:ascii="Arial" w:hAnsi="Arial" w:cs="Arial"/>
          <w:sz w:val="22"/>
          <w:lang w:val="es-CO"/>
        </w:rPr>
        <w:t>,</w:t>
      </w:r>
      <w:r w:rsidR="006146DD" w:rsidRPr="00BC6830">
        <w:rPr>
          <w:rStyle w:val="TNR21"/>
          <w:rFonts w:ascii="Arial" w:hAnsi="Arial" w:cs="Arial"/>
          <w:sz w:val="22"/>
          <w:lang w:val="es-CO"/>
        </w:rPr>
        <w:t xml:space="preserve"> me permito manifestar las principales observaciones al respecto para que sean tenidas en cuenta como constancias</w:t>
      </w:r>
      <w:r w:rsidR="003970BD" w:rsidRPr="00BC6830">
        <w:rPr>
          <w:rStyle w:val="TNR21"/>
          <w:rFonts w:ascii="Arial" w:hAnsi="Arial" w:cs="Arial"/>
          <w:sz w:val="22"/>
          <w:lang w:val="es-CO"/>
        </w:rPr>
        <w:t>,</w:t>
      </w:r>
      <w:r w:rsidR="006146DD" w:rsidRPr="00BC6830">
        <w:rPr>
          <w:rStyle w:val="TNR21"/>
          <w:rFonts w:ascii="Arial" w:hAnsi="Arial" w:cs="Arial"/>
          <w:sz w:val="22"/>
          <w:lang w:val="es-CO"/>
        </w:rPr>
        <w:t xml:space="preserve"> la primera de ellas es en cuanto a los requisitos</w:t>
      </w:r>
      <w:r w:rsidR="003970BD" w:rsidRPr="00BC6830">
        <w:rPr>
          <w:rStyle w:val="TNR21"/>
          <w:rFonts w:ascii="Arial" w:hAnsi="Arial" w:cs="Arial"/>
          <w:sz w:val="22"/>
          <w:lang w:val="es-CO"/>
        </w:rPr>
        <w:t>,</w:t>
      </w:r>
      <w:r w:rsidR="006146DD" w:rsidRPr="00BC6830">
        <w:rPr>
          <w:rStyle w:val="TNR21"/>
          <w:rFonts w:ascii="Arial" w:hAnsi="Arial" w:cs="Arial"/>
          <w:sz w:val="22"/>
          <w:lang w:val="es-CO"/>
        </w:rPr>
        <w:t xml:space="preserve"> se plantea dentro de los requisitos integrar los grupos A</w:t>
      </w:r>
      <w:r w:rsidR="00F01E71">
        <w:rPr>
          <w:rStyle w:val="TNR21"/>
          <w:rFonts w:ascii="Arial" w:hAnsi="Arial" w:cs="Arial"/>
          <w:sz w:val="22"/>
          <w:lang w:val="es-CO"/>
        </w:rPr>
        <w:t>,</w:t>
      </w:r>
      <w:r w:rsidR="006146DD" w:rsidRPr="00BC6830">
        <w:rPr>
          <w:rStyle w:val="TNR21"/>
          <w:rFonts w:ascii="Arial" w:hAnsi="Arial" w:cs="Arial"/>
          <w:sz w:val="22"/>
          <w:lang w:val="es-CO"/>
        </w:rPr>
        <w:t xml:space="preserve"> B y C del Sisbén</w:t>
      </w:r>
      <w:r w:rsidR="003970BD" w:rsidRPr="00BC6830">
        <w:rPr>
          <w:rStyle w:val="TNR21"/>
          <w:rFonts w:ascii="Arial" w:hAnsi="Arial" w:cs="Arial"/>
          <w:sz w:val="22"/>
          <w:lang w:val="es-CO"/>
        </w:rPr>
        <w:t>,</w:t>
      </w:r>
      <w:r w:rsidR="006146DD" w:rsidRPr="00BC6830">
        <w:rPr>
          <w:rStyle w:val="TNR21"/>
          <w:rFonts w:ascii="Arial" w:hAnsi="Arial" w:cs="Arial"/>
          <w:sz w:val="22"/>
          <w:lang w:val="es-CO"/>
        </w:rPr>
        <w:t xml:space="preserve"> frente a eso estoy de acuerdo pero considerando que puede haber una restricción fiscal y financiera para garantizar a todos las personas de estos tres grupos la pensión que se está proponiendo</w:t>
      </w:r>
      <w:r w:rsidR="003970BD" w:rsidRPr="00BC6830">
        <w:rPr>
          <w:rStyle w:val="TNR21"/>
          <w:rFonts w:ascii="Arial" w:hAnsi="Arial" w:cs="Arial"/>
          <w:sz w:val="22"/>
          <w:lang w:val="es-CO"/>
        </w:rPr>
        <w:t>,</w:t>
      </w:r>
      <w:r w:rsidR="006146DD" w:rsidRPr="00BC6830">
        <w:rPr>
          <w:rStyle w:val="TNR21"/>
          <w:rFonts w:ascii="Arial" w:hAnsi="Arial" w:cs="Arial"/>
          <w:sz w:val="22"/>
          <w:lang w:val="es-CO"/>
        </w:rPr>
        <w:t xml:space="preserve"> sugiero y propongo que dentro de </w:t>
      </w:r>
      <w:r w:rsidR="00DE319B" w:rsidRPr="00BC6830">
        <w:rPr>
          <w:rStyle w:val="TNR21"/>
          <w:rFonts w:ascii="Arial" w:hAnsi="Arial" w:cs="Arial"/>
          <w:sz w:val="22"/>
          <w:lang w:val="es-CO"/>
        </w:rPr>
        <w:t>e</w:t>
      </w:r>
      <w:r w:rsidR="006146DD" w:rsidRPr="00BC6830">
        <w:rPr>
          <w:rStyle w:val="TNR21"/>
          <w:rFonts w:ascii="Arial" w:hAnsi="Arial" w:cs="Arial"/>
          <w:sz w:val="22"/>
          <w:lang w:val="es-CO"/>
        </w:rPr>
        <w:t>s</w:t>
      </w:r>
      <w:r w:rsidR="00DE319B" w:rsidRPr="00BC6830">
        <w:rPr>
          <w:rStyle w:val="TNR21"/>
          <w:rFonts w:ascii="Arial" w:hAnsi="Arial" w:cs="Arial"/>
          <w:sz w:val="22"/>
          <w:lang w:val="es-CO"/>
        </w:rPr>
        <w:t>o</w:t>
      </w:r>
      <w:r w:rsidR="006146DD" w:rsidRPr="00BC6830">
        <w:rPr>
          <w:rStyle w:val="TNR21"/>
          <w:rFonts w:ascii="Arial" w:hAnsi="Arial" w:cs="Arial"/>
          <w:sz w:val="22"/>
          <w:lang w:val="es-CO"/>
        </w:rPr>
        <w:t>s grupos se prioricen algunas poblaciones que tienen un doble criterio</w:t>
      </w:r>
      <w:r w:rsidR="00F01E71">
        <w:rPr>
          <w:rStyle w:val="TNR21"/>
          <w:rFonts w:ascii="Arial" w:hAnsi="Arial" w:cs="Arial"/>
          <w:sz w:val="22"/>
          <w:lang w:val="es-CO"/>
        </w:rPr>
        <w:t xml:space="preserve"> de </w:t>
      </w:r>
      <w:r w:rsidR="006146DD" w:rsidRPr="00BC6830">
        <w:rPr>
          <w:rStyle w:val="TNR21"/>
          <w:rFonts w:ascii="Arial" w:hAnsi="Arial" w:cs="Arial"/>
          <w:sz w:val="22"/>
          <w:lang w:val="es-CO"/>
        </w:rPr>
        <w:t>vulnerabilidad como son las personas con discapacidad que hacen parte de estos tres grupos las personas con enfermedades ruinosas</w:t>
      </w:r>
      <w:r w:rsidR="003970BD" w:rsidRPr="00BC6830">
        <w:rPr>
          <w:rStyle w:val="TNR21"/>
          <w:rFonts w:ascii="Arial" w:hAnsi="Arial" w:cs="Arial"/>
          <w:sz w:val="22"/>
          <w:lang w:val="es-CO"/>
        </w:rPr>
        <w:t>,</w:t>
      </w:r>
      <w:r w:rsidR="006146DD" w:rsidRPr="00BC6830">
        <w:rPr>
          <w:rStyle w:val="TNR21"/>
          <w:rFonts w:ascii="Arial" w:hAnsi="Arial" w:cs="Arial"/>
          <w:sz w:val="22"/>
          <w:lang w:val="es-CO"/>
        </w:rPr>
        <w:t xml:space="preserve"> las víctimas del conflicto armado</w:t>
      </w:r>
      <w:r w:rsidR="003970BD" w:rsidRPr="00BC6830">
        <w:rPr>
          <w:rStyle w:val="TNR21"/>
          <w:rFonts w:ascii="Arial" w:hAnsi="Arial" w:cs="Arial"/>
          <w:sz w:val="22"/>
          <w:lang w:val="es-CO"/>
        </w:rPr>
        <w:t>,</w:t>
      </w:r>
      <w:r w:rsidR="006146DD" w:rsidRPr="00BC6830">
        <w:rPr>
          <w:rStyle w:val="TNR21"/>
          <w:rFonts w:ascii="Arial" w:hAnsi="Arial" w:cs="Arial"/>
          <w:sz w:val="22"/>
          <w:lang w:val="es-CO"/>
        </w:rPr>
        <w:t xml:space="preserve"> la población campesina y los grupos étnicos</w:t>
      </w:r>
      <w:r w:rsidR="003970BD" w:rsidRPr="00BC6830">
        <w:rPr>
          <w:rStyle w:val="TNR21"/>
          <w:rFonts w:ascii="Arial" w:hAnsi="Arial" w:cs="Arial"/>
          <w:sz w:val="22"/>
          <w:lang w:val="es-CO"/>
        </w:rPr>
        <w:t>,</w:t>
      </w:r>
      <w:r w:rsidR="006146DD" w:rsidRPr="00BC6830">
        <w:rPr>
          <w:rStyle w:val="TNR21"/>
          <w:rFonts w:ascii="Arial" w:hAnsi="Arial" w:cs="Arial"/>
          <w:sz w:val="22"/>
          <w:lang w:val="es-CO"/>
        </w:rPr>
        <w:t xml:space="preserve"> esa es una de las proposiciones que quiero dejar como constancia para el trámite de este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w:t>
      </w:r>
      <w:r w:rsidR="003970BD" w:rsidRPr="00BC6830">
        <w:rPr>
          <w:rStyle w:val="TNR21"/>
          <w:rFonts w:ascii="Arial" w:hAnsi="Arial" w:cs="Arial"/>
          <w:sz w:val="22"/>
          <w:lang w:val="es-CO"/>
        </w:rPr>
        <w:t>,</w:t>
      </w:r>
      <w:r w:rsidR="006146DD" w:rsidRPr="00BC6830">
        <w:rPr>
          <w:rStyle w:val="TNR21"/>
          <w:rFonts w:ascii="Arial" w:hAnsi="Arial" w:cs="Arial"/>
          <w:sz w:val="22"/>
          <w:lang w:val="es-CO"/>
        </w:rPr>
        <w:t xml:space="preserve"> en segundo lugar incorporar un enfoque diferencial y de genero dentro de los requisitos en el </w:t>
      </w:r>
      <w:r w:rsidR="00F01E71">
        <w:rPr>
          <w:rStyle w:val="TNR21"/>
          <w:rFonts w:ascii="Arial" w:hAnsi="Arial" w:cs="Arial"/>
          <w:sz w:val="22"/>
          <w:lang w:val="es-CO"/>
        </w:rPr>
        <w:t>l</w:t>
      </w:r>
      <w:r w:rsidR="006146DD" w:rsidRPr="00BC6830">
        <w:rPr>
          <w:rStyle w:val="TNR21"/>
          <w:rFonts w:ascii="Arial" w:hAnsi="Arial" w:cs="Arial"/>
          <w:sz w:val="22"/>
          <w:lang w:val="es-CO"/>
        </w:rPr>
        <w:t xml:space="preserve">iteral </w:t>
      </w:r>
      <w:r w:rsidR="00F01E71">
        <w:rPr>
          <w:rStyle w:val="TNR21"/>
          <w:rFonts w:ascii="Arial" w:hAnsi="Arial" w:cs="Arial"/>
          <w:sz w:val="22"/>
          <w:lang w:val="es-CO"/>
        </w:rPr>
        <w:t>b)</w:t>
      </w:r>
      <w:r w:rsidR="006146DD" w:rsidRPr="00BC6830">
        <w:rPr>
          <w:rStyle w:val="TNR21"/>
          <w:rFonts w:ascii="Arial" w:hAnsi="Arial" w:cs="Arial"/>
          <w:sz w:val="22"/>
          <w:lang w:val="es-CO"/>
        </w:rPr>
        <w:t xml:space="preserve"> en el cual se propone como requisito ser mayor de 60 años al momento de la solicitud</w:t>
      </w:r>
      <w:r w:rsidR="003970BD" w:rsidRPr="00BC6830">
        <w:rPr>
          <w:rStyle w:val="TNR21"/>
          <w:rFonts w:ascii="Arial" w:hAnsi="Arial" w:cs="Arial"/>
          <w:sz w:val="22"/>
          <w:lang w:val="es-CO"/>
        </w:rPr>
        <w:t>,</w:t>
      </w:r>
      <w:r w:rsidR="006146DD" w:rsidRPr="00BC6830">
        <w:rPr>
          <w:rStyle w:val="TNR21"/>
          <w:rFonts w:ascii="Arial" w:hAnsi="Arial" w:cs="Arial"/>
          <w:sz w:val="22"/>
          <w:lang w:val="es-CO"/>
        </w:rPr>
        <w:t xml:space="preserve"> la proposición va en el sentido de que haya un enfoque de género en el que la edad sea diferente para los hombres y para las mujeres teniendo en cuenta la normatividad que está vigente</w:t>
      </w:r>
      <w:r w:rsidR="003970BD" w:rsidRPr="00BC6830">
        <w:rPr>
          <w:rStyle w:val="TNR21"/>
          <w:rFonts w:ascii="Arial" w:hAnsi="Arial" w:cs="Arial"/>
          <w:sz w:val="22"/>
          <w:lang w:val="es-CO"/>
        </w:rPr>
        <w:t>,</w:t>
      </w:r>
      <w:r w:rsidR="006146DD" w:rsidRPr="00BC6830">
        <w:rPr>
          <w:rStyle w:val="TNR21"/>
          <w:rFonts w:ascii="Arial" w:hAnsi="Arial" w:cs="Arial"/>
          <w:sz w:val="22"/>
          <w:lang w:val="es-CO"/>
        </w:rPr>
        <w:t xml:space="preserve"> que serían 57 años para el caso de las mujeres y 62 para el caso de los hombres</w:t>
      </w:r>
      <w:r w:rsidR="00DE319B"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DE319B" w:rsidRPr="00BC6830">
        <w:rPr>
          <w:rStyle w:val="TNR21"/>
          <w:rFonts w:ascii="Arial" w:hAnsi="Arial" w:cs="Arial"/>
          <w:sz w:val="22"/>
          <w:lang w:val="es-CO"/>
        </w:rPr>
        <w:t>E</w:t>
      </w:r>
      <w:r w:rsidR="006146DD" w:rsidRPr="00BC6830">
        <w:rPr>
          <w:rStyle w:val="TNR21"/>
          <w:rFonts w:ascii="Arial" w:hAnsi="Arial" w:cs="Arial"/>
          <w:sz w:val="22"/>
          <w:lang w:val="es-CO"/>
        </w:rPr>
        <w:t xml:space="preserve">stas son las dos proposiciones fundamentales que me gustaría y solicito queden como constancia para el trámite de este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w:t>
      </w:r>
      <w:r w:rsidR="003970BD" w:rsidRPr="00BC6830">
        <w:rPr>
          <w:rStyle w:val="TNR21"/>
          <w:rFonts w:ascii="Arial" w:hAnsi="Arial" w:cs="Arial"/>
          <w:sz w:val="22"/>
          <w:lang w:val="es-CO"/>
        </w:rPr>
        <w:t>, muchas gracias</w:t>
      </w:r>
      <w:r w:rsidR="006146DD" w:rsidRPr="00BC6830">
        <w:rPr>
          <w:rStyle w:val="TNR21"/>
          <w:rFonts w:ascii="Arial" w:hAnsi="Arial" w:cs="Arial"/>
          <w:sz w:val="22"/>
          <w:lang w:val="es-CO"/>
        </w:rPr>
        <w:t>.</w:t>
      </w:r>
    </w:p>
    <w:p w14:paraId="5822E0D2" w14:textId="77777777" w:rsidR="003970BD" w:rsidRPr="00BC6830" w:rsidRDefault="003970BD" w:rsidP="00667EBF">
      <w:pPr>
        <w:pStyle w:val="Sinespaciado"/>
        <w:jc w:val="both"/>
        <w:rPr>
          <w:rStyle w:val="TNR21"/>
          <w:rFonts w:ascii="Arial" w:hAnsi="Arial" w:cs="Arial"/>
          <w:sz w:val="22"/>
          <w:lang w:val="es-CO"/>
        </w:rPr>
      </w:pPr>
    </w:p>
    <w:p w14:paraId="4D17CB4E" w14:textId="77777777" w:rsidR="003970BD"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3970BD" w:rsidRPr="00BC6830">
        <w:rPr>
          <w:rStyle w:val="TNR21"/>
          <w:rFonts w:ascii="Arial" w:hAnsi="Arial" w:cs="Arial"/>
          <w:sz w:val="22"/>
          <w:lang w:val="es-CO"/>
        </w:rPr>
        <w:t>M</w:t>
      </w:r>
      <w:r w:rsidR="006146DD" w:rsidRPr="00BC6830">
        <w:rPr>
          <w:rStyle w:val="TNR21"/>
          <w:rFonts w:ascii="Arial" w:hAnsi="Arial" w:cs="Arial"/>
          <w:sz w:val="22"/>
          <w:lang w:val="es-CO"/>
        </w:rPr>
        <w:t>uchas gracias Representante</w:t>
      </w:r>
      <w:r w:rsidR="00DE429D">
        <w:rPr>
          <w:rStyle w:val="TNR21"/>
          <w:rFonts w:ascii="Arial" w:hAnsi="Arial" w:cs="Arial"/>
          <w:sz w:val="22"/>
          <w:lang w:val="es-CO"/>
        </w:rPr>
        <w:t>. M</w:t>
      </w:r>
      <w:r w:rsidR="006146DD" w:rsidRPr="00BC6830">
        <w:rPr>
          <w:rStyle w:val="TNR21"/>
          <w:rFonts w:ascii="Arial" w:hAnsi="Arial" w:cs="Arial"/>
          <w:sz w:val="22"/>
          <w:lang w:val="es-CO"/>
        </w:rPr>
        <w:t>uy bien tiene la palabra l</w:t>
      </w:r>
      <w:r w:rsidR="003970BD" w:rsidRPr="00BC6830">
        <w:rPr>
          <w:rStyle w:val="TNR21"/>
          <w:rFonts w:ascii="Arial" w:hAnsi="Arial" w:cs="Arial"/>
          <w:sz w:val="22"/>
          <w:lang w:val="es-CO"/>
        </w:rPr>
        <w:t>a Representante Martha Alfonso</w:t>
      </w:r>
      <w:r w:rsidR="006146DD" w:rsidRPr="00BC6830">
        <w:rPr>
          <w:rStyle w:val="TNR21"/>
          <w:rFonts w:ascii="Arial" w:hAnsi="Arial" w:cs="Arial"/>
          <w:sz w:val="22"/>
          <w:lang w:val="es-CO"/>
        </w:rPr>
        <w:t>.</w:t>
      </w:r>
    </w:p>
    <w:p w14:paraId="24DF4235" w14:textId="77777777" w:rsidR="003970BD" w:rsidRPr="00BC6830" w:rsidRDefault="003970BD" w:rsidP="00667EBF">
      <w:pPr>
        <w:pStyle w:val="Sinespaciado"/>
        <w:jc w:val="both"/>
        <w:rPr>
          <w:rStyle w:val="TNR21"/>
          <w:rFonts w:ascii="Arial" w:hAnsi="Arial" w:cs="Arial"/>
          <w:sz w:val="22"/>
          <w:lang w:val="es-CO"/>
        </w:rPr>
      </w:pPr>
    </w:p>
    <w:p w14:paraId="23FBC10D" w14:textId="77777777" w:rsidR="00BD5EBF" w:rsidRPr="00BC6830" w:rsidRDefault="00B1577F" w:rsidP="00667EBF">
      <w:pPr>
        <w:pStyle w:val="Sinespaciado"/>
        <w:jc w:val="both"/>
        <w:rPr>
          <w:rStyle w:val="TNR21"/>
          <w:rFonts w:ascii="Arial" w:hAnsi="Arial" w:cs="Arial"/>
          <w:sz w:val="22"/>
          <w:lang w:val="es-CO"/>
        </w:rPr>
      </w:pPr>
      <w:r w:rsidRPr="006A4BE8">
        <w:rPr>
          <w:rStyle w:val="TNR21"/>
          <w:rFonts w:ascii="Arial" w:hAnsi="Arial" w:cs="Arial"/>
          <w:b/>
          <w:sz w:val="22"/>
          <w:lang w:val="es-CO"/>
        </w:rPr>
        <w:t>H. Representante</w:t>
      </w:r>
      <w:r w:rsidR="006146DD" w:rsidRPr="006A4BE8">
        <w:rPr>
          <w:rStyle w:val="TNR21"/>
          <w:rFonts w:ascii="Arial" w:hAnsi="Arial" w:cs="Arial"/>
          <w:b/>
          <w:sz w:val="22"/>
          <w:lang w:val="es-CO"/>
        </w:rPr>
        <w:t xml:space="preserve"> Martha Lisbeth Alfonso Jurado</w:t>
      </w:r>
      <w:r w:rsidR="006146DD" w:rsidRPr="006A4BE8">
        <w:rPr>
          <w:rStyle w:val="TNR21"/>
          <w:rFonts w:ascii="Arial" w:hAnsi="Arial" w:cs="Arial"/>
          <w:sz w:val="22"/>
          <w:lang w:val="es-CO"/>
        </w:rPr>
        <w:t>:</w:t>
      </w:r>
      <w:r w:rsidR="006146DD" w:rsidRPr="00BC6830">
        <w:rPr>
          <w:rStyle w:val="TNR21"/>
          <w:rFonts w:ascii="Arial" w:hAnsi="Arial" w:cs="Arial"/>
          <w:sz w:val="22"/>
          <w:lang w:val="es-CO"/>
        </w:rPr>
        <w:t xml:space="preserve"> </w:t>
      </w:r>
      <w:r w:rsidR="003970BD" w:rsidRPr="00BC6830">
        <w:rPr>
          <w:rStyle w:val="TNR21"/>
          <w:rFonts w:ascii="Arial" w:hAnsi="Arial" w:cs="Arial"/>
          <w:sz w:val="22"/>
          <w:lang w:val="es-CO"/>
        </w:rPr>
        <w:t>G</w:t>
      </w:r>
      <w:r w:rsidR="006146DD" w:rsidRPr="00BC6830">
        <w:rPr>
          <w:rStyle w:val="TNR21"/>
          <w:rFonts w:ascii="Arial" w:hAnsi="Arial" w:cs="Arial"/>
          <w:sz w:val="22"/>
          <w:lang w:val="es-CO"/>
        </w:rPr>
        <w:t>racias doctor Cristo</w:t>
      </w:r>
      <w:r w:rsidR="00BC5EE4" w:rsidRPr="00BC6830">
        <w:rPr>
          <w:rStyle w:val="TNR21"/>
          <w:rFonts w:ascii="Arial" w:hAnsi="Arial" w:cs="Arial"/>
          <w:sz w:val="22"/>
          <w:lang w:val="es-CO"/>
        </w:rPr>
        <w:t>,</w:t>
      </w:r>
      <w:r w:rsidR="006146DD" w:rsidRPr="00BC6830">
        <w:rPr>
          <w:rStyle w:val="TNR21"/>
          <w:rFonts w:ascii="Arial" w:hAnsi="Arial" w:cs="Arial"/>
          <w:sz w:val="22"/>
          <w:lang w:val="es-CO"/>
        </w:rPr>
        <w:t xml:space="preserve"> es un bellísimo </w:t>
      </w:r>
      <w:r w:rsidR="00841B08">
        <w:rPr>
          <w:rStyle w:val="TNR21"/>
          <w:rFonts w:ascii="Arial" w:hAnsi="Arial" w:cs="Arial"/>
          <w:sz w:val="22"/>
          <w:lang w:val="es-CO"/>
        </w:rPr>
        <w:t>proyecto</w:t>
      </w:r>
      <w:r w:rsidR="00BC5EE4" w:rsidRPr="00BC6830">
        <w:rPr>
          <w:rStyle w:val="TNR21"/>
          <w:rFonts w:ascii="Arial" w:hAnsi="Arial" w:cs="Arial"/>
          <w:sz w:val="22"/>
          <w:lang w:val="es-CO"/>
        </w:rPr>
        <w:t>,</w:t>
      </w:r>
      <w:r w:rsidR="006146DD" w:rsidRPr="00BC6830">
        <w:rPr>
          <w:rStyle w:val="TNR21"/>
          <w:rFonts w:ascii="Arial" w:hAnsi="Arial" w:cs="Arial"/>
          <w:sz w:val="22"/>
          <w:lang w:val="es-CO"/>
        </w:rPr>
        <w:t xml:space="preserve"> también a los colegas ponentes creo que es un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muy buena voluntad y que reconoce una población con la que este país y la sociedad colombiana tiene una deuda histórica</w:t>
      </w:r>
      <w:r w:rsidR="00BC5EE4" w:rsidRPr="00BC6830">
        <w:rPr>
          <w:rStyle w:val="TNR21"/>
          <w:rFonts w:ascii="Arial" w:hAnsi="Arial" w:cs="Arial"/>
          <w:sz w:val="22"/>
          <w:lang w:val="es-CO"/>
        </w:rPr>
        <w:t>,</w:t>
      </w:r>
      <w:r w:rsidR="006146DD" w:rsidRPr="00BC6830">
        <w:rPr>
          <w:rStyle w:val="TNR21"/>
          <w:rFonts w:ascii="Arial" w:hAnsi="Arial" w:cs="Arial"/>
          <w:sz w:val="22"/>
          <w:lang w:val="es-CO"/>
        </w:rPr>
        <w:t xml:space="preserve"> pero yo tengo varias inquietudes doctor Cristo y compañeros ponentes</w:t>
      </w:r>
      <w:r w:rsidR="00BC5EE4" w:rsidRPr="00BC6830">
        <w:rPr>
          <w:rStyle w:val="TNR21"/>
          <w:rFonts w:ascii="Arial" w:hAnsi="Arial" w:cs="Arial"/>
          <w:sz w:val="22"/>
          <w:lang w:val="es-CO"/>
        </w:rPr>
        <w:t>,</w:t>
      </w:r>
      <w:r w:rsidR="006146DD" w:rsidRPr="00BC6830">
        <w:rPr>
          <w:rStyle w:val="TNR21"/>
          <w:rFonts w:ascii="Arial" w:hAnsi="Arial" w:cs="Arial"/>
          <w:sz w:val="22"/>
          <w:lang w:val="es-CO"/>
        </w:rPr>
        <w:t xml:space="preserve"> si ustedes pudieran ayudar a resolverlas</w:t>
      </w:r>
      <w:r w:rsidR="00BC5EE4" w:rsidRPr="00BC6830">
        <w:rPr>
          <w:rStyle w:val="TNR21"/>
          <w:rFonts w:ascii="Arial" w:hAnsi="Arial" w:cs="Arial"/>
          <w:sz w:val="22"/>
          <w:lang w:val="es-CO"/>
        </w:rPr>
        <w:t>,</w:t>
      </w:r>
      <w:r w:rsidR="006146DD" w:rsidRPr="00BC6830">
        <w:rPr>
          <w:rStyle w:val="TNR21"/>
          <w:rFonts w:ascii="Arial" w:hAnsi="Arial" w:cs="Arial"/>
          <w:sz w:val="22"/>
          <w:lang w:val="es-CO"/>
        </w:rPr>
        <w:t xml:space="preserve">  este </w:t>
      </w:r>
      <w:r w:rsidR="00841B08">
        <w:rPr>
          <w:rStyle w:val="TNR21"/>
          <w:rFonts w:ascii="Arial" w:hAnsi="Arial" w:cs="Arial"/>
          <w:sz w:val="22"/>
          <w:lang w:val="es-CO"/>
        </w:rPr>
        <w:t>proyecto</w:t>
      </w:r>
      <w:r w:rsidR="00DE429D">
        <w:rPr>
          <w:rStyle w:val="TNR21"/>
          <w:rFonts w:ascii="Arial" w:hAnsi="Arial" w:cs="Arial"/>
          <w:sz w:val="22"/>
          <w:lang w:val="es-CO"/>
        </w:rPr>
        <w:t xml:space="preserve"> tiene concepto negativo del m</w:t>
      </w:r>
      <w:r w:rsidR="006146DD" w:rsidRPr="00BC6830">
        <w:rPr>
          <w:rStyle w:val="TNR21"/>
          <w:rFonts w:ascii="Arial" w:hAnsi="Arial" w:cs="Arial"/>
          <w:sz w:val="22"/>
          <w:lang w:val="es-CO"/>
        </w:rPr>
        <w:t>inisterio de Trabajo por impacto fiscal</w:t>
      </w:r>
      <w:r w:rsidR="00BC5EE4" w:rsidRPr="00BC6830">
        <w:rPr>
          <w:rStyle w:val="TNR21"/>
          <w:rFonts w:ascii="Arial" w:hAnsi="Arial" w:cs="Arial"/>
          <w:sz w:val="22"/>
          <w:lang w:val="es-CO"/>
        </w:rPr>
        <w:t>,</w:t>
      </w:r>
      <w:r w:rsidR="006146DD" w:rsidRPr="00BC6830">
        <w:rPr>
          <w:rStyle w:val="TNR21"/>
          <w:rFonts w:ascii="Arial" w:hAnsi="Arial" w:cs="Arial"/>
          <w:sz w:val="22"/>
          <w:lang w:val="es-CO"/>
        </w:rPr>
        <w:t xml:space="preserve"> tiene una reserva de concepto del </w:t>
      </w:r>
      <w:r w:rsidR="00DE429D">
        <w:rPr>
          <w:rStyle w:val="TNR21"/>
          <w:rFonts w:ascii="Arial" w:hAnsi="Arial" w:cs="Arial"/>
          <w:sz w:val="22"/>
          <w:lang w:val="es-CO"/>
        </w:rPr>
        <w:t>m</w:t>
      </w:r>
      <w:r w:rsidR="006146DD" w:rsidRPr="00BC6830">
        <w:rPr>
          <w:rStyle w:val="TNR21"/>
          <w:rFonts w:ascii="Arial" w:hAnsi="Arial" w:cs="Arial"/>
          <w:sz w:val="22"/>
          <w:lang w:val="es-CO"/>
        </w:rPr>
        <w:t>inisterio de Hacienda por impacto fiscal y tiene un concepto negativo</w:t>
      </w:r>
      <w:r w:rsidR="00BC5EE4" w:rsidRPr="00BC6830">
        <w:rPr>
          <w:rStyle w:val="TNR21"/>
          <w:rFonts w:ascii="Arial" w:hAnsi="Arial" w:cs="Arial"/>
          <w:sz w:val="22"/>
          <w:lang w:val="es-CO"/>
        </w:rPr>
        <w:t>,</w:t>
      </w:r>
      <w:r w:rsidR="006146DD" w:rsidRPr="00BC6830">
        <w:rPr>
          <w:rStyle w:val="TNR21"/>
          <w:rFonts w:ascii="Arial" w:hAnsi="Arial" w:cs="Arial"/>
          <w:sz w:val="22"/>
          <w:lang w:val="es-CO"/>
        </w:rPr>
        <w:t xml:space="preserve"> o no sé si también es de reserva</w:t>
      </w:r>
      <w:r w:rsidR="00BC5EE4" w:rsidRPr="00BC6830">
        <w:rPr>
          <w:rStyle w:val="TNR21"/>
          <w:rFonts w:ascii="Arial" w:hAnsi="Arial" w:cs="Arial"/>
          <w:sz w:val="22"/>
          <w:lang w:val="es-CO"/>
        </w:rPr>
        <w:t>,</w:t>
      </w:r>
      <w:r w:rsidR="006146DD" w:rsidRPr="00BC6830">
        <w:rPr>
          <w:rStyle w:val="TNR21"/>
          <w:rFonts w:ascii="Arial" w:hAnsi="Arial" w:cs="Arial"/>
          <w:sz w:val="22"/>
          <w:lang w:val="es-CO"/>
        </w:rPr>
        <w:t xml:space="preserve"> creo que es negativo de </w:t>
      </w:r>
      <w:r w:rsidR="00DE429D" w:rsidRPr="00BC6830">
        <w:rPr>
          <w:rStyle w:val="TNR21"/>
          <w:rFonts w:ascii="Arial" w:hAnsi="Arial" w:cs="Arial"/>
          <w:sz w:val="22"/>
          <w:lang w:val="es-CO"/>
        </w:rPr>
        <w:t>COLPENSIONES</w:t>
      </w:r>
      <w:r w:rsidR="006146DD" w:rsidRPr="00BC6830">
        <w:rPr>
          <w:rStyle w:val="TNR21"/>
          <w:rFonts w:ascii="Arial" w:hAnsi="Arial" w:cs="Arial"/>
          <w:sz w:val="22"/>
          <w:lang w:val="es-CO"/>
        </w:rPr>
        <w:t xml:space="preserve"> por impacto fiscal</w:t>
      </w:r>
      <w:r w:rsidR="00BC5EE4" w:rsidRPr="00BC6830">
        <w:rPr>
          <w:rStyle w:val="TNR21"/>
          <w:rFonts w:ascii="Arial" w:hAnsi="Arial" w:cs="Arial"/>
          <w:sz w:val="22"/>
          <w:lang w:val="es-CO"/>
        </w:rPr>
        <w:t>,</w:t>
      </w:r>
      <w:r w:rsidR="006146DD" w:rsidRPr="00BC6830">
        <w:rPr>
          <w:rStyle w:val="TNR21"/>
          <w:rFonts w:ascii="Arial" w:hAnsi="Arial" w:cs="Arial"/>
          <w:sz w:val="22"/>
          <w:lang w:val="es-CO"/>
        </w:rPr>
        <w:t xml:space="preserve"> estoy precisando las fechas de esos conceptos porque no tengo claro si son de este gobierno o del anterior</w:t>
      </w:r>
      <w:r w:rsidR="00BC5EE4" w:rsidRPr="00BC6830">
        <w:rPr>
          <w:rStyle w:val="TNR21"/>
          <w:rFonts w:ascii="Arial" w:hAnsi="Arial" w:cs="Arial"/>
          <w:sz w:val="22"/>
          <w:lang w:val="es-CO"/>
        </w:rPr>
        <w:t>,</w:t>
      </w:r>
      <w:r w:rsidR="006146DD" w:rsidRPr="00BC6830">
        <w:rPr>
          <w:rStyle w:val="TNR21"/>
          <w:rFonts w:ascii="Arial" w:hAnsi="Arial" w:cs="Arial"/>
          <w:sz w:val="22"/>
          <w:lang w:val="es-CO"/>
        </w:rPr>
        <w:t xml:space="preserve"> creo que esos conceptos vienen del gobierno anterior</w:t>
      </w:r>
      <w:r w:rsidR="00DE319B" w:rsidRPr="00BC6830">
        <w:rPr>
          <w:rStyle w:val="TNR21"/>
          <w:rFonts w:ascii="Arial" w:hAnsi="Arial" w:cs="Arial"/>
          <w:sz w:val="22"/>
          <w:lang w:val="es-CO"/>
        </w:rPr>
        <w:t>,</w:t>
      </w:r>
      <w:r w:rsidR="006146DD" w:rsidRPr="00BC6830">
        <w:rPr>
          <w:rStyle w:val="TNR21"/>
          <w:rFonts w:ascii="Arial" w:hAnsi="Arial" w:cs="Arial"/>
          <w:sz w:val="22"/>
          <w:lang w:val="es-CO"/>
        </w:rPr>
        <w:t xml:space="preserve"> quisiera preguntarle doctor Cristo y equipo de ponentes </w:t>
      </w:r>
      <w:r w:rsidR="00DE429D">
        <w:rPr>
          <w:rStyle w:val="TNR21"/>
          <w:rFonts w:ascii="Arial" w:hAnsi="Arial" w:cs="Arial"/>
          <w:sz w:val="22"/>
          <w:lang w:val="es-CO"/>
        </w:rPr>
        <w:t>¿S</w:t>
      </w:r>
      <w:r w:rsidR="006146DD" w:rsidRPr="00BC6830">
        <w:rPr>
          <w:rStyle w:val="TNR21"/>
          <w:rFonts w:ascii="Arial" w:hAnsi="Arial" w:cs="Arial"/>
          <w:sz w:val="22"/>
          <w:lang w:val="es-CO"/>
        </w:rPr>
        <w:t xml:space="preserve">i ustedes hicieron mesa técnica para revisar estos temas y estos </w:t>
      </w:r>
      <w:r w:rsidR="00DE319B" w:rsidRPr="00BC6830">
        <w:rPr>
          <w:rStyle w:val="TNR21"/>
          <w:rFonts w:ascii="Arial" w:hAnsi="Arial" w:cs="Arial"/>
          <w:sz w:val="22"/>
          <w:lang w:val="es-CO"/>
        </w:rPr>
        <w:t>conceptos</w:t>
      </w:r>
      <w:r w:rsidR="00DE429D">
        <w:rPr>
          <w:rStyle w:val="TNR21"/>
          <w:rFonts w:ascii="Arial" w:hAnsi="Arial" w:cs="Arial"/>
          <w:sz w:val="22"/>
          <w:lang w:val="es-CO"/>
        </w:rPr>
        <w:t>?</w:t>
      </w:r>
      <w:r w:rsidR="00DE319B" w:rsidRPr="00BC6830">
        <w:rPr>
          <w:rStyle w:val="TNR21"/>
          <w:rFonts w:ascii="Arial" w:hAnsi="Arial" w:cs="Arial"/>
          <w:sz w:val="22"/>
          <w:lang w:val="es-CO"/>
        </w:rPr>
        <w:t xml:space="preserve"> </w:t>
      </w:r>
      <w:r w:rsidR="00DE429D">
        <w:rPr>
          <w:rStyle w:val="TNR21"/>
          <w:rFonts w:ascii="Arial" w:hAnsi="Arial" w:cs="Arial"/>
          <w:sz w:val="22"/>
          <w:lang w:val="es-CO"/>
        </w:rPr>
        <w:t>U</w:t>
      </w:r>
      <w:r w:rsidR="00DE319B" w:rsidRPr="00BC6830">
        <w:rPr>
          <w:rStyle w:val="TNR21"/>
          <w:rFonts w:ascii="Arial" w:hAnsi="Arial" w:cs="Arial"/>
          <w:sz w:val="22"/>
          <w:lang w:val="es-CO"/>
        </w:rPr>
        <w:t>no, dos</w:t>
      </w:r>
      <w:r w:rsidR="006146DD" w:rsidRPr="00BC6830">
        <w:rPr>
          <w:rStyle w:val="TNR21"/>
          <w:rFonts w:ascii="Arial" w:hAnsi="Arial" w:cs="Arial"/>
          <w:sz w:val="22"/>
          <w:lang w:val="es-CO"/>
        </w:rPr>
        <w:t xml:space="preserve"> </w:t>
      </w:r>
      <w:r w:rsidR="00DE429D">
        <w:rPr>
          <w:rStyle w:val="TNR21"/>
          <w:rFonts w:ascii="Arial" w:hAnsi="Arial" w:cs="Arial"/>
          <w:sz w:val="22"/>
          <w:lang w:val="es-CO"/>
        </w:rPr>
        <w:t>¿S</w:t>
      </w:r>
      <w:r w:rsidR="006146DD" w:rsidRPr="00BC6830">
        <w:rPr>
          <w:rStyle w:val="TNR21"/>
          <w:rFonts w:ascii="Arial" w:hAnsi="Arial" w:cs="Arial"/>
          <w:sz w:val="22"/>
          <w:lang w:val="es-CO"/>
        </w:rPr>
        <w:t xml:space="preserve">i está actualizado en diálogos con estas entidades y a la luz de la recientemente radicada reforma pensional que nos competerá en un futuro próximo revisar este </w:t>
      </w:r>
      <w:r w:rsidR="00841B08">
        <w:rPr>
          <w:rStyle w:val="TNR21"/>
          <w:rFonts w:ascii="Arial" w:hAnsi="Arial" w:cs="Arial"/>
          <w:sz w:val="22"/>
          <w:lang w:val="es-CO"/>
        </w:rPr>
        <w:t>proyecto</w:t>
      </w:r>
      <w:r w:rsidR="00BD36C5">
        <w:rPr>
          <w:rStyle w:val="TNR21"/>
          <w:rFonts w:ascii="Arial" w:hAnsi="Arial" w:cs="Arial"/>
          <w:sz w:val="22"/>
          <w:lang w:val="es-CO"/>
        </w:rPr>
        <w:t>?</w:t>
      </w:r>
      <w:r w:rsidR="006146DD" w:rsidRPr="00BC6830">
        <w:rPr>
          <w:rStyle w:val="TNR21"/>
          <w:rFonts w:ascii="Arial" w:hAnsi="Arial" w:cs="Arial"/>
          <w:sz w:val="22"/>
          <w:lang w:val="es-CO"/>
        </w:rPr>
        <w:t xml:space="preserve"> </w:t>
      </w:r>
      <w:r w:rsidR="00BD36C5">
        <w:rPr>
          <w:rStyle w:val="TNR21"/>
          <w:rFonts w:ascii="Arial" w:hAnsi="Arial" w:cs="Arial"/>
          <w:sz w:val="22"/>
          <w:lang w:val="es-CO"/>
        </w:rPr>
        <w:t>P</w:t>
      </w:r>
      <w:r w:rsidR="006146DD" w:rsidRPr="00BC6830">
        <w:rPr>
          <w:rStyle w:val="TNR21"/>
          <w:rFonts w:ascii="Arial" w:hAnsi="Arial" w:cs="Arial"/>
          <w:sz w:val="22"/>
          <w:lang w:val="es-CO"/>
        </w:rPr>
        <w:t>orque me preocupa un poco es una inquietud doctor Cristo que</w:t>
      </w:r>
      <w:r w:rsidR="00BD36C5">
        <w:rPr>
          <w:rStyle w:val="TNR21"/>
          <w:rFonts w:ascii="Arial" w:hAnsi="Arial" w:cs="Arial"/>
          <w:sz w:val="22"/>
          <w:lang w:val="es-CO"/>
        </w:rPr>
        <w:t>,</w:t>
      </w:r>
      <w:r w:rsidR="006146DD" w:rsidRPr="00BC6830">
        <w:rPr>
          <w:rStyle w:val="TNR21"/>
          <w:rFonts w:ascii="Arial" w:hAnsi="Arial" w:cs="Arial"/>
          <w:sz w:val="22"/>
          <w:lang w:val="es-CO"/>
        </w:rPr>
        <w:t xml:space="preserve"> aprobemos un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como este</w:t>
      </w:r>
      <w:r w:rsidR="009138B9" w:rsidRPr="00BC6830">
        <w:rPr>
          <w:rStyle w:val="TNR21"/>
          <w:rFonts w:ascii="Arial" w:hAnsi="Arial" w:cs="Arial"/>
          <w:sz w:val="22"/>
          <w:lang w:val="es-CO"/>
        </w:rPr>
        <w:t>,</w:t>
      </w:r>
      <w:r w:rsidR="006146DD" w:rsidRPr="00BC6830">
        <w:rPr>
          <w:rStyle w:val="TNR21"/>
          <w:rFonts w:ascii="Arial" w:hAnsi="Arial" w:cs="Arial"/>
          <w:sz w:val="22"/>
          <w:lang w:val="es-CO"/>
        </w:rPr>
        <w:t xml:space="preserve"> cuando sobreviene un debate que posiblemente se apruebe la reforma pensional en este Congreso</w:t>
      </w:r>
      <w:r w:rsidR="009138B9" w:rsidRPr="00BC6830">
        <w:rPr>
          <w:rStyle w:val="TNR21"/>
          <w:rFonts w:ascii="Arial" w:hAnsi="Arial" w:cs="Arial"/>
          <w:sz w:val="22"/>
          <w:lang w:val="es-CO"/>
        </w:rPr>
        <w:t>,</w:t>
      </w:r>
      <w:r w:rsidR="006146DD" w:rsidRPr="00BC6830">
        <w:rPr>
          <w:rStyle w:val="TNR21"/>
          <w:rFonts w:ascii="Arial" w:hAnsi="Arial" w:cs="Arial"/>
          <w:sz w:val="22"/>
          <w:lang w:val="es-CO"/>
        </w:rPr>
        <w:t xml:space="preserve"> cómo se armonizaría</w:t>
      </w:r>
      <w:r w:rsidR="009138B9" w:rsidRPr="00BC6830">
        <w:rPr>
          <w:rStyle w:val="TNR21"/>
          <w:rFonts w:ascii="Arial" w:hAnsi="Arial" w:cs="Arial"/>
          <w:sz w:val="22"/>
          <w:lang w:val="es-CO"/>
        </w:rPr>
        <w:t>,</w:t>
      </w:r>
      <w:r w:rsidR="006146DD" w:rsidRPr="00BC6830">
        <w:rPr>
          <w:rStyle w:val="TNR21"/>
          <w:rFonts w:ascii="Arial" w:hAnsi="Arial" w:cs="Arial"/>
          <w:sz w:val="22"/>
          <w:lang w:val="es-CO"/>
        </w:rPr>
        <w:t xml:space="preserve"> así que son mis inquietudes doctor Cristo para poder seguir en el debate y votar de man</w:t>
      </w:r>
      <w:r w:rsidR="00BD5EBF" w:rsidRPr="00BC6830">
        <w:rPr>
          <w:rStyle w:val="TNR21"/>
          <w:rFonts w:ascii="Arial" w:hAnsi="Arial" w:cs="Arial"/>
          <w:sz w:val="22"/>
          <w:lang w:val="es-CO"/>
        </w:rPr>
        <w:t>era informada</w:t>
      </w:r>
      <w:r w:rsidR="00BD36C5">
        <w:rPr>
          <w:rStyle w:val="TNR21"/>
          <w:rFonts w:ascii="Arial" w:hAnsi="Arial" w:cs="Arial"/>
          <w:sz w:val="22"/>
          <w:lang w:val="es-CO"/>
        </w:rPr>
        <w:t>,</w:t>
      </w:r>
      <w:r w:rsidR="00BD5EBF" w:rsidRPr="00BC6830">
        <w:rPr>
          <w:rStyle w:val="TNR21"/>
          <w:rFonts w:ascii="Arial" w:hAnsi="Arial" w:cs="Arial"/>
          <w:sz w:val="22"/>
          <w:lang w:val="es-CO"/>
        </w:rPr>
        <w:t xml:space="preserve"> muchas gracias</w:t>
      </w:r>
      <w:r w:rsidR="006146DD" w:rsidRPr="00BC6830">
        <w:rPr>
          <w:rStyle w:val="TNR21"/>
          <w:rFonts w:ascii="Arial" w:hAnsi="Arial" w:cs="Arial"/>
          <w:sz w:val="22"/>
          <w:lang w:val="es-CO"/>
        </w:rPr>
        <w:t>.</w:t>
      </w:r>
    </w:p>
    <w:p w14:paraId="0C29C261" w14:textId="77777777" w:rsidR="00BD5EBF" w:rsidRPr="00BC6830" w:rsidRDefault="00BD5EBF" w:rsidP="00667EBF">
      <w:pPr>
        <w:pStyle w:val="Sinespaciado"/>
        <w:jc w:val="both"/>
        <w:rPr>
          <w:rStyle w:val="TNR21"/>
          <w:rFonts w:ascii="Arial" w:hAnsi="Arial" w:cs="Arial"/>
          <w:sz w:val="22"/>
          <w:lang w:val="es-CO"/>
        </w:rPr>
      </w:pPr>
    </w:p>
    <w:p w14:paraId="3912AE9F" w14:textId="77777777" w:rsidR="009138B9"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9138B9" w:rsidRPr="00BC6830">
        <w:rPr>
          <w:rStyle w:val="TNR21"/>
          <w:rFonts w:ascii="Arial" w:hAnsi="Arial" w:cs="Arial"/>
          <w:sz w:val="22"/>
          <w:lang w:val="es-CO"/>
        </w:rPr>
        <w:t>M</w:t>
      </w:r>
      <w:r w:rsidR="006146DD" w:rsidRPr="00BC6830">
        <w:rPr>
          <w:rStyle w:val="TNR21"/>
          <w:rFonts w:ascii="Arial" w:hAnsi="Arial" w:cs="Arial"/>
          <w:sz w:val="22"/>
          <w:lang w:val="es-CO"/>
        </w:rPr>
        <w:t>uchas gracias Representante tiene la palabra el Representante Alfredo Mondragón</w:t>
      </w:r>
      <w:r w:rsidR="00BD36C5">
        <w:rPr>
          <w:rStyle w:val="TNR21"/>
          <w:rFonts w:ascii="Arial" w:hAnsi="Arial" w:cs="Arial"/>
          <w:sz w:val="22"/>
          <w:lang w:val="es-CO"/>
        </w:rPr>
        <w:t>,</w:t>
      </w:r>
      <w:r w:rsidR="006146DD" w:rsidRPr="00BC6830">
        <w:rPr>
          <w:rStyle w:val="TNR21"/>
          <w:rFonts w:ascii="Arial" w:hAnsi="Arial" w:cs="Arial"/>
          <w:sz w:val="22"/>
          <w:lang w:val="es-CO"/>
        </w:rPr>
        <w:t xml:space="preserve"> quién es ponente también</w:t>
      </w:r>
      <w:r w:rsidR="00BD36C5">
        <w:rPr>
          <w:rStyle w:val="TNR21"/>
          <w:rFonts w:ascii="Arial" w:hAnsi="Arial" w:cs="Arial"/>
          <w:sz w:val="22"/>
          <w:lang w:val="es-CO"/>
        </w:rPr>
        <w:t>,</w:t>
      </w:r>
      <w:r w:rsidR="006146DD" w:rsidRPr="00BC6830">
        <w:rPr>
          <w:rStyle w:val="TNR21"/>
          <w:rFonts w:ascii="Arial" w:hAnsi="Arial" w:cs="Arial"/>
          <w:sz w:val="22"/>
          <w:lang w:val="es-CO"/>
        </w:rPr>
        <w:t xml:space="preserve"> buen día </w:t>
      </w:r>
      <w:r w:rsidR="009138B9" w:rsidRPr="00BC6830">
        <w:rPr>
          <w:rStyle w:val="TNR21"/>
          <w:rFonts w:ascii="Arial" w:hAnsi="Arial" w:cs="Arial"/>
          <w:sz w:val="22"/>
          <w:lang w:val="es-CO"/>
        </w:rPr>
        <w:t>Representante</w:t>
      </w:r>
      <w:r w:rsidR="006146DD" w:rsidRPr="00BC6830">
        <w:rPr>
          <w:rStyle w:val="TNR21"/>
          <w:rFonts w:ascii="Arial" w:hAnsi="Arial" w:cs="Arial"/>
          <w:sz w:val="22"/>
          <w:lang w:val="es-CO"/>
        </w:rPr>
        <w:t>.</w:t>
      </w:r>
    </w:p>
    <w:p w14:paraId="1CC1EA1F" w14:textId="77777777" w:rsidR="009138B9" w:rsidRPr="00BC6830" w:rsidRDefault="009138B9" w:rsidP="00667EBF">
      <w:pPr>
        <w:pStyle w:val="Sinespaciado"/>
        <w:jc w:val="both"/>
        <w:rPr>
          <w:rStyle w:val="TNR21"/>
          <w:rFonts w:ascii="Arial" w:hAnsi="Arial" w:cs="Arial"/>
          <w:sz w:val="22"/>
          <w:lang w:val="es-CO"/>
        </w:rPr>
      </w:pPr>
    </w:p>
    <w:p w14:paraId="563F715D" w14:textId="77777777" w:rsidR="003E4F24" w:rsidRPr="00BC6830" w:rsidRDefault="00B1577F" w:rsidP="00667EBF">
      <w:pPr>
        <w:pStyle w:val="Sinespaciado"/>
        <w:jc w:val="both"/>
        <w:rPr>
          <w:rStyle w:val="TNR21"/>
          <w:rFonts w:ascii="Arial" w:hAnsi="Arial" w:cs="Arial"/>
          <w:sz w:val="22"/>
          <w:lang w:val="es-CO"/>
        </w:rPr>
      </w:pPr>
      <w:r w:rsidRPr="00BC6830">
        <w:rPr>
          <w:rStyle w:val="TNR21"/>
          <w:rFonts w:ascii="Arial" w:hAnsi="Arial" w:cs="Arial"/>
          <w:b/>
          <w:sz w:val="22"/>
          <w:lang w:val="es-CO"/>
        </w:rPr>
        <w:t>H. Representante</w:t>
      </w:r>
      <w:r w:rsidR="006146DD" w:rsidRPr="00BC6830">
        <w:rPr>
          <w:rStyle w:val="TNR21"/>
          <w:rFonts w:ascii="Arial" w:hAnsi="Arial" w:cs="Arial"/>
          <w:b/>
          <w:sz w:val="22"/>
          <w:lang w:val="es-CO"/>
        </w:rPr>
        <w:t xml:space="preserve"> Alfredo Mondragón Garzón</w:t>
      </w:r>
      <w:r w:rsidR="006146DD" w:rsidRPr="00BC6830">
        <w:rPr>
          <w:rStyle w:val="TNR21"/>
          <w:rFonts w:ascii="Arial" w:hAnsi="Arial" w:cs="Arial"/>
          <w:sz w:val="22"/>
          <w:lang w:val="es-CO"/>
        </w:rPr>
        <w:t xml:space="preserve">: </w:t>
      </w:r>
      <w:r w:rsidR="009138B9" w:rsidRPr="00BC6830">
        <w:rPr>
          <w:rStyle w:val="TNR21"/>
          <w:rFonts w:ascii="Arial" w:hAnsi="Arial" w:cs="Arial"/>
          <w:sz w:val="22"/>
          <w:lang w:val="es-CO"/>
        </w:rPr>
        <w:t>G</w:t>
      </w:r>
      <w:r w:rsidR="006146DD" w:rsidRPr="00BC6830">
        <w:rPr>
          <w:rStyle w:val="TNR21"/>
          <w:rFonts w:ascii="Arial" w:hAnsi="Arial" w:cs="Arial"/>
          <w:sz w:val="22"/>
          <w:lang w:val="es-CO"/>
        </w:rPr>
        <w:t>racias Presidente</w:t>
      </w:r>
      <w:r w:rsidR="009138B9" w:rsidRPr="00BC6830">
        <w:rPr>
          <w:rStyle w:val="TNR21"/>
          <w:rFonts w:ascii="Arial" w:hAnsi="Arial" w:cs="Arial"/>
          <w:sz w:val="22"/>
          <w:lang w:val="es-CO"/>
        </w:rPr>
        <w:t>,</w:t>
      </w:r>
      <w:r w:rsidR="006146DD" w:rsidRPr="00BC6830">
        <w:rPr>
          <w:rStyle w:val="TNR21"/>
          <w:rFonts w:ascii="Arial" w:hAnsi="Arial" w:cs="Arial"/>
          <w:sz w:val="22"/>
          <w:lang w:val="es-CO"/>
        </w:rPr>
        <w:t xml:space="preserve"> yo valoro </w:t>
      </w:r>
      <w:r w:rsidR="003E4F24" w:rsidRPr="00BC6830">
        <w:rPr>
          <w:rStyle w:val="TNR21"/>
          <w:rFonts w:ascii="Arial" w:hAnsi="Arial" w:cs="Arial"/>
          <w:sz w:val="22"/>
          <w:lang w:val="es-CO"/>
        </w:rPr>
        <w:t>como</w:t>
      </w:r>
      <w:r w:rsidR="006146DD" w:rsidRPr="00BC6830">
        <w:rPr>
          <w:rStyle w:val="TNR21"/>
          <w:rFonts w:ascii="Arial" w:hAnsi="Arial" w:cs="Arial"/>
          <w:sz w:val="22"/>
          <w:lang w:val="es-CO"/>
        </w:rPr>
        <w:t xml:space="preserve"> un poco las preocupaciones que hace la colega Martha Alfonso ya</w:t>
      </w:r>
      <w:r w:rsidR="003E4F24" w:rsidRPr="00BC6830">
        <w:rPr>
          <w:rStyle w:val="TNR21"/>
          <w:rFonts w:ascii="Arial" w:hAnsi="Arial" w:cs="Arial"/>
          <w:sz w:val="22"/>
          <w:lang w:val="es-CO"/>
        </w:rPr>
        <w:t>,</w:t>
      </w:r>
      <w:r w:rsidR="006146DD" w:rsidRPr="00BC6830">
        <w:rPr>
          <w:rStyle w:val="TNR21"/>
          <w:rFonts w:ascii="Arial" w:hAnsi="Arial" w:cs="Arial"/>
          <w:sz w:val="22"/>
          <w:lang w:val="es-CO"/>
        </w:rPr>
        <w:t xml:space="preserve"> pero también debo decir que con el colega Cristo</w:t>
      </w:r>
      <w:r w:rsidR="003E4F24" w:rsidRPr="00BC6830">
        <w:rPr>
          <w:rStyle w:val="TNR21"/>
          <w:rFonts w:ascii="Arial" w:hAnsi="Arial" w:cs="Arial"/>
          <w:sz w:val="22"/>
          <w:lang w:val="es-CO"/>
        </w:rPr>
        <w:t>,</w:t>
      </w:r>
      <w:r w:rsidR="006146DD" w:rsidRPr="00BC6830">
        <w:rPr>
          <w:rStyle w:val="TNR21"/>
          <w:rFonts w:ascii="Arial" w:hAnsi="Arial" w:cs="Arial"/>
          <w:sz w:val="22"/>
          <w:lang w:val="es-CO"/>
        </w:rPr>
        <w:t xml:space="preserve"> con el colega Yepes</w:t>
      </w:r>
      <w:r w:rsidR="003E4F24" w:rsidRPr="00BC6830">
        <w:rPr>
          <w:rStyle w:val="TNR21"/>
          <w:rFonts w:ascii="Arial" w:hAnsi="Arial" w:cs="Arial"/>
          <w:sz w:val="22"/>
          <w:lang w:val="es-CO"/>
        </w:rPr>
        <w:t>,</w:t>
      </w:r>
      <w:r w:rsidR="006146DD" w:rsidRPr="00BC6830">
        <w:rPr>
          <w:rStyle w:val="TNR21"/>
          <w:rFonts w:ascii="Arial" w:hAnsi="Arial" w:cs="Arial"/>
          <w:sz w:val="22"/>
          <w:lang w:val="es-CO"/>
        </w:rPr>
        <w:t xml:space="preserve"> con Mafe estuvimos también discutiendo un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que puede tener elementos comunes en el debate de cómo garantizamos el acceso a la seguridad social efectivamente a los colombianos y colombianas</w:t>
      </w:r>
      <w:r w:rsidR="003E4F24" w:rsidRPr="00BC6830">
        <w:rPr>
          <w:rStyle w:val="TNR21"/>
          <w:rFonts w:ascii="Arial" w:hAnsi="Arial" w:cs="Arial"/>
          <w:sz w:val="22"/>
          <w:lang w:val="es-CO"/>
        </w:rPr>
        <w:t>,</w:t>
      </w:r>
      <w:r w:rsidR="006146DD" w:rsidRPr="00BC6830">
        <w:rPr>
          <w:rStyle w:val="TNR21"/>
          <w:rFonts w:ascii="Arial" w:hAnsi="Arial" w:cs="Arial"/>
          <w:sz w:val="22"/>
          <w:lang w:val="es-CO"/>
        </w:rPr>
        <w:t xml:space="preserve"> que hay jurisprudencia en el que plantean que los derechos de protección y fundamentales no deberían estar limitados por temas de </w:t>
      </w:r>
      <w:r w:rsidR="003E4F24" w:rsidRPr="00BC6830">
        <w:rPr>
          <w:rStyle w:val="TNR21"/>
          <w:rFonts w:ascii="Arial" w:hAnsi="Arial" w:cs="Arial"/>
          <w:sz w:val="22"/>
          <w:lang w:val="es-CO"/>
        </w:rPr>
        <w:t>c</w:t>
      </w:r>
      <w:r w:rsidR="006146DD" w:rsidRPr="00BC6830">
        <w:rPr>
          <w:rStyle w:val="TNR21"/>
          <w:rFonts w:ascii="Arial" w:hAnsi="Arial" w:cs="Arial"/>
          <w:sz w:val="22"/>
          <w:lang w:val="es-CO"/>
        </w:rPr>
        <w:t xml:space="preserve">orte </w:t>
      </w:r>
      <w:r w:rsidR="003E4F24" w:rsidRPr="00BC6830">
        <w:rPr>
          <w:rStyle w:val="TNR21"/>
          <w:rFonts w:ascii="Arial" w:hAnsi="Arial" w:cs="Arial"/>
          <w:sz w:val="22"/>
          <w:lang w:val="es-CO"/>
        </w:rPr>
        <w:t>f</w:t>
      </w:r>
      <w:r w:rsidR="006146DD" w:rsidRPr="00BC6830">
        <w:rPr>
          <w:rStyle w:val="TNR21"/>
          <w:rFonts w:ascii="Arial" w:hAnsi="Arial" w:cs="Arial"/>
          <w:sz w:val="22"/>
          <w:lang w:val="es-CO"/>
        </w:rPr>
        <w:t>iscal</w:t>
      </w:r>
      <w:r w:rsidR="003E4F24" w:rsidRPr="00BC6830">
        <w:rPr>
          <w:rStyle w:val="TNR21"/>
          <w:rFonts w:ascii="Arial" w:hAnsi="Arial" w:cs="Arial"/>
          <w:sz w:val="22"/>
          <w:lang w:val="es-CO"/>
        </w:rPr>
        <w:t>,</w:t>
      </w:r>
      <w:r w:rsidR="006146DD" w:rsidRPr="00BC6830">
        <w:rPr>
          <w:rStyle w:val="TNR21"/>
          <w:rFonts w:ascii="Arial" w:hAnsi="Arial" w:cs="Arial"/>
          <w:sz w:val="22"/>
          <w:lang w:val="es-CO"/>
        </w:rPr>
        <w:t xml:space="preserve"> que debe d</w:t>
      </w:r>
      <w:r w:rsidR="00BD36C5">
        <w:rPr>
          <w:rStyle w:val="TNR21"/>
          <w:rFonts w:ascii="Arial" w:hAnsi="Arial" w:cs="Arial"/>
          <w:sz w:val="22"/>
          <w:lang w:val="es-CO"/>
        </w:rPr>
        <w:t>e ser un propósito digamos del E</w:t>
      </w:r>
      <w:r w:rsidR="006146DD" w:rsidRPr="00BC6830">
        <w:rPr>
          <w:rStyle w:val="TNR21"/>
          <w:rFonts w:ascii="Arial" w:hAnsi="Arial" w:cs="Arial"/>
          <w:sz w:val="22"/>
          <w:lang w:val="es-CO"/>
        </w:rPr>
        <w:t>stado lograr las condiciones efectivas para materializar el acceso estos a derechos y</w:t>
      </w:r>
      <w:r w:rsidR="00BD36C5">
        <w:rPr>
          <w:rStyle w:val="TNR21"/>
          <w:rFonts w:ascii="Arial" w:hAnsi="Arial" w:cs="Arial"/>
          <w:sz w:val="22"/>
          <w:lang w:val="es-CO"/>
        </w:rPr>
        <w:t>,</w:t>
      </w:r>
      <w:r w:rsidR="006146DD" w:rsidRPr="00BC6830">
        <w:rPr>
          <w:rStyle w:val="TNR21"/>
          <w:rFonts w:ascii="Arial" w:hAnsi="Arial" w:cs="Arial"/>
          <w:sz w:val="22"/>
          <w:lang w:val="es-CO"/>
        </w:rPr>
        <w:t xml:space="preserve"> efectivamente cuando planteamos estas posibilidades de establecer cierto una pensión básica</w:t>
      </w:r>
      <w:r w:rsidR="003E4F24" w:rsidRPr="00BC6830">
        <w:rPr>
          <w:rStyle w:val="TNR21"/>
          <w:rFonts w:ascii="Arial" w:hAnsi="Arial" w:cs="Arial"/>
          <w:sz w:val="22"/>
          <w:lang w:val="es-CO"/>
        </w:rPr>
        <w:t>,</w:t>
      </w:r>
      <w:r w:rsidR="006146DD" w:rsidRPr="00BC6830">
        <w:rPr>
          <w:rStyle w:val="TNR21"/>
          <w:rFonts w:ascii="Arial" w:hAnsi="Arial" w:cs="Arial"/>
          <w:sz w:val="22"/>
          <w:lang w:val="es-CO"/>
        </w:rPr>
        <w:t xml:space="preserve"> va en la vía de lo que hemos estado buscando de como proteger a toda esa población que ha quedado por fuera de un régimen que le dé garantías en su vejez</w:t>
      </w:r>
      <w:r w:rsidR="003E4F24" w:rsidRPr="00BC6830">
        <w:rPr>
          <w:rStyle w:val="TNR21"/>
          <w:rFonts w:ascii="Arial" w:hAnsi="Arial" w:cs="Arial"/>
          <w:sz w:val="22"/>
          <w:lang w:val="es-CO"/>
        </w:rPr>
        <w:t>,</w:t>
      </w:r>
      <w:r w:rsidR="006146DD" w:rsidRPr="00BC6830">
        <w:rPr>
          <w:rStyle w:val="TNR21"/>
          <w:rFonts w:ascii="Arial" w:hAnsi="Arial" w:cs="Arial"/>
          <w:sz w:val="22"/>
          <w:lang w:val="es-CO"/>
        </w:rPr>
        <w:t xml:space="preserve"> en eso estoy absolutamente convencido que compartimos con la Representante Martha Alfonso</w:t>
      </w:r>
      <w:r w:rsidR="003E4F24" w:rsidRPr="00BC6830">
        <w:rPr>
          <w:rStyle w:val="TNR21"/>
          <w:rFonts w:ascii="Arial" w:hAnsi="Arial" w:cs="Arial"/>
          <w:sz w:val="22"/>
          <w:lang w:val="es-CO"/>
        </w:rPr>
        <w:t>,</w:t>
      </w:r>
      <w:r w:rsidR="006146DD" w:rsidRPr="00BC6830">
        <w:rPr>
          <w:rStyle w:val="TNR21"/>
          <w:rFonts w:ascii="Arial" w:hAnsi="Arial" w:cs="Arial"/>
          <w:sz w:val="22"/>
          <w:lang w:val="es-CO"/>
        </w:rPr>
        <w:t xml:space="preserve"> por supuesto</w:t>
      </w:r>
      <w:r w:rsidR="00BD36C5">
        <w:rPr>
          <w:rStyle w:val="TNR21"/>
          <w:rFonts w:ascii="Arial" w:hAnsi="Arial" w:cs="Arial"/>
          <w:sz w:val="22"/>
          <w:lang w:val="es-CO"/>
        </w:rPr>
        <w:t>,</w:t>
      </w:r>
      <w:r w:rsidR="006146DD" w:rsidRPr="00BC6830">
        <w:rPr>
          <w:rStyle w:val="TNR21"/>
          <w:rFonts w:ascii="Arial" w:hAnsi="Arial" w:cs="Arial"/>
          <w:sz w:val="22"/>
          <w:lang w:val="es-CO"/>
        </w:rPr>
        <w:t xml:space="preserve"> que siempre se generará la preocupación de los planteamientos que puedan venir de las </w:t>
      </w:r>
      <w:r w:rsidR="006146DD" w:rsidRPr="00BC6830">
        <w:rPr>
          <w:rStyle w:val="TNR21"/>
          <w:rFonts w:ascii="Arial" w:hAnsi="Arial" w:cs="Arial"/>
          <w:sz w:val="22"/>
          <w:lang w:val="es-CO"/>
        </w:rPr>
        <w:lastRenderedPageBreak/>
        <w:t>instituciones de gobierno</w:t>
      </w:r>
      <w:r w:rsidR="003E4F24" w:rsidRPr="00BC6830">
        <w:rPr>
          <w:rStyle w:val="TNR21"/>
          <w:rFonts w:ascii="Arial" w:hAnsi="Arial" w:cs="Arial"/>
          <w:sz w:val="22"/>
          <w:lang w:val="es-CO"/>
        </w:rPr>
        <w:t>,</w:t>
      </w:r>
      <w:r w:rsidR="006146DD" w:rsidRPr="00BC6830">
        <w:rPr>
          <w:rStyle w:val="TNR21"/>
          <w:rFonts w:ascii="Arial" w:hAnsi="Arial" w:cs="Arial"/>
          <w:sz w:val="22"/>
          <w:lang w:val="es-CO"/>
        </w:rPr>
        <w:t xml:space="preserve"> pero yo sí creo que es muy importante que nosotros podamos avanzar en materia de estos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s </w:t>
      </w:r>
      <w:r w:rsidR="003E4F24" w:rsidRPr="00BC6830">
        <w:rPr>
          <w:rStyle w:val="TNR21"/>
          <w:rFonts w:ascii="Arial" w:hAnsi="Arial" w:cs="Arial"/>
          <w:sz w:val="22"/>
          <w:lang w:val="es-CO"/>
        </w:rPr>
        <w:t xml:space="preserve">de </w:t>
      </w:r>
      <w:r w:rsidR="006146DD" w:rsidRPr="00BC6830">
        <w:rPr>
          <w:rStyle w:val="TNR21"/>
          <w:rFonts w:ascii="Arial" w:hAnsi="Arial" w:cs="Arial"/>
          <w:sz w:val="22"/>
          <w:lang w:val="es-CO"/>
        </w:rPr>
        <w:t>ley que podrían ser complementarios incluso en la reforma pensional</w:t>
      </w:r>
      <w:r w:rsidR="003E4F24" w:rsidRPr="00BC6830">
        <w:rPr>
          <w:rStyle w:val="TNR21"/>
          <w:rFonts w:ascii="Arial" w:hAnsi="Arial" w:cs="Arial"/>
          <w:sz w:val="22"/>
          <w:lang w:val="es-CO"/>
        </w:rPr>
        <w:t>,</w:t>
      </w:r>
      <w:r w:rsidR="006146DD" w:rsidRPr="00BC6830">
        <w:rPr>
          <w:rStyle w:val="TNR21"/>
          <w:rFonts w:ascii="Arial" w:hAnsi="Arial" w:cs="Arial"/>
          <w:sz w:val="22"/>
          <w:lang w:val="es-CO"/>
        </w:rPr>
        <w:t xml:space="preserve"> en eso yo creo que tenemos coincidencias importantes</w:t>
      </w:r>
      <w:r w:rsidR="00BD36C5">
        <w:rPr>
          <w:rStyle w:val="TNR21"/>
          <w:rFonts w:ascii="Arial" w:hAnsi="Arial" w:cs="Arial"/>
          <w:sz w:val="22"/>
          <w:lang w:val="es-CO"/>
        </w:rPr>
        <w:t>,</w:t>
      </w:r>
      <w:r w:rsidR="006146DD" w:rsidRPr="00BC6830">
        <w:rPr>
          <w:rStyle w:val="TNR21"/>
          <w:rFonts w:ascii="Arial" w:hAnsi="Arial" w:cs="Arial"/>
          <w:sz w:val="22"/>
          <w:lang w:val="es-CO"/>
        </w:rPr>
        <w:t xml:space="preserve"> así que me parece clave que nosotros estemos dando las condiciones para ir estableciendo los mecanismos y las configuraciones de </w:t>
      </w:r>
      <w:r w:rsidR="00841B08">
        <w:rPr>
          <w:rStyle w:val="TNR21"/>
          <w:rFonts w:ascii="Arial" w:hAnsi="Arial" w:cs="Arial"/>
          <w:sz w:val="22"/>
          <w:lang w:val="es-CO"/>
        </w:rPr>
        <w:t>proyecto</w:t>
      </w:r>
      <w:r w:rsidR="006146DD" w:rsidRPr="00BC6830">
        <w:rPr>
          <w:rStyle w:val="TNR21"/>
          <w:rFonts w:ascii="Arial" w:hAnsi="Arial" w:cs="Arial"/>
          <w:sz w:val="22"/>
          <w:lang w:val="es-CO"/>
        </w:rPr>
        <w:t>s de ley que pueden adelantarse a los anuncios que estamos diciendo del país de cómo hacer un país mucho más equitativo</w:t>
      </w:r>
      <w:r w:rsidR="003E4F24" w:rsidRPr="00BC6830">
        <w:rPr>
          <w:rStyle w:val="TNR21"/>
          <w:rFonts w:ascii="Arial" w:hAnsi="Arial" w:cs="Arial"/>
          <w:sz w:val="22"/>
          <w:lang w:val="es-CO"/>
        </w:rPr>
        <w:t>,</w:t>
      </w:r>
      <w:r w:rsidR="006146DD" w:rsidRPr="00BC6830">
        <w:rPr>
          <w:rStyle w:val="TNR21"/>
          <w:rFonts w:ascii="Arial" w:hAnsi="Arial" w:cs="Arial"/>
          <w:sz w:val="22"/>
          <w:lang w:val="es-CO"/>
        </w:rPr>
        <w:t xml:space="preserve"> así que lo planteo</w:t>
      </w:r>
      <w:r w:rsidR="00BD36C5">
        <w:rPr>
          <w:rStyle w:val="TNR21"/>
          <w:rFonts w:ascii="Arial" w:hAnsi="Arial" w:cs="Arial"/>
          <w:sz w:val="22"/>
          <w:lang w:val="es-CO"/>
        </w:rPr>
        <w:t>,</w:t>
      </w:r>
      <w:r w:rsidR="006146DD" w:rsidRPr="00BC6830">
        <w:rPr>
          <w:rStyle w:val="TNR21"/>
          <w:rFonts w:ascii="Arial" w:hAnsi="Arial" w:cs="Arial"/>
          <w:sz w:val="22"/>
          <w:lang w:val="es-CO"/>
        </w:rPr>
        <w:t xml:space="preserve"> porque no creo que entre en contradicción con mi compañera Martha porque compartimos</w:t>
      </w:r>
      <w:r w:rsidR="00BD36C5">
        <w:rPr>
          <w:rStyle w:val="TNR21"/>
          <w:rFonts w:ascii="Arial" w:hAnsi="Arial" w:cs="Arial"/>
          <w:sz w:val="22"/>
          <w:lang w:val="es-CO"/>
        </w:rPr>
        <w:t>,</w:t>
      </w:r>
      <w:r w:rsidR="006146DD" w:rsidRPr="00BC6830">
        <w:rPr>
          <w:rStyle w:val="TNR21"/>
          <w:rFonts w:ascii="Arial" w:hAnsi="Arial" w:cs="Arial"/>
          <w:sz w:val="22"/>
          <w:lang w:val="es-CO"/>
        </w:rPr>
        <w:t xml:space="preserve"> estoy seguro estos criterios y también porque con las demás bancadas que venimos</w:t>
      </w:r>
      <w:r w:rsidR="003E4F24" w:rsidRPr="00BC6830">
        <w:rPr>
          <w:rStyle w:val="TNR21"/>
          <w:rFonts w:ascii="Arial" w:hAnsi="Arial" w:cs="Arial"/>
          <w:sz w:val="22"/>
          <w:lang w:val="es-CO"/>
        </w:rPr>
        <w:t>,</w:t>
      </w:r>
      <w:r w:rsidR="006146DD" w:rsidRPr="00BC6830">
        <w:rPr>
          <w:rStyle w:val="TNR21"/>
          <w:rFonts w:ascii="Arial" w:hAnsi="Arial" w:cs="Arial"/>
          <w:sz w:val="22"/>
          <w:lang w:val="es-CO"/>
        </w:rPr>
        <w:t xml:space="preserve"> somos de partidos distintos con trayectorias distintas</w:t>
      </w:r>
      <w:r w:rsidR="00BD36C5">
        <w:rPr>
          <w:rStyle w:val="TNR21"/>
          <w:rFonts w:ascii="Arial" w:hAnsi="Arial" w:cs="Arial"/>
          <w:sz w:val="22"/>
          <w:lang w:val="es-CO"/>
        </w:rPr>
        <w:t>,</w:t>
      </w:r>
      <w:r w:rsidR="006146DD" w:rsidRPr="00BC6830">
        <w:rPr>
          <w:rStyle w:val="TNR21"/>
          <w:rFonts w:ascii="Arial" w:hAnsi="Arial" w:cs="Arial"/>
          <w:sz w:val="22"/>
          <w:lang w:val="es-CO"/>
        </w:rPr>
        <w:t xml:space="preserve"> pero hemos logrado tener coincidencias con estos punto y por eso me parece importante manifestar mi consideración y acompañamiento a este tipo iniciativas</w:t>
      </w:r>
      <w:r w:rsidR="003E4F24" w:rsidRPr="00BC6830">
        <w:rPr>
          <w:rStyle w:val="TNR21"/>
          <w:rFonts w:ascii="Arial" w:hAnsi="Arial" w:cs="Arial"/>
          <w:sz w:val="22"/>
          <w:lang w:val="es-CO"/>
        </w:rPr>
        <w:t>,</w:t>
      </w:r>
      <w:r w:rsidR="006146DD" w:rsidRPr="00BC6830">
        <w:rPr>
          <w:rStyle w:val="TNR21"/>
          <w:rFonts w:ascii="Arial" w:hAnsi="Arial" w:cs="Arial"/>
          <w:sz w:val="22"/>
          <w:lang w:val="es-CO"/>
        </w:rPr>
        <w:t xml:space="preserve"> quería deci</w:t>
      </w:r>
      <w:r w:rsidR="003E4F24" w:rsidRPr="00BC6830">
        <w:rPr>
          <w:rStyle w:val="TNR21"/>
          <w:rFonts w:ascii="Arial" w:hAnsi="Arial" w:cs="Arial"/>
          <w:sz w:val="22"/>
          <w:lang w:val="es-CO"/>
        </w:rPr>
        <w:t>r eso</w:t>
      </w:r>
      <w:r w:rsidR="00BD36C5">
        <w:rPr>
          <w:rStyle w:val="TNR21"/>
          <w:rFonts w:ascii="Arial" w:hAnsi="Arial" w:cs="Arial"/>
          <w:sz w:val="22"/>
          <w:lang w:val="es-CO"/>
        </w:rPr>
        <w:t>,</w:t>
      </w:r>
      <w:r w:rsidR="003E4F24" w:rsidRPr="00BC6830">
        <w:rPr>
          <w:rStyle w:val="TNR21"/>
          <w:rFonts w:ascii="Arial" w:hAnsi="Arial" w:cs="Arial"/>
          <w:sz w:val="22"/>
          <w:lang w:val="es-CO"/>
        </w:rPr>
        <w:t xml:space="preserve"> muchas gracias Presidente</w:t>
      </w:r>
      <w:r w:rsidR="006146DD" w:rsidRPr="00BC6830">
        <w:rPr>
          <w:rStyle w:val="TNR21"/>
          <w:rFonts w:ascii="Arial" w:hAnsi="Arial" w:cs="Arial"/>
          <w:sz w:val="22"/>
          <w:lang w:val="es-CO"/>
        </w:rPr>
        <w:t>.</w:t>
      </w:r>
    </w:p>
    <w:p w14:paraId="5AECEF46" w14:textId="77777777" w:rsidR="003E4F24" w:rsidRPr="00BC6830" w:rsidRDefault="003E4F24" w:rsidP="00667EBF">
      <w:pPr>
        <w:pStyle w:val="Sinespaciado"/>
        <w:jc w:val="both"/>
        <w:rPr>
          <w:rStyle w:val="TNR21"/>
          <w:rFonts w:ascii="Arial" w:hAnsi="Arial" w:cs="Arial"/>
          <w:sz w:val="22"/>
          <w:lang w:val="es-CO"/>
        </w:rPr>
      </w:pPr>
    </w:p>
    <w:p w14:paraId="4EA43F40" w14:textId="77777777" w:rsidR="003E4F24"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3E4F24" w:rsidRPr="00BC6830">
        <w:rPr>
          <w:rStyle w:val="TNR21"/>
          <w:rFonts w:ascii="Arial" w:hAnsi="Arial" w:cs="Arial"/>
          <w:sz w:val="22"/>
          <w:lang w:val="es-CO"/>
        </w:rPr>
        <w:t>T</w:t>
      </w:r>
      <w:r w:rsidR="006146DD" w:rsidRPr="00BC6830">
        <w:rPr>
          <w:rStyle w:val="TNR21"/>
          <w:rFonts w:ascii="Arial" w:hAnsi="Arial" w:cs="Arial"/>
          <w:sz w:val="22"/>
          <w:lang w:val="es-CO"/>
        </w:rPr>
        <w:t>iene la palabra la Representante María Fernanda Carrascal</w:t>
      </w:r>
      <w:r w:rsidR="003E4F24" w:rsidRPr="00BC6830">
        <w:rPr>
          <w:rStyle w:val="TNR21"/>
          <w:rFonts w:ascii="Arial" w:hAnsi="Arial" w:cs="Arial"/>
          <w:sz w:val="22"/>
          <w:lang w:val="es-CO"/>
        </w:rPr>
        <w:t>,</w:t>
      </w:r>
      <w:r w:rsidR="006146DD" w:rsidRPr="00BC6830">
        <w:rPr>
          <w:rStyle w:val="TNR21"/>
          <w:rFonts w:ascii="Arial" w:hAnsi="Arial" w:cs="Arial"/>
          <w:sz w:val="22"/>
          <w:lang w:val="es-CO"/>
        </w:rPr>
        <w:t xml:space="preserve"> en el orden</w:t>
      </w:r>
      <w:r w:rsidR="006A4BE8">
        <w:rPr>
          <w:rStyle w:val="TNR21"/>
          <w:rFonts w:ascii="Arial" w:hAnsi="Arial" w:cs="Arial"/>
          <w:sz w:val="22"/>
          <w:lang w:val="es-CO"/>
        </w:rPr>
        <w:t>,</w:t>
      </w:r>
      <w:r w:rsidR="006146DD" w:rsidRPr="00BC6830">
        <w:rPr>
          <w:rStyle w:val="TNR21"/>
          <w:rFonts w:ascii="Arial" w:hAnsi="Arial" w:cs="Arial"/>
          <w:sz w:val="22"/>
          <w:lang w:val="es-CO"/>
        </w:rPr>
        <w:t xml:space="preserve"> luego continúa el Representante de Víctor</w:t>
      </w:r>
      <w:r w:rsidR="003E4F24" w:rsidRPr="00BC6830">
        <w:rPr>
          <w:rStyle w:val="TNR21"/>
          <w:rFonts w:ascii="Arial" w:hAnsi="Arial" w:cs="Arial"/>
          <w:sz w:val="22"/>
          <w:lang w:val="es-CO"/>
        </w:rPr>
        <w:t xml:space="preserve"> Salcedo</w:t>
      </w:r>
      <w:r w:rsidR="006146DD" w:rsidRPr="00BC6830">
        <w:rPr>
          <w:rStyle w:val="TNR21"/>
          <w:rFonts w:ascii="Arial" w:hAnsi="Arial" w:cs="Arial"/>
          <w:sz w:val="22"/>
          <w:lang w:val="es-CO"/>
        </w:rPr>
        <w:t>.</w:t>
      </w:r>
    </w:p>
    <w:p w14:paraId="0E1B4688" w14:textId="77777777" w:rsidR="003E4F24" w:rsidRPr="00BC6830" w:rsidRDefault="003E4F24" w:rsidP="00667EBF">
      <w:pPr>
        <w:pStyle w:val="Sinespaciado"/>
        <w:jc w:val="both"/>
        <w:rPr>
          <w:rStyle w:val="TNR21"/>
          <w:rFonts w:ascii="Arial" w:hAnsi="Arial" w:cs="Arial"/>
          <w:sz w:val="22"/>
          <w:lang w:val="es-CO"/>
        </w:rPr>
      </w:pPr>
    </w:p>
    <w:p w14:paraId="476D7F6F" w14:textId="77777777" w:rsidR="00060A23" w:rsidRPr="00BC6830" w:rsidRDefault="00B1577F" w:rsidP="00667EBF">
      <w:pPr>
        <w:pStyle w:val="Sinespaciado"/>
        <w:jc w:val="both"/>
        <w:rPr>
          <w:rStyle w:val="TNR21"/>
          <w:rFonts w:ascii="Arial" w:hAnsi="Arial" w:cs="Arial"/>
          <w:sz w:val="22"/>
          <w:lang w:val="es-CO"/>
        </w:rPr>
      </w:pPr>
      <w:r w:rsidRPr="006A4BE8">
        <w:rPr>
          <w:rStyle w:val="TNR21"/>
          <w:rFonts w:ascii="Arial" w:hAnsi="Arial" w:cs="Arial"/>
          <w:b/>
          <w:sz w:val="22"/>
          <w:lang w:val="es-CO"/>
        </w:rPr>
        <w:t>H. Representante</w:t>
      </w:r>
      <w:r w:rsidR="006146DD" w:rsidRPr="006A4BE8">
        <w:rPr>
          <w:rStyle w:val="TNR21"/>
          <w:rFonts w:ascii="Arial" w:hAnsi="Arial" w:cs="Arial"/>
          <w:b/>
          <w:sz w:val="22"/>
          <w:lang w:val="es-CO"/>
        </w:rPr>
        <w:t xml:space="preserve"> María Fernanda Carrascal Rojas</w:t>
      </w:r>
      <w:r w:rsidR="006146DD" w:rsidRPr="006A4BE8">
        <w:rPr>
          <w:rStyle w:val="TNR21"/>
          <w:rFonts w:ascii="Arial" w:hAnsi="Arial" w:cs="Arial"/>
          <w:sz w:val="22"/>
          <w:lang w:val="es-CO"/>
        </w:rPr>
        <w:t>: Presidente</w:t>
      </w:r>
      <w:r w:rsidR="00060A23" w:rsidRPr="00BC6830">
        <w:rPr>
          <w:rStyle w:val="TNR21"/>
          <w:rFonts w:ascii="Arial" w:hAnsi="Arial" w:cs="Arial"/>
          <w:sz w:val="22"/>
          <w:lang w:val="es-CO"/>
        </w:rPr>
        <w:t>,</w:t>
      </w:r>
      <w:r w:rsidR="006146DD" w:rsidRPr="00BC6830">
        <w:rPr>
          <w:rStyle w:val="TNR21"/>
          <w:rFonts w:ascii="Arial" w:hAnsi="Arial" w:cs="Arial"/>
          <w:sz w:val="22"/>
          <w:lang w:val="es-CO"/>
        </w:rPr>
        <w:t xml:space="preserve"> como bien lo ha dicho el Presidente Gustavo Petro la reforma pensional busca que por lo menos tres millones de personas que es</w:t>
      </w:r>
      <w:r w:rsidR="006A4BE8">
        <w:rPr>
          <w:rStyle w:val="TNR21"/>
          <w:rFonts w:ascii="Arial" w:hAnsi="Arial" w:cs="Arial"/>
          <w:sz w:val="22"/>
          <w:lang w:val="es-CO"/>
        </w:rPr>
        <w:t>tán en edad de pensionarse pueda</w:t>
      </w:r>
      <w:r w:rsidR="006146DD" w:rsidRPr="00BC6830">
        <w:rPr>
          <w:rStyle w:val="TNR21"/>
          <w:rFonts w:ascii="Arial" w:hAnsi="Arial" w:cs="Arial"/>
          <w:sz w:val="22"/>
          <w:lang w:val="es-CO"/>
        </w:rPr>
        <w:t>n tener posibilidades de recibir una mensualidad que les permita llevar a cabo con tranquilidad o por lo menos suplir sus necesidades básicas</w:t>
      </w:r>
      <w:r w:rsidR="00060A23" w:rsidRPr="00BC6830">
        <w:rPr>
          <w:rStyle w:val="TNR21"/>
          <w:rFonts w:ascii="Arial" w:hAnsi="Arial" w:cs="Arial"/>
          <w:sz w:val="22"/>
          <w:lang w:val="es-CO"/>
        </w:rPr>
        <w:t>,</w:t>
      </w:r>
      <w:r w:rsidR="006146DD" w:rsidRPr="00BC6830">
        <w:rPr>
          <w:rStyle w:val="TNR21"/>
          <w:rFonts w:ascii="Arial" w:hAnsi="Arial" w:cs="Arial"/>
          <w:sz w:val="22"/>
          <w:lang w:val="es-CO"/>
        </w:rPr>
        <w:t xml:space="preserve"> que no es nada más y nada menos </w:t>
      </w:r>
      <w:r w:rsidR="006A4BE8">
        <w:rPr>
          <w:rStyle w:val="TNR21"/>
          <w:rFonts w:ascii="Arial" w:hAnsi="Arial" w:cs="Arial"/>
          <w:sz w:val="22"/>
          <w:lang w:val="es-CO"/>
        </w:rPr>
        <w:t xml:space="preserve">que </w:t>
      </w:r>
      <w:r w:rsidR="00060A23" w:rsidRPr="00BC6830">
        <w:rPr>
          <w:rStyle w:val="TNR21"/>
          <w:rFonts w:ascii="Arial" w:hAnsi="Arial" w:cs="Arial"/>
          <w:sz w:val="22"/>
          <w:lang w:val="es-CO"/>
        </w:rPr>
        <w:t xml:space="preserve">también </w:t>
      </w:r>
      <w:r w:rsidR="006146DD" w:rsidRPr="00BC6830">
        <w:rPr>
          <w:rStyle w:val="TNR21"/>
          <w:rFonts w:ascii="Arial" w:hAnsi="Arial" w:cs="Arial"/>
          <w:sz w:val="22"/>
          <w:lang w:val="es-CO"/>
        </w:rPr>
        <w:t>mover la economía porque son consumidores y consumidoras</w:t>
      </w:r>
      <w:r w:rsidR="00060A23" w:rsidRPr="00BC6830">
        <w:rPr>
          <w:rStyle w:val="TNR21"/>
          <w:rFonts w:ascii="Arial" w:hAnsi="Arial" w:cs="Arial"/>
          <w:sz w:val="22"/>
          <w:lang w:val="es-CO"/>
        </w:rPr>
        <w:t>,</w:t>
      </w:r>
      <w:r w:rsidR="006146DD" w:rsidRPr="00BC6830">
        <w:rPr>
          <w:rStyle w:val="TNR21"/>
          <w:rFonts w:ascii="Arial" w:hAnsi="Arial" w:cs="Arial"/>
          <w:sz w:val="22"/>
          <w:lang w:val="es-CO"/>
        </w:rPr>
        <w:t xml:space="preserve"> porque es un tema </w:t>
      </w:r>
      <w:r w:rsidR="00060A23" w:rsidRPr="00BC6830">
        <w:rPr>
          <w:rStyle w:val="TNR21"/>
          <w:rFonts w:ascii="Arial" w:hAnsi="Arial" w:cs="Arial"/>
          <w:sz w:val="22"/>
          <w:lang w:val="es-CO"/>
        </w:rPr>
        <w:t xml:space="preserve">de </w:t>
      </w:r>
      <w:r w:rsidR="006146DD" w:rsidRPr="00BC6830">
        <w:rPr>
          <w:rStyle w:val="TNR21"/>
          <w:rFonts w:ascii="Arial" w:hAnsi="Arial" w:cs="Arial"/>
          <w:sz w:val="22"/>
          <w:lang w:val="es-CO"/>
        </w:rPr>
        <w:t>derechos humanos</w:t>
      </w:r>
      <w:r w:rsidR="00060A23" w:rsidRPr="00BC6830">
        <w:rPr>
          <w:rStyle w:val="TNR21"/>
          <w:rFonts w:ascii="Arial" w:hAnsi="Arial" w:cs="Arial"/>
          <w:sz w:val="22"/>
          <w:lang w:val="es-CO"/>
        </w:rPr>
        <w:t>,</w:t>
      </w:r>
      <w:r w:rsidR="006146DD" w:rsidRPr="00BC6830">
        <w:rPr>
          <w:rStyle w:val="TNR21"/>
          <w:rFonts w:ascii="Arial" w:hAnsi="Arial" w:cs="Arial"/>
          <w:sz w:val="22"/>
          <w:lang w:val="es-CO"/>
        </w:rPr>
        <w:t xml:space="preserve"> porque es un tema que nos debe competer  a todos y a todas</w:t>
      </w:r>
      <w:r w:rsidR="006A4BE8">
        <w:rPr>
          <w:rStyle w:val="TNR21"/>
          <w:rFonts w:ascii="Arial" w:hAnsi="Arial" w:cs="Arial"/>
          <w:sz w:val="22"/>
          <w:lang w:val="es-CO"/>
        </w:rPr>
        <w:t>,</w:t>
      </w:r>
      <w:r w:rsidR="006146DD" w:rsidRPr="00BC6830">
        <w:rPr>
          <w:rStyle w:val="TNR21"/>
          <w:rFonts w:ascii="Arial" w:hAnsi="Arial" w:cs="Arial"/>
          <w:sz w:val="22"/>
          <w:lang w:val="es-CO"/>
        </w:rPr>
        <w:t xml:space="preserve"> así que yo creo que este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no va en contravía con ese propósito considero que así como el de ventana pensional que acaba de mencionar mi compañero Mondragón</w:t>
      </w:r>
      <w:r w:rsidR="00060A23" w:rsidRPr="00BC6830">
        <w:rPr>
          <w:rStyle w:val="TNR21"/>
          <w:rFonts w:ascii="Arial" w:hAnsi="Arial" w:cs="Arial"/>
          <w:sz w:val="22"/>
          <w:lang w:val="es-CO"/>
        </w:rPr>
        <w:t>,</w:t>
      </w:r>
      <w:r w:rsidR="006146DD" w:rsidRPr="00BC6830">
        <w:rPr>
          <w:rStyle w:val="TNR21"/>
          <w:rFonts w:ascii="Arial" w:hAnsi="Arial" w:cs="Arial"/>
          <w:sz w:val="22"/>
          <w:lang w:val="es-CO"/>
        </w:rPr>
        <w:t xml:space="preserve"> del que incluso yo fui ponente en esta misma Comisión son </w:t>
      </w:r>
      <w:r w:rsidR="00841B08">
        <w:rPr>
          <w:rStyle w:val="TNR21"/>
          <w:rFonts w:ascii="Arial" w:hAnsi="Arial" w:cs="Arial"/>
          <w:sz w:val="22"/>
          <w:lang w:val="es-CO"/>
        </w:rPr>
        <w:t>proyecto</w:t>
      </w:r>
      <w:r w:rsidR="006146DD" w:rsidRPr="00BC6830">
        <w:rPr>
          <w:rStyle w:val="TNR21"/>
          <w:rFonts w:ascii="Arial" w:hAnsi="Arial" w:cs="Arial"/>
          <w:sz w:val="22"/>
          <w:lang w:val="es-CO"/>
        </w:rPr>
        <w:t>s que pueden complementar muy bien la discusión que viene hacia adelante con la reforma pensional que empieza su curso en el Senado como ya sabemos</w:t>
      </w:r>
      <w:r w:rsidR="00060A23" w:rsidRPr="00BC6830">
        <w:rPr>
          <w:rStyle w:val="TNR21"/>
          <w:rFonts w:ascii="Arial" w:hAnsi="Arial" w:cs="Arial"/>
          <w:sz w:val="22"/>
          <w:lang w:val="es-CO"/>
        </w:rPr>
        <w:t>,</w:t>
      </w:r>
      <w:r w:rsidR="006146DD" w:rsidRPr="00BC6830">
        <w:rPr>
          <w:rStyle w:val="TNR21"/>
          <w:rFonts w:ascii="Arial" w:hAnsi="Arial" w:cs="Arial"/>
          <w:sz w:val="22"/>
          <w:lang w:val="es-CO"/>
        </w:rPr>
        <w:t xml:space="preserve"> es importante que todos y todas quienes hacemos parte de esta Comisión sigamos con esta apertura constructiva</w:t>
      </w:r>
      <w:r w:rsidR="00060A23" w:rsidRPr="00BC6830">
        <w:rPr>
          <w:rStyle w:val="TNR21"/>
          <w:rFonts w:ascii="Arial" w:hAnsi="Arial" w:cs="Arial"/>
          <w:sz w:val="22"/>
          <w:lang w:val="es-CO"/>
        </w:rPr>
        <w:t>,</w:t>
      </w:r>
      <w:r w:rsidR="006146DD" w:rsidRPr="00BC6830">
        <w:rPr>
          <w:rStyle w:val="TNR21"/>
          <w:rFonts w:ascii="Arial" w:hAnsi="Arial" w:cs="Arial"/>
          <w:sz w:val="22"/>
          <w:lang w:val="es-CO"/>
        </w:rPr>
        <w:t xml:space="preserve"> que como bien lo dijo el Representante coordinador ponente de este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w:t>
      </w:r>
      <w:r w:rsidR="00060A23" w:rsidRPr="00BC6830">
        <w:rPr>
          <w:rStyle w:val="TNR21"/>
          <w:rFonts w:ascii="Arial" w:hAnsi="Arial" w:cs="Arial"/>
          <w:sz w:val="22"/>
          <w:lang w:val="es-CO"/>
        </w:rPr>
        <w:t>,</w:t>
      </w:r>
      <w:r w:rsidR="006146DD" w:rsidRPr="00BC6830">
        <w:rPr>
          <w:rStyle w:val="TNR21"/>
          <w:rFonts w:ascii="Arial" w:hAnsi="Arial" w:cs="Arial"/>
          <w:sz w:val="22"/>
          <w:lang w:val="es-CO"/>
        </w:rPr>
        <w:t xml:space="preserve"> es la única manera en la que vamos a poder darle esa dignidad a través de una</w:t>
      </w:r>
      <w:r w:rsidR="00060A23" w:rsidRPr="00BC6830">
        <w:rPr>
          <w:rStyle w:val="TNR21"/>
          <w:rFonts w:ascii="Arial" w:hAnsi="Arial" w:cs="Arial"/>
          <w:sz w:val="22"/>
          <w:lang w:val="es-CO"/>
        </w:rPr>
        <w:t xml:space="preserve"> manutención </w:t>
      </w:r>
      <w:r w:rsidR="006146DD" w:rsidRPr="00BC6830">
        <w:rPr>
          <w:rStyle w:val="TNR21"/>
          <w:rFonts w:ascii="Arial" w:hAnsi="Arial" w:cs="Arial"/>
          <w:sz w:val="22"/>
          <w:lang w:val="es-CO"/>
        </w:rPr>
        <w:t>si se quiere llamar de alguna manera</w:t>
      </w:r>
      <w:r w:rsidR="00060A23" w:rsidRPr="00BC6830">
        <w:rPr>
          <w:rStyle w:val="TNR21"/>
          <w:rFonts w:ascii="Arial" w:hAnsi="Arial" w:cs="Arial"/>
          <w:sz w:val="22"/>
          <w:lang w:val="es-CO"/>
        </w:rPr>
        <w:t>,</w:t>
      </w:r>
      <w:r w:rsidR="006146DD" w:rsidRPr="00BC6830">
        <w:rPr>
          <w:rStyle w:val="TNR21"/>
          <w:rFonts w:ascii="Arial" w:hAnsi="Arial" w:cs="Arial"/>
          <w:sz w:val="22"/>
          <w:lang w:val="es-CO"/>
        </w:rPr>
        <w:t xml:space="preserve"> de una renta básica a nuestros más viejos y a nuestras más viejas que lo merecen</w:t>
      </w:r>
      <w:r w:rsidR="006A4BE8">
        <w:rPr>
          <w:rStyle w:val="TNR21"/>
          <w:rFonts w:ascii="Arial" w:hAnsi="Arial" w:cs="Arial"/>
          <w:sz w:val="22"/>
          <w:lang w:val="es-CO"/>
        </w:rPr>
        <w:t xml:space="preserve"> todo,</w:t>
      </w:r>
      <w:r w:rsidR="006146DD" w:rsidRPr="00BC6830">
        <w:rPr>
          <w:rStyle w:val="TNR21"/>
          <w:rFonts w:ascii="Arial" w:hAnsi="Arial" w:cs="Arial"/>
          <w:sz w:val="22"/>
          <w:lang w:val="es-CO"/>
        </w:rPr>
        <w:t xml:space="preserve"> porque también le han aportado a este país durante mucho tiempo</w:t>
      </w:r>
      <w:r w:rsidR="00060A23"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060A23" w:rsidRPr="00BC6830">
        <w:rPr>
          <w:rStyle w:val="TNR21"/>
          <w:rFonts w:ascii="Arial" w:hAnsi="Arial" w:cs="Arial"/>
          <w:sz w:val="22"/>
          <w:lang w:val="es-CO"/>
        </w:rPr>
        <w:t>gracias, mi voto es positivo</w:t>
      </w:r>
      <w:r w:rsidR="006146DD" w:rsidRPr="00BC6830">
        <w:rPr>
          <w:rStyle w:val="TNR21"/>
          <w:rFonts w:ascii="Arial" w:hAnsi="Arial" w:cs="Arial"/>
          <w:sz w:val="22"/>
          <w:lang w:val="es-CO"/>
        </w:rPr>
        <w:t>.</w:t>
      </w:r>
    </w:p>
    <w:p w14:paraId="4EBEAFB9" w14:textId="77777777" w:rsidR="00060A23" w:rsidRPr="00BC6830" w:rsidRDefault="00060A23" w:rsidP="00667EBF">
      <w:pPr>
        <w:pStyle w:val="Sinespaciado"/>
        <w:jc w:val="both"/>
        <w:rPr>
          <w:rStyle w:val="TNR21"/>
          <w:rFonts w:ascii="Arial" w:hAnsi="Arial" w:cs="Arial"/>
          <w:sz w:val="22"/>
          <w:lang w:val="es-CO"/>
        </w:rPr>
      </w:pPr>
    </w:p>
    <w:p w14:paraId="0468235A" w14:textId="77777777" w:rsidR="00060A23"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060A23" w:rsidRPr="00BC6830">
        <w:rPr>
          <w:rStyle w:val="TNR21"/>
          <w:rFonts w:ascii="Arial" w:hAnsi="Arial" w:cs="Arial"/>
          <w:sz w:val="22"/>
          <w:lang w:val="es-CO"/>
        </w:rPr>
        <w:t>M</w:t>
      </w:r>
      <w:r w:rsidR="006146DD" w:rsidRPr="00BC6830">
        <w:rPr>
          <w:rStyle w:val="TNR21"/>
          <w:rFonts w:ascii="Arial" w:hAnsi="Arial" w:cs="Arial"/>
          <w:sz w:val="22"/>
          <w:lang w:val="es-CO"/>
        </w:rPr>
        <w:t>uchas gracias Representante</w:t>
      </w:r>
      <w:r w:rsidR="00060A23" w:rsidRPr="00BC6830">
        <w:rPr>
          <w:rStyle w:val="TNR21"/>
          <w:rFonts w:ascii="Arial" w:hAnsi="Arial" w:cs="Arial"/>
          <w:sz w:val="22"/>
          <w:lang w:val="es-CO"/>
        </w:rPr>
        <w:t>,</w:t>
      </w:r>
      <w:r w:rsidR="006146DD" w:rsidRPr="00BC6830">
        <w:rPr>
          <w:rStyle w:val="TNR21"/>
          <w:rFonts w:ascii="Arial" w:hAnsi="Arial" w:cs="Arial"/>
          <w:sz w:val="22"/>
          <w:lang w:val="es-CO"/>
        </w:rPr>
        <w:t xml:space="preserve"> tiene la palabra el Representante Víctor Salcedo</w:t>
      </w:r>
      <w:r w:rsidR="00060A23" w:rsidRPr="00BC6830">
        <w:rPr>
          <w:rStyle w:val="TNR21"/>
          <w:rFonts w:ascii="Arial" w:hAnsi="Arial" w:cs="Arial"/>
          <w:sz w:val="22"/>
          <w:lang w:val="es-CO"/>
        </w:rPr>
        <w:t>.</w:t>
      </w:r>
    </w:p>
    <w:p w14:paraId="2A20F0B0" w14:textId="77777777" w:rsidR="00060A23" w:rsidRPr="00BC6830" w:rsidRDefault="00060A23" w:rsidP="00667EBF">
      <w:pPr>
        <w:pStyle w:val="Sinespaciado"/>
        <w:jc w:val="both"/>
        <w:rPr>
          <w:rStyle w:val="TNR21"/>
          <w:rFonts w:ascii="Arial" w:hAnsi="Arial" w:cs="Arial"/>
          <w:sz w:val="22"/>
          <w:lang w:val="es-CO"/>
        </w:rPr>
      </w:pPr>
    </w:p>
    <w:p w14:paraId="4CBE643B" w14:textId="77777777" w:rsidR="006D4EB4" w:rsidRPr="00BC6830" w:rsidRDefault="00B1577F" w:rsidP="00667EBF">
      <w:pPr>
        <w:pStyle w:val="Sinespaciado"/>
        <w:jc w:val="both"/>
        <w:rPr>
          <w:rStyle w:val="TNR21"/>
          <w:rFonts w:ascii="Arial" w:hAnsi="Arial" w:cs="Arial"/>
          <w:sz w:val="22"/>
          <w:lang w:val="es-CO"/>
        </w:rPr>
      </w:pPr>
      <w:r w:rsidRPr="003562B1">
        <w:rPr>
          <w:rStyle w:val="TNR21"/>
          <w:rFonts w:ascii="Arial" w:hAnsi="Arial" w:cs="Arial"/>
          <w:b/>
          <w:sz w:val="22"/>
          <w:lang w:val="es-CO"/>
        </w:rPr>
        <w:t>H. Representante</w:t>
      </w:r>
      <w:r w:rsidR="006146DD" w:rsidRPr="003562B1">
        <w:rPr>
          <w:rStyle w:val="TNR21"/>
          <w:rFonts w:ascii="Arial" w:hAnsi="Arial" w:cs="Arial"/>
          <w:b/>
          <w:sz w:val="22"/>
          <w:lang w:val="es-CO"/>
        </w:rPr>
        <w:t xml:space="preserve"> Víctor Manuel Salcedo Guerrero</w:t>
      </w:r>
      <w:r w:rsidR="006146DD" w:rsidRPr="003562B1">
        <w:rPr>
          <w:rStyle w:val="TNR21"/>
          <w:rFonts w:ascii="Arial" w:hAnsi="Arial" w:cs="Arial"/>
          <w:sz w:val="22"/>
          <w:lang w:val="es-CO"/>
        </w:rPr>
        <w:t>:</w:t>
      </w:r>
      <w:r w:rsidR="006146DD" w:rsidRPr="00BC6830">
        <w:rPr>
          <w:rStyle w:val="TNR21"/>
          <w:rFonts w:ascii="Arial" w:hAnsi="Arial" w:cs="Arial"/>
          <w:sz w:val="22"/>
          <w:lang w:val="es-CO"/>
        </w:rPr>
        <w:t xml:space="preserve"> </w:t>
      </w:r>
      <w:r w:rsidR="00060A23" w:rsidRPr="00BC6830">
        <w:rPr>
          <w:rStyle w:val="TNR21"/>
          <w:rFonts w:ascii="Arial" w:hAnsi="Arial" w:cs="Arial"/>
          <w:sz w:val="22"/>
          <w:lang w:val="es-CO"/>
        </w:rPr>
        <w:t>S</w:t>
      </w:r>
      <w:r w:rsidR="006146DD" w:rsidRPr="00BC6830">
        <w:rPr>
          <w:rStyle w:val="TNR21"/>
          <w:rFonts w:ascii="Arial" w:hAnsi="Arial" w:cs="Arial"/>
          <w:sz w:val="22"/>
          <w:lang w:val="es-CO"/>
        </w:rPr>
        <w:t>eñor Presidente</w:t>
      </w:r>
      <w:r w:rsidR="00060A23" w:rsidRPr="00BC6830">
        <w:rPr>
          <w:rStyle w:val="TNR21"/>
          <w:rFonts w:ascii="Arial" w:hAnsi="Arial" w:cs="Arial"/>
          <w:sz w:val="22"/>
          <w:lang w:val="es-CO"/>
        </w:rPr>
        <w:t>,</w:t>
      </w:r>
      <w:r w:rsidR="006146DD" w:rsidRPr="00BC6830">
        <w:rPr>
          <w:rStyle w:val="TNR21"/>
          <w:rFonts w:ascii="Arial" w:hAnsi="Arial" w:cs="Arial"/>
          <w:sz w:val="22"/>
          <w:lang w:val="es-CO"/>
        </w:rPr>
        <w:t xml:space="preserve"> mi intervención está en la misma línea de mi colega Martha Alfonso</w:t>
      </w:r>
      <w:r w:rsidR="00060A23" w:rsidRPr="00BC6830">
        <w:rPr>
          <w:rStyle w:val="TNR21"/>
          <w:rFonts w:ascii="Arial" w:hAnsi="Arial" w:cs="Arial"/>
          <w:sz w:val="22"/>
          <w:lang w:val="es-CO"/>
        </w:rPr>
        <w:t>,</w:t>
      </w:r>
      <w:r w:rsidR="006146DD" w:rsidRPr="00BC6830">
        <w:rPr>
          <w:rStyle w:val="TNR21"/>
          <w:rFonts w:ascii="Arial" w:hAnsi="Arial" w:cs="Arial"/>
          <w:sz w:val="22"/>
          <w:lang w:val="es-CO"/>
        </w:rPr>
        <w:t xml:space="preserve"> quisiera pedirle al doctor Cristo y al resto </w:t>
      </w:r>
      <w:r w:rsidR="00060A23" w:rsidRPr="00BC6830">
        <w:rPr>
          <w:rStyle w:val="TNR21"/>
          <w:rFonts w:ascii="Arial" w:hAnsi="Arial" w:cs="Arial"/>
          <w:sz w:val="22"/>
          <w:lang w:val="es-CO"/>
        </w:rPr>
        <w:t xml:space="preserve">de </w:t>
      </w:r>
      <w:r w:rsidR="006146DD" w:rsidRPr="00BC6830">
        <w:rPr>
          <w:rStyle w:val="TNR21"/>
          <w:rFonts w:ascii="Arial" w:hAnsi="Arial" w:cs="Arial"/>
          <w:sz w:val="22"/>
          <w:lang w:val="es-CO"/>
        </w:rPr>
        <w:t>ponentes que nos contar</w:t>
      </w:r>
      <w:r w:rsidR="00060A23" w:rsidRPr="00BC6830">
        <w:rPr>
          <w:rStyle w:val="TNR21"/>
          <w:rFonts w:ascii="Arial" w:hAnsi="Arial" w:cs="Arial"/>
          <w:sz w:val="22"/>
          <w:lang w:val="es-CO"/>
        </w:rPr>
        <w:t>a</w:t>
      </w:r>
      <w:r w:rsidR="006146DD" w:rsidRPr="00BC6830">
        <w:rPr>
          <w:rStyle w:val="TNR21"/>
          <w:rFonts w:ascii="Arial" w:hAnsi="Arial" w:cs="Arial"/>
          <w:sz w:val="22"/>
          <w:lang w:val="es-CO"/>
        </w:rPr>
        <w:t>n sobre el concepto de Hacienda</w:t>
      </w:r>
      <w:r w:rsidR="00060A23" w:rsidRPr="00BC6830">
        <w:rPr>
          <w:rStyle w:val="TNR21"/>
          <w:rFonts w:ascii="Arial" w:hAnsi="Arial" w:cs="Arial"/>
          <w:sz w:val="22"/>
          <w:lang w:val="es-CO"/>
        </w:rPr>
        <w:t>,</w:t>
      </w:r>
      <w:r w:rsidR="006146DD" w:rsidRPr="00BC6830">
        <w:rPr>
          <w:rStyle w:val="TNR21"/>
          <w:rFonts w:ascii="Arial" w:hAnsi="Arial" w:cs="Arial"/>
          <w:sz w:val="22"/>
          <w:lang w:val="es-CO"/>
        </w:rPr>
        <w:t xml:space="preserve"> a </w:t>
      </w:r>
      <w:r w:rsidR="00060A23" w:rsidRPr="00BC6830">
        <w:rPr>
          <w:rStyle w:val="TNR21"/>
          <w:rFonts w:ascii="Arial" w:hAnsi="Arial" w:cs="Arial"/>
          <w:sz w:val="22"/>
          <w:lang w:val="es-CO"/>
        </w:rPr>
        <w:t xml:space="preserve">mí </w:t>
      </w:r>
      <w:r w:rsidR="006146DD" w:rsidRPr="00BC6830">
        <w:rPr>
          <w:rStyle w:val="TNR21"/>
          <w:rFonts w:ascii="Arial" w:hAnsi="Arial" w:cs="Arial"/>
          <w:sz w:val="22"/>
          <w:lang w:val="es-CO"/>
        </w:rPr>
        <w:t xml:space="preserve">me parece que 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está bien enfocado</w:t>
      </w:r>
      <w:r w:rsidR="00060A23" w:rsidRPr="00BC6830">
        <w:rPr>
          <w:rStyle w:val="TNR21"/>
          <w:rFonts w:ascii="Arial" w:hAnsi="Arial" w:cs="Arial"/>
          <w:sz w:val="22"/>
          <w:lang w:val="es-CO"/>
        </w:rPr>
        <w:t>,</w:t>
      </w:r>
      <w:r w:rsidR="006146DD" w:rsidRPr="00BC6830">
        <w:rPr>
          <w:rStyle w:val="TNR21"/>
          <w:rFonts w:ascii="Arial" w:hAnsi="Arial" w:cs="Arial"/>
          <w:sz w:val="22"/>
          <w:lang w:val="es-CO"/>
        </w:rPr>
        <w:t xml:space="preserve"> pero nosotros aquí por supuesto ante la situación y ante el </w:t>
      </w:r>
      <w:r w:rsidR="00060A23" w:rsidRPr="00BC6830">
        <w:rPr>
          <w:rStyle w:val="TNR21"/>
          <w:rFonts w:ascii="Arial" w:hAnsi="Arial" w:cs="Arial"/>
          <w:sz w:val="22"/>
          <w:lang w:val="es-CO"/>
        </w:rPr>
        <w:t xml:space="preserve">presupuesto </w:t>
      </w:r>
      <w:r w:rsidR="006146DD" w:rsidRPr="00BC6830">
        <w:rPr>
          <w:rStyle w:val="TNR21"/>
          <w:rFonts w:ascii="Arial" w:hAnsi="Arial" w:cs="Arial"/>
          <w:sz w:val="22"/>
          <w:lang w:val="es-CO"/>
        </w:rPr>
        <w:t>también tenemos que ser realistas</w:t>
      </w:r>
      <w:r w:rsidR="006D4EB4" w:rsidRPr="00BC6830">
        <w:rPr>
          <w:rStyle w:val="TNR21"/>
          <w:rFonts w:ascii="Arial" w:hAnsi="Arial" w:cs="Arial"/>
          <w:sz w:val="22"/>
          <w:lang w:val="es-CO"/>
        </w:rPr>
        <w:t>,</w:t>
      </w:r>
      <w:r w:rsidR="006146DD" w:rsidRPr="00BC6830">
        <w:rPr>
          <w:rStyle w:val="TNR21"/>
          <w:rFonts w:ascii="Arial" w:hAnsi="Arial" w:cs="Arial"/>
          <w:sz w:val="22"/>
          <w:lang w:val="es-CO"/>
        </w:rPr>
        <w:t xml:space="preserve"> y esa sería una de las preocupaciones y de los interrogantes frente al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que hoy </w:t>
      </w:r>
      <w:r w:rsidR="006D4EB4" w:rsidRPr="00BC6830">
        <w:rPr>
          <w:rStyle w:val="TNR21"/>
          <w:rFonts w:ascii="Arial" w:hAnsi="Arial" w:cs="Arial"/>
          <w:sz w:val="22"/>
          <w:lang w:val="es-CO"/>
        </w:rPr>
        <w:t>estamos discutiendo</w:t>
      </w:r>
      <w:r w:rsidR="006146DD" w:rsidRPr="00BC6830">
        <w:rPr>
          <w:rStyle w:val="TNR21"/>
          <w:rFonts w:ascii="Arial" w:hAnsi="Arial" w:cs="Arial"/>
          <w:sz w:val="22"/>
          <w:lang w:val="es-CO"/>
        </w:rPr>
        <w:t>.</w:t>
      </w:r>
    </w:p>
    <w:p w14:paraId="3F181289" w14:textId="77777777" w:rsidR="006D4EB4" w:rsidRPr="00BC6830" w:rsidRDefault="006D4EB4" w:rsidP="00667EBF">
      <w:pPr>
        <w:pStyle w:val="Sinespaciado"/>
        <w:jc w:val="both"/>
        <w:rPr>
          <w:rStyle w:val="TNR21"/>
          <w:rFonts w:ascii="Arial" w:hAnsi="Arial" w:cs="Arial"/>
          <w:sz w:val="22"/>
          <w:lang w:val="es-CO"/>
        </w:rPr>
      </w:pPr>
    </w:p>
    <w:p w14:paraId="198BE937" w14:textId="77777777" w:rsidR="006D4EB4"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6D4EB4" w:rsidRPr="00BC6830">
        <w:rPr>
          <w:rStyle w:val="TNR21"/>
          <w:rFonts w:ascii="Arial" w:hAnsi="Arial" w:cs="Arial"/>
          <w:sz w:val="22"/>
          <w:lang w:val="es-CO"/>
        </w:rPr>
        <w:t>M</w:t>
      </w:r>
      <w:r w:rsidR="006146DD" w:rsidRPr="00BC6830">
        <w:rPr>
          <w:rStyle w:val="TNR21"/>
          <w:rFonts w:ascii="Arial" w:hAnsi="Arial" w:cs="Arial"/>
          <w:sz w:val="22"/>
          <w:lang w:val="es-CO"/>
        </w:rPr>
        <w:t>uchas gracias Representante</w:t>
      </w:r>
      <w:r w:rsidR="006D4EB4" w:rsidRPr="00BC6830">
        <w:rPr>
          <w:rStyle w:val="TNR21"/>
          <w:rFonts w:ascii="Arial" w:hAnsi="Arial" w:cs="Arial"/>
          <w:sz w:val="22"/>
          <w:lang w:val="es-CO"/>
        </w:rPr>
        <w:t>,</w:t>
      </w:r>
      <w:r w:rsidR="006146DD" w:rsidRPr="00BC6830">
        <w:rPr>
          <w:rStyle w:val="TNR21"/>
          <w:rFonts w:ascii="Arial" w:hAnsi="Arial" w:cs="Arial"/>
          <w:sz w:val="22"/>
          <w:lang w:val="es-CO"/>
        </w:rPr>
        <w:t xml:space="preserve"> pide la palabra el Representante Andrés Forero</w:t>
      </w:r>
      <w:r w:rsidR="006D4EB4" w:rsidRPr="00BC6830">
        <w:rPr>
          <w:rStyle w:val="TNR21"/>
          <w:rFonts w:ascii="Arial" w:hAnsi="Arial" w:cs="Arial"/>
          <w:sz w:val="22"/>
          <w:lang w:val="es-CO"/>
        </w:rPr>
        <w:t>.</w:t>
      </w:r>
    </w:p>
    <w:p w14:paraId="277E957C" w14:textId="77777777" w:rsidR="006D4EB4" w:rsidRPr="00BC6830" w:rsidRDefault="006D4EB4" w:rsidP="00667EBF">
      <w:pPr>
        <w:pStyle w:val="Sinespaciado"/>
        <w:jc w:val="both"/>
        <w:rPr>
          <w:rStyle w:val="TNR21"/>
          <w:rFonts w:ascii="Arial" w:hAnsi="Arial" w:cs="Arial"/>
          <w:sz w:val="22"/>
          <w:lang w:val="es-CO"/>
        </w:rPr>
      </w:pPr>
    </w:p>
    <w:p w14:paraId="3E3979DB" w14:textId="77777777" w:rsidR="00452750" w:rsidRPr="00BC6830" w:rsidRDefault="00B1577F" w:rsidP="00667EBF">
      <w:pPr>
        <w:pStyle w:val="Sinespaciado"/>
        <w:jc w:val="both"/>
        <w:rPr>
          <w:rStyle w:val="TNR21"/>
          <w:rFonts w:ascii="Arial" w:hAnsi="Arial" w:cs="Arial"/>
          <w:sz w:val="22"/>
          <w:lang w:val="es-CO"/>
        </w:rPr>
      </w:pPr>
      <w:r w:rsidRPr="00BC6830">
        <w:rPr>
          <w:rStyle w:val="TNR21"/>
          <w:rFonts w:ascii="Arial" w:hAnsi="Arial" w:cs="Arial"/>
          <w:b/>
          <w:sz w:val="22"/>
          <w:lang w:val="es-CO"/>
        </w:rPr>
        <w:t>H. Representante</w:t>
      </w:r>
      <w:r w:rsidR="006146DD" w:rsidRPr="00BC6830">
        <w:rPr>
          <w:rStyle w:val="TNR21"/>
          <w:rFonts w:ascii="Arial" w:hAnsi="Arial" w:cs="Arial"/>
          <w:b/>
          <w:sz w:val="22"/>
          <w:lang w:val="es-CO"/>
        </w:rPr>
        <w:t xml:space="preserve"> Andrés Eduardo Forero Molina</w:t>
      </w:r>
      <w:r w:rsidR="006146DD" w:rsidRPr="00BC6830">
        <w:rPr>
          <w:rStyle w:val="TNR21"/>
          <w:rFonts w:ascii="Arial" w:hAnsi="Arial" w:cs="Arial"/>
          <w:sz w:val="22"/>
          <w:lang w:val="es-CO"/>
        </w:rPr>
        <w:t xml:space="preserve">: </w:t>
      </w:r>
      <w:r w:rsidR="006D4EB4" w:rsidRPr="00BC6830">
        <w:rPr>
          <w:rStyle w:val="TNR21"/>
          <w:rFonts w:ascii="Arial" w:hAnsi="Arial" w:cs="Arial"/>
          <w:sz w:val="22"/>
          <w:lang w:val="es-CO"/>
        </w:rPr>
        <w:t>G</w:t>
      </w:r>
      <w:r w:rsidR="006146DD" w:rsidRPr="00BC6830">
        <w:rPr>
          <w:rStyle w:val="TNR21"/>
          <w:rFonts w:ascii="Arial" w:hAnsi="Arial" w:cs="Arial"/>
          <w:sz w:val="22"/>
          <w:lang w:val="es-CO"/>
        </w:rPr>
        <w:t>racias Presidente</w:t>
      </w:r>
      <w:r w:rsidR="006D4EB4" w:rsidRPr="00BC6830">
        <w:rPr>
          <w:rStyle w:val="TNR21"/>
          <w:rFonts w:ascii="Arial" w:hAnsi="Arial" w:cs="Arial"/>
          <w:sz w:val="22"/>
          <w:lang w:val="es-CO"/>
        </w:rPr>
        <w:t>,</w:t>
      </w:r>
      <w:r w:rsidR="006146DD" w:rsidRPr="00BC6830">
        <w:rPr>
          <w:rStyle w:val="TNR21"/>
          <w:rFonts w:ascii="Arial" w:hAnsi="Arial" w:cs="Arial"/>
          <w:sz w:val="22"/>
          <w:lang w:val="es-CO"/>
        </w:rPr>
        <w:t xml:space="preserve"> mire</w:t>
      </w:r>
      <w:r w:rsidR="006D4EB4" w:rsidRPr="00BC6830">
        <w:rPr>
          <w:rStyle w:val="TNR21"/>
          <w:rFonts w:ascii="Arial" w:hAnsi="Arial" w:cs="Arial"/>
          <w:sz w:val="22"/>
          <w:lang w:val="es-CO"/>
        </w:rPr>
        <w:t>,</w:t>
      </w:r>
      <w:r w:rsidR="006146DD" w:rsidRPr="00BC6830">
        <w:rPr>
          <w:rStyle w:val="TNR21"/>
          <w:rFonts w:ascii="Arial" w:hAnsi="Arial" w:cs="Arial"/>
          <w:sz w:val="22"/>
          <w:lang w:val="es-CO"/>
        </w:rPr>
        <w:t xml:space="preserve"> muy brevemente</w:t>
      </w:r>
      <w:r w:rsidR="006D4EB4" w:rsidRPr="00BC6830">
        <w:rPr>
          <w:rStyle w:val="TNR21"/>
          <w:rFonts w:ascii="Arial" w:hAnsi="Arial" w:cs="Arial"/>
          <w:sz w:val="22"/>
          <w:lang w:val="es-CO"/>
        </w:rPr>
        <w:t>,</w:t>
      </w:r>
      <w:r w:rsidR="006146DD" w:rsidRPr="00BC6830">
        <w:rPr>
          <w:rStyle w:val="TNR21"/>
          <w:rFonts w:ascii="Arial" w:hAnsi="Arial" w:cs="Arial"/>
          <w:sz w:val="22"/>
          <w:lang w:val="es-CO"/>
        </w:rPr>
        <w:t xml:space="preserve"> un saludo para usted nuevamente</w:t>
      </w:r>
      <w:r w:rsidR="006A4BE8">
        <w:rPr>
          <w:rStyle w:val="TNR21"/>
          <w:rFonts w:ascii="Arial" w:hAnsi="Arial" w:cs="Arial"/>
          <w:sz w:val="22"/>
          <w:lang w:val="es-CO"/>
        </w:rPr>
        <w:t>,</w:t>
      </w:r>
      <w:r w:rsidR="006146DD" w:rsidRPr="00BC6830">
        <w:rPr>
          <w:rStyle w:val="TNR21"/>
          <w:rFonts w:ascii="Arial" w:hAnsi="Arial" w:cs="Arial"/>
          <w:sz w:val="22"/>
          <w:lang w:val="es-CO"/>
        </w:rPr>
        <w:t xml:space="preserve"> un saludo </w:t>
      </w:r>
      <w:r w:rsidR="006A4BE8">
        <w:rPr>
          <w:rStyle w:val="TNR21"/>
          <w:rFonts w:ascii="Arial" w:hAnsi="Arial" w:cs="Arial"/>
          <w:sz w:val="22"/>
          <w:lang w:val="es-CO"/>
        </w:rPr>
        <w:t>par</w:t>
      </w:r>
      <w:r w:rsidR="006146DD" w:rsidRPr="00BC6830">
        <w:rPr>
          <w:rStyle w:val="TNR21"/>
          <w:rFonts w:ascii="Arial" w:hAnsi="Arial" w:cs="Arial"/>
          <w:sz w:val="22"/>
          <w:lang w:val="es-CO"/>
        </w:rPr>
        <w:t>a los colegas</w:t>
      </w:r>
      <w:r w:rsidR="006D4EB4" w:rsidRPr="00BC6830">
        <w:rPr>
          <w:rStyle w:val="TNR21"/>
          <w:rFonts w:ascii="Arial" w:hAnsi="Arial" w:cs="Arial"/>
          <w:sz w:val="22"/>
          <w:lang w:val="es-CO"/>
        </w:rPr>
        <w:t>,</w:t>
      </w:r>
      <w:r w:rsidR="006146DD" w:rsidRPr="00BC6830">
        <w:rPr>
          <w:rStyle w:val="TNR21"/>
          <w:rFonts w:ascii="Arial" w:hAnsi="Arial" w:cs="Arial"/>
          <w:sz w:val="22"/>
          <w:lang w:val="es-CO"/>
        </w:rPr>
        <w:t xml:space="preserve"> para el Representante Cristo naturalmente celebrar el espíritu y el objetivo de su iniciativa Presidente</w:t>
      </w:r>
      <w:r w:rsidR="006D4EB4" w:rsidRPr="00BC6830">
        <w:rPr>
          <w:rStyle w:val="TNR21"/>
          <w:rFonts w:ascii="Arial" w:hAnsi="Arial" w:cs="Arial"/>
          <w:sz w:val="22"/>
          <w:lang w:val="es-CO"/>
        </w:rPr>
        <w:t>,</w:t>
      </w:r>
      <w:r w:rsidR="006146DD" w:rsidRPr="00BC6830">
        <w:rPr>
          <w:rStyle w:val="TNR21"/>
          <w:rFonts w:ascii="Arial" w:hAnsi="Arial" w:cs="Arial"/>
          <w:sz w:val="22"/>
          <w:lang w:val="es-CO"/>
        </w:rPr>
        <w:t xml:space="preserve"> pero la verdad debo reconocer que tengo varias preocupaciones</w:t>
      </w:r>
      <w:r w:rsidR="001D00B4">
        <w:rPr>
          <w:rStyle w:val="TNR21"/>
          <w:rFonts w:ascii="Arial" w:hAnsi="Arial" w:cs="Arial"/>
          <w:sz w:val="22"/>
          <w:lang w:val="es-CO"/>
        </w:rPr>
        <w:t>,</w:t>
      </w:r>
      <w:r w:rsidR="006146DD" w:rsidRPr="00BC6830">
        <w:rPr>
          <w:rStyle w:val="TNR21"/>
          <w:rFonts w:ascii="Arial" w:hAnsi="Arial" w:cs="Arial"/>
          <w:sz w:val="22"/>
          <w:lang w:val="es-CO"/>
        </w:rPr>
        <w:t xml:space="preserve"> a propósito de los montos de los que habla 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w:t>
      </w:r>
      <w:r w:rsidR="006D4EB4" w:rsidRPr="00BC6830">
        <w:rPr>
          <w:rStyle w:val="TNR21"/>
          <w:rFonts w:ascii="Arial" w:hAnsi="Arial" w:cs="Arial"/>
          <w:sz w:val="22"/>
          <w:lang w:val="es-CO"/>
        </w:rPr>
        <w:t>,</w:t>
      </w:r>
      <w:r w:rsidR="006146DD" w:rsidRPr="00BC6830">
        <w:rPr>
          <w:rStyle w:val="TNR21"/>
          <w:rFonts w:ascii="Arial" w:hAnsi="Arial" w:cs="Arial"/>
          <w:sz w:val="22"/>
          <w:lang w:val="es-CO"/>
        </w:rPr>
        <w:t xml:space="preserve"> de hecho en campaña el Presidente Petro había dicho como lo sostenía creo que era la Representante María Fernanda Carrascal</w:t>
      </w:r>
      <w:r w:rsidR="006D4EB4" w:rsidRPr="00BC6830">
        <w:rPr>
          <w:rStyle w:val="TNR21"/>
          <w:rFonts w:ascii="Arial" w:hAnsi="Arial" w:cs="Arial"/>
          <w:sz w:val="22"/>
          <w:lang w:val="es-CO"/>
        </w:rPr>
        <w:t>,</w:t>
      </w:r>
      <w:r w:rsidR="006146DD" w:rsidRPr="00BC6830">
        <w:rPr>
          <w:rStyle w:val="TNR21"/>
          <w:rFonts w:ascii="Arial" w:hAnsi="Arial" w:cs="Arial"/>
          <w:sz w:val="22"/>
          <w:lang w:val="es-CO"/>
        </w:rPr>
        <w:t xml:space="preserve"> que iba a garantizarle</w:t>
      </w:r>
      <w:r w:rsidR="00CA209C" w:rsidRPr="00BC6830">
        <w:rPr>
          <w:rStyle w:val="TNR21"/>
          <w:rFonts w:ascii="Arial" w:hAnsi="Arial" w:cs="Arial"/>
          <w:sz w:val="22"/>
          <w:lang w:val="es-CO"/>
        </w:rPr>
        <w:t xml:space="preserve"> </w:t>
      </w:r>
      <w:r w:rsidR="006146DD" w:rsidRPr="00BC6830">
        <w:rPr>
          <w:rStyle w:val="TNR21"/>
          <w:rFonts w:ascii="Arial" w:hAnsi="Arial" w:cs="Arial"/>
          <w:sz w:val="22"/>
          <w:lang w:val="es-CO"/>
        </w:rPr>
        <w:t>medio salario mínimo</w:t>
      </w:r>
      <w:r w:rsidR="006D4EB4" w:rsidRPr="00BC6830">
        <w:rPr>
          <w:rStyle w:val="TNR21"/>
          <w:rFonts w:ascii="Arial" w:hAnsi="Arial" w:cs="Arial"/>
          <w:sz w:val="22"/>
          <w:lang w:val="es-CO"/>
        </w:rPr>
        <w:t xml:space="preserve"> a </w:t>
      </w:r>
      <w:r w:rsidR="006146DD" w:rsidRPr="00BC6830">
        <w:rPr>
          <w:rStyle w:val="TNR21"/>
          <w:rFonts w:ascii="Arial" w:hAnsi="Arial" w:cs="Arial"/>
          <w:sz w:val="22"/>
          <w:lang w:val="es-CO"/>
        </w:rPr>
        <w:t xml:space="preserve"> 3.5 millones de adultos mayores en el país</w:t>
      </w:r>
      <w:r w:rsidR="006D4EB4" w:rsidRPr="00BC6830">
        <w:rPr>
          <w:rStyle w:val="TNR21"/>
          <w:rFonts w:ascii="Arial" w:hAnsi="Arial" w:cs="Arial"/>
          <w:sz w:val="22"/>
          <w:lang w:val="es-CO"/>
        </w:rPr>
        <w:t>,</w:t>
      </w:r>
      <w:r w:rsidR="006146DD" w:rsidRPr="00BC6830">
        <w:rPr>
          <w:rStyle w:val="TNR21"/>
          <w:rFonts w:ascii="Arial" w:hAnsi="Arial" w:cs="Arial"/>
          <w:sz w:val="22"/>
          <w:lang w:val="es-CO"/>
        </w:rPr>
        <w:t xml:space="preserve"> sin embargo</w:t>
      </w:r>
      <w:r w:rsidR="001D00B4">
        <w:rPr>
          <w:rStyle w:val="TNR21"/>
          <w:rFonts w:ascii="Arial" w:hAnsi="Arial" w:cs="Arial"/>
          <w:sz w:val="22"/>
          <w:lang w:val="es-CO"/>
        </w:rPr>
        <w:t>,</w:t>
      </w:r>
      <w:r w:rsidR="006146DD" w:rsidRPr="00BC6830">
        <w:rPr>
          <w:rStyle w:val="TNR21"/>
          <w:rFonts w:ascii="Arial" w:hAnsi="Arial" w:cs="Arial"/>
          <w:sz w:val="22"/>
          <w:lang w:val="es-CO"/>
        </w:rPr>
        <w:t xml:space="preserve"> cuando uno lee la exposición de motivos y cuando uno ve las declaraciones de la </w:t>
      </w:r>
      <w:r w:rsidR="001D00B4">
        <w:rPr>
          <w:rStyle w:val="TNR21"/>
          <w:rFonts w:ascii="Arial" w:hAnsi="Arial" w:cs="Arial"/>
          <w:sz w:val="22"/>
          <w:lang w:val="es-CO"/>
        </w:rPr>
        <w:t>m</w:t>
      </w:r>
      <w:r w:rsidR="006146DD" w:rsidRPr="00BC6830">
        <w:rPr>
          <w:rStyle w:val="TNR21"/>
          <w:rFonts w:ascii="Arial" w:hAnsi="Arial" w:cs="Arial"/>
          <w:sz w:val="22"/>
          <w:lang w:val="es-CO"/>
        </w:rPr>
        <w:t>inistra del trabajo</w:t>
      </w:r>
      <w:r w:rsidR="001D00B4">
        <w:rPr>
          <w:rStyle w:val="TNR21"/>
          <w:rFonts w:ascii="Arial" w:hAnsi="Arial" w:cs="Arial"/>
          <w:sz w:val="22"/>
          <w:lang w:val="es-CO"/>
        </w:rPr>
        <w:t>,</w:t>
      </w:r>
      <w:r w:rsidR="006146DD" w:rsidRPr="00BC6830">
        <w:rPr>
          <w:rStyle w:val="TNR21"/>
          <w:rFonts w:ascii="Arial" w:hAnsi="Arial" w:cs="Arial"/>
          <w:sz w:val="22"/>
          <w:lang w:val="es-CO"/>
        </w:rPr>
        <w:t xml:space="preserve"> a propósito de lo que finalmente terminan radicando en la Comisión Séptima de la del Senado de Colombia</w:t>
      </w:r>
      <w:r w:rsidR="006D4EB4" w:rsidRPr="00BC6830">
        <w:rPr>
          <w:rStyle w:val="TNR21"/>
          <w:rFonts w:ascii="Arial" w:hAnsi="Arial" w:cs="Arial"/>
          <w:sz w:val="22"/>
          <w:lang w:val="es-CO"/>
        </w:rPr>
        <w:t>,</w:t>
      </w:r>
      <w:r w:rsidR="006146DD" w:rsidRPr="00BC6830">
        <w:rPr>
          <w:rStyle w:val="TNR21"/>
          <w:rFonts w:ascii="Arial" w:hAnsi="Arial" w:cs="Arial"/>
          <w:sz w:val="22"/>
          <w:lang w:val="es-CO"/>
        </w:rPr>
        <w:t xml:space="preserve"> uno </w:t>
      </w:r>
      <w:r w:rsidR="006D4EB4" w:rsidRPr="00BC6830">
        <w:rPr>
          <w:rStyle w:val="TNR21"/>
          <w:rFonts w:ascii="Arial" w:hAnsi="Arial" w:cs="Arial"/>
          <w:sz w:val="22"/>
          <w:lang w:val="es-CO"/>
        </w:rPr>
        <w:t xml:space="preserve">se </w:t>
      </w:r>
      <w:r w:rsidR="006146DD" w:rsidRPr="00BC6830">
        <w:rPr>
          <w:rStyle w:val="TNR21"/>
          <w:rFonts w:ascii="Arial" w:hAnsi="Arial" w:cs="Arial"/>
          <w:sz w:val="22"/>
          <w:lang w:val="es-CO"/>
        </w:rPr>
        <w:t xml:space="preserve">da </w:t>
      </w:r>
      <w:r w:rsidR="006D4EB4" w:rsidRPr="00BC6830">
        <w:rPr>
          <w:rStyle w:val="TNR21"/>
          <w:rFonts w:ascii="Arial" w:hAnsi="Arial" w:cs="Arial"/>
          <w:sz w:val="22"/>
          <w:lang w:val="es-CO"/>
        </w:rPr>
        <w:t xml:space="preserve">cuenta </w:t>
      </w:r>
      <w:r w:rsidR="006146DD" w:rsidRPr="00BC6830">
        <w:rPr>
          <w:rStyle w:val="TNR21"/>
          <w:rFonts w:ascii="Arial" w:hAnsi="Arial" w:cs="Arial"/>
          <w:sz w:val="22"/>
          <w:lang w:val="es-CO"/>
        </w:rPr>
        <w:t>que ese monto es reducido considerablemente</w:t>
      </w:r>
      <w:r w:rsidR="006D4EB4" w:rsidRPr="00BC6830">
        <w:rPr>
          <w:rStyle w:val="TNR21"/>
          <w:rFonts w:ascii="Arial" w:hAnsi="Arial" w:cs="Arial"/>
          <w:sz w:val="22"/>
          <w:lang w:val="es-CO"/>
        </w:rPr>
        <w:t>,</w:t>
      </w:r>
      <w:r w:rsidR="006146DD" w:rsidRPr="00BC6830">
        <w:rPr>
          <w:rStyle w:val="TNR21"/>
          <w:rFonts w:ascii="Arial" w:hAnsi="Arial" w:cs="Arial"/>
          <w:sz w:val="22"/>
          <w:lang w:val="es-CO"/>
        </w:rPr>
        <w:t xml:space="preserve"> es reducido a doscientos veintitrés mil ($223.000) que yo reconozco que es un esfuerzo fiscal importante</w:t>
      </w:r>
      <w:r w:rsidR="006D4EB4" w:rsidRPr="00BC6830">
        <w:rPr>
          <w:rStyle w:val="TNR21"/>
          <w:rFonts w:ascii="Arial" w:hAnsi="Arial" w:cs="Arial"/>
          <w:sz w:val="22"/>
          <w:lang w:val="es-CO"/>
        </w:rPr>
        <w:t>,</w:t>
      </w:r>
      <w:r w:rsidR="006146DD" w:rsidRPr="00BC6830">
        <w:rPr>
          <w:rStyle w:val="TNR21"/>
          <w:rFonts w:ascii="Arial" w:hAnsi="Arial" w:cs="Arial"/>
          <w:sz w:val="22"/>
          <w:lang w:val="es-CO"/>
        </w:rPr>
        <w:t xml:space="preserve"> yo en eso doctor Cristo creo que vamos a estar todos acuerdo </w:t>
      </w:r>
      <w:r w:rsidR="006146DD" w:rsidRPr="00BC6830">
        <w:rPr>
          <w:rStyle w:val="TNR21"/>
          <w:rFonts w:ascii="Arial" w:hAnsi="Arial" w:cs="Arial"/>
          <w:sz w:val="22"/>
          <w:lang w:val="es-CO"/>
        </w:rPr>
        <w:lastRenderedPageBreak/>
        <w:t>efectivamente hay que buscar la manera de dignificar la vejez de los adultos mayores colombianos que</w:t>
      </w:r>
      <w:r w:rsidR="001D00B4">
        <w:rPr>
          <w:rStyle w:val="TNR21"/>
          <w:rFonts w:ascii="Arial" w:hAnsi="Arial" w:cs="Arial"/>
          <w:sz w:val="22"/>
          <w:lang w:val="es-CO"/>
        </w:rPr>
        <w:t>,</w:t>
      </w:r>
      <w:r w:rsidR="006146DD" w:rsidRPr="00BC6830">
        <w:rPr>
          <w:rStyle w:val="TNR21"/>
          <w:rFonts w:ascii="Arial" w:hAnsi="Arial" w:cs="Arial"/>
          <w:sz w:val="22"/>
          <w:lang w:val="es-CO"/>
        </w:rPr>
        <w:t xml:space="preserve"> por alguna razón no pudieron llegar a una pensión</w:t>
      </w:r>
      <w:r w:rsidR="006D4EB4" w:rsidRPr="00BC6830">
        <w:rPr>
          <w:rStyle w:val="TNR21"/>
          <w:rFonts w:ascii="Arial" w:hAnsi="Arial" w:cs="Arial"/>
          <w:sz w:val="22"/>
          <w:lang w:val="es-CO"/>
        </w:rPr>
        <w:t>,</w:t>
      </w:r>
      <w:r w:rsidR="006146DD" w:rsidRPr="00BC6830">
        <w:rPr>
          <w:rStyle w:val="TNR21"/>
          <w:rFonts w:ascii="Arial" w:hAnsi="Arial" w:cs="Arial"/>
          <w:sz w:val="22"/>
          <w:lang w:val="es-CO"/>
        </w:rPr>
        <w:t xml:space="preserve"> pero obviamente hay que tener en cuenta consideraciones de </w:t>
      </w:r>
      <w:r w:rsidR="006D4EB4" w:rsidRPr="00BC6830">
        <w:rPr>
          <w:rStyle w:val="TNR21"/>
          <w:rFonts w:ascii="Arial" w:hAnsi="Arial" w:cs="Arial"/>
          <w:sz w:val="22"/>
          <w:lang w:val="es-CO"/>
        </w:rPr>
        <w:t xml:space="preserve">carácter </w:t>
      </w:r>
      <w:r w:rsidR="006146DD" w:rsidRPr="00BC6830">
        <w:rPr>
          <w:rStyle w:val="TNR21"/>
          <w:rFonts w:ascii="Arial" w:hAnsi="Arial" w:cs="Arial"/>
          <w:sz w:val="22"/>
          <w:lang w:val="es-CO"/>
        </w:rPr>
        <w:t>fiscal</w:t>
      </w:r>
      <w:r w:rsidR="006D4EB4" w:rsidRPr="00BC6830">
        <w:rPr>
          <w:rStyle w:val="TNR21"/>
          <w:rFonts w:ascii="Arial" w:hAnsi="Arial" w:cs="Arial"/>
          <w:sz w:val="22"/>
          <w:lang w:val="es-CO"/>
        </w:rPr>
        <w:t>,</w:t>
      </w:r>
      <w:r w:rsidR="006146DD" w:rsidRPr="00BC6830">
        <w:rPr>
          <w:rStyle w:val="TNR21"/>
          <w:rFonts w:ascii="Arial" w:hAnsi="Arial" w:cs="Arial"/>
          <w:sz w:val="22"/>
          <w:lang w:val="es-CO"/>
        </w:rPr>
        <w:t xml:space="preserve"> y en ese sentido en el caso de la reforma pensional de Gobierno de Gustavo Petro</w:t>
      </w:r>
      <w:r w:rsidR="001D00B4">
        <w:rPr>
          <w:rStyle w:val="TNR21"/>
          <w:rFonts w:ascii="Arial" w:hAnsi="Arial" w:cs="Arial"/>
          <w:sz w:val="22"/>
          <w:lang w:val="es-CO"/>
        </w:rPr>
        <w:t>,</w:t>
      </w:r>
      <w:r w:rsidR="006146DD" w:rsidRPr="00BC6830">
        <w:rPr>
          <w:rStyle w:val="TNR21"/>
          <w:rFonts w:ascii="Arial" w:hAnsi="Arial" w:cs="Arial"/>
          <w:sz w:val="22"/>
          <w:lang w:val="es-CO"/>
        </w:rPr>
        <w:t xml:space="preserve"> donde hay unas preocupaciones grandes con el tema</w:t>
      </w:r>
      <w:r w:rsidR="001D00B4">
        <w:rPr>
          <w:rStyle w:val="TNR21"/>
          <w:rFonts w:ascii="Arial" w:hAnsi="Arial" w:cs="Arial"/>
          <w:sz w:val="22"/>
          <w:lang w:val="es-CO"/>
        </w:rPr>
        <w:t>,</w:t>
      </w:r>
      <w:r w:rsidR="006146DD" w:rsidRPr="00BC6830">
        <w:rPr>
          <w:rStyle w:val="TNR21"/>
          <w:rFonts w:ascii="Arial" w:hAnsi="Arial" w:cs="Arial"/>
          <w:sz w:val="22"/>
          <w:lang w:val="es-CO"/>
        </w:rPr>
        <w:t xml:space="preserve"> por ejemplo</w:t>
      </w:r>
      <w:r w:rsidR="001D00B4">
        <w:rPr>
          <w:rStyle w:val="TNR21"/>
          <w:rFonts w:ascii="Arial" w:hAnsi="Arial" w:cs="Arial"/>
          <w:sz w:val="22"/>
          <w:lang w:val="es-CO"/>
        </w:rPr>
        <w:t>,</w:t>
      </w:r>
      <w:r w:rsidR="006146DD" w:rsidRPr="00BC6830">
        <w:rPr>
          <w:rStyle w:val="TNR21"/>
          <w:rFonts w:ascii="Arial" w:hAnsi="Arial" w:cs="Arial"/>
          <w:sz w:val="22"/>
          <w:lang w:val="es-CO"/>
        </w:rPr>
        <w:t xml:space="preserve"> del zarpazo que le está metiendo </w:t>
      </w:r>
      <w:r w:rsidR="001D00B4">
        <w:rPr>
          <w:rStyle w:val="TNR21"/>
          <w:rFonts w:ascii="Arial" w:hAnsi="Arial" w:cs="Arial"/>
          <w:sz w:val="22"/>
          <w:lang w:val="es-CO"/>
        </w:rPr>
        <w:t>a los</w:t>
      </w:r>
      <w:r w:rsidR="00CA209C" w:rsidRPr="00BC6830">
        <w:rPr>
          <w:rStyle w:val="TNR21"/>
          <w:rFonts w:ascii="Arial" w:hAnsi="Arial" w:cs="Arial"/>
          <w:sz w:val="22"/>
          <w:lang w:val="es-CO"/>
        </w:rPr>
        <w:t xml:space="preserve"> </w:t>
      </w:r>
      <w:r w:rsidR="006146DD" w:rsidRPr="00BC6830">
        <w:rPr>
          <w:rStyle w:val="TNR21"/>
          <w:rFonts w:ascii="Arial" w:hAnsi="Arial" w:cs="Arial"/>
          <w:sz w:val="22"/>
          <w:lang w:val="es-CO"/>
        </w:rPr>
        <w:t xml:space="preserve">aportes pensionales futuros de los colombianos y cómo lo van a meter en </w:t>
      </w:r>
      <w:r w:rsidR="001D00B4" w:rsidRPr="00BC6830">
        <w:rPr>
          <w:rStyle w:val="TNR21"/>
          <w:rFonts w:ascii="Arial" w:hAnsi="Arial" w:cs="Arial"/>
          <w:sz w:val="22"/>
          <w:lang w:val="es-CO"/>
        </w:rPr>
        <w:t>COLPENSIONES</w:t>
      </w:r>
      <w:r w:rsidR="00452750" w:rsidRPr="00BC6830">
        <w:rPr>
          <w:rStyle w:val="TNR21"/>
          <w:rFonts w:ascii="Arial" w:hAnsi="Arial" w:cs="Arial"/>
          <w:sz w:val="22"/>
          <w:lang w:val="es-CO"/>
        </w:rPr>
        <w:t>,</w:t>
      </w:r>
      <w:r w:rsidR="006146DD" w:rsidRPr="00BC6830">
        <w:rPr>
          <w:rStyle w:val="TNR21"/>
          <w:rFonts w:ascii="Arial" w:hAnsi="Arial" w:cs="Arial"/>
          <w:sz w:val="22"/>
          <w:lang w:val="es-CO"/>
        </w:rPr>
        <w:t xml:space="preserve"> más allá de las críticas que uno puede tener en ese caso</w:t>
      </w:r>
      <w:r w:rsidR="001D00B4">
        <w:rPr>
          <w:rStyle w:val="TNR21"/>
          <w:rFonts w:ascii="Arial" w:hAnsi="Arial" w:cs="Arial"/>
          <w:sz w:val="22"/>
          <w:lang w:val="es-CO"/>
        </w:rPr>
        <w:t>,</w:t>
      </w:r>
      <w:r w:rsidR="006146DD" w:rsidRPr="00BC6830">
        <w:rPr>
          <w:rStyle w:val="TNR21"/>
          <w:rFonts w:ascii="Arial" w:hAnsi="Arial" w:cs="Arial"/>
          <w:sz w:val="22"/>
          <w:lang w:val="es-CO"/>
        </w:rPr>
        <w:t xml:space="preserve"> ahí hay por lo menos unas fuentes para garantizar ese flujo de recursos</w:t>
      </w:r>
      <w:r w:rsidR="00452750" w:rsidRPr="00BC6830">
        <w:rPr>
          <w:rStyle w:val="TNR21"/>
          <w:rFonts w:ascii="Arial" w:hAnsi="Arial" w:cs="Arial"/>
          <w:sz w:val="22"/>
          <w:lang w:val="es-CO"/>
        </w:rPr>
        <w:t>,</w:t>
      </w:r>
      <w:r w:rsidR="006146DD" w:rsidRPr="00BC6830">
        <w:rPr>
          <w:rStyle w:val="TNR21"/>
          <w:rFonts w:ascii="Arial" w:hAnsi="Arial" w:cs="Arial"/>
          <w:sz w:val="22"/>
          <w:lang w:val="es-CO"/>
        </w:rPr>
        <w:t xml:space="preserve"> en este caso yo quisiera que usted nos indicara cuáles serían esas fuentes</w:t>
      </w:r>
      <w:r w:rsidR="00452750" w:rsidRPr="00BC6830">
        <w:rPr>
          <w:rStyle w:val="TNR21"/>
          <w:rFonts w:ascii="Arial" w:hAnsi="Arial" w:cs="Arial"/>
          <w:sz w:val="22"/>
          <w:lang w:val="es-CO"/>
        </w:rPr>
        <w:t>,</w:t>
      </w:r>
      <w:r w:rsidR="006146DD" w:rsidRPr="00BC6830">
        <w:rPr>
          <w:rStyle w:val="TNR21"/>
          <w:rFonts w:ascii="Arial" w:hAnsi="Arial" w:cs="Arial"/>
          <w:sz w:val="22"/>
          <w:lang w:val="es-CO"/>
        </w:rPr>
        <w:t xml:space="preserve"> por qué sería un monto bastante considerable</w:t>
      </w:r>
      <w:r w:rsidR="001D00B4">
        <w:rPr>
          <w:rStyle w:val="TNR21"/>
          <w:rFonts w:ascii="Arial" w:hAnsi="Arial" w:cs="Arial"/>
          <w:sz w:val="22"/>
          <w:lang w:val="es-CO"/>
        </w:rPr>
        <w:t>,</w:t>
      </w:r>
      <w:r w:rsidR="006146DD" w:rsidRPr="00BC6830">
        <w:rPr>
          <w:rStyle w:val="TNR21"/>
          <w:rFonts w:ascii="Arial" w:hAnsi="Arial" w:cs="Arial"/>
          <w:sz w:val="22"/>
          <w:lang w:val="es-CO"/>
        </w:rPr>
        <w:t xml:space="preserve"> si consideramos esos 3.5 millones de adultos mayores</w:t>
      </w:r>
      <w:r w:rsidR="00452750" w:rsidRPr="00BC6830">
        <w:rPr>
          <w:rStyle w:val="TNR21"/>
          <w:rFonts w:ascii="Arial" w:hAnsi="Arial" w:cs="Arial"/>
          <w:sz w:val="22"/>
          <w:lang w:val="es-CO"/>
        </w:rPr>
        <w:t>,</w:t>
      </w:r>
      <w:r w:rsidR="006146DD" w:rsidRPr="00BC6830">
        <w:rPr>
          <w:rStyle w:val="TNR21"/>
          <w:rFonts w:ascii="Arial" w:hAnsi="Arial" w:cs="Arial"/>
          <w:sz w:val="22"/>
          <w:lang w:val="es-CO"/>
        </w:rPr>
        <w:t xml:space="preserve"> si consideramos que fuera medio salario mínimo eso estaría más o </w:t>
      </w:r>
      <w:r w:rsidR="00452750" w:rsidRPr="00BC6830">
        <w:rPr>
          <w:rStyle w:val="TNR21"/>
          <w:rFonts w:ascii="Arial" w:hAnsi="Arial" w:cs="Arial"/>
          <w:sz w:val="22"/>
          <w:lang w:val="es-CO"/>
        </w:rPr>
        <w:t xml:space="preserve">menos </w:t>
      </w:r>
      <w:r w:rsidR="006146DD" w:rsidRPr="00BC6830">
        <w:rPr>
          <w:rStyle w:val="TNR21"/>
          <w:rFonts w:ascii="Arial" w:hAnsi="Arial" w:cs="Arial"/>
          <w:sz w:val="22"/>
          <w:lang w:val="es-CO"/>
        </w:rPr>
        <w:t>bordeando los veinte billones de pesos ($20.000.000.000.000) requeridos para cada año de aquí en adelante</w:t>
      </w:r>
      <w:r w:rsidR="00452750" w:rsidRPr="00BC6830">
        <w:rPr>
          <w:rStyle w:val="TNR21"/>
          <w:rFonts w:ascii="Arial" w:hAnsi="Arial" w:cs="Arial"/>
          <w:sz w:val="22"/>
          <w:lang w:val="es-CO"/>
        </w:rPr>
        <w:t>,</w:t>
      </w:r>
      <w:r w:rsidR="006146DD" w:rsidRPr="00BC6830">
        <w:rPr>
          <w:rStyle w:val="TNR21"/>
          <w:rFonts w:ascii="Arial" w:hAnsi="Arial" w:cs="Arial"/>
          <w:sz w:val="22"/>
          <w:lang w:val="es-CO"/>
        </w:rPr>
        <w:t xml:space="preserve"> entonces yo creo que eso pues sería interesante que se nos aclara</w:t>
      </w:r>
      <w:r w:rsidR="00452750" w:rsidRPr="00BC6830">
        <w:rPr>
          <w:rStyle w:val="TNR21"/>
          <w:rFonts w:ascii="Arial" w:hAnsi="Arial" w:cs="Arial"/>
          <w:sz w:val="22"/>
          <w:lang w:val="es-CO"/>
        </w:rPr>
        <w:t>,</w:t>
      </w:r>
      <w:r w:rsidR="006146DD" w:rsidRPr="00BC6830">
        <w:rPr>
          <w:rStyle w:val="TNR21"/>
          <w:rFonts w:ascii="Arial" w:hAnsi="Arial" w:cs="Arial"/>
          <w:sz w:val="22"/>
          <w:lang w:val="es-CO"/>
        </w:rPr>
        <w:t xml:space="preserve"> porque más allá de las buenas intenciones que comparto con usted doctor Cristo y celebro que usted tenga en cuenta a esos adultos mayores cuya vejez hay que buscar la manera de dignificar</w:t>
      </w:r>
      <w:r w:rsidR="00452750" w:rsidRPr="00BC6830">
        <w:rPr>
          <w:rStyle w:val="TNR21"/>
          <w:rFonts w:ascii="Arial" w:hAnsi="Arial" w:cs="Arial"/>
          <w:sz w:val="22"/>
          <w:lang w:val="es-CO"/>
        </w:rPr>
        <w:t>,</w:t>
      </w:r>
      <w:r w:rsidR="006146DD" w:rsidRPr="00BC6830">
        <w:rPr>
          <w:rStyle w:val="TNR21"/>
          <w:rFonts w:ascii="Arial" w:hAnsi="Arial" w:cs="Arial"/>
          <w:sz w:val="22"/>
          <w:lang w:val="es-CO"/>
        </w:rPr>
        <w:t xml:space="preserve"> más allá de eso yo sí tengo unas </w:t>
      </w:r>
      <w:r w:rsidR="00452750" w:rsidRPr="00BC6830">
        <w:rPr>
          <w:rStyle w:val="TNR21"/>
          <w:rFonts w:ascii="Arial" w:hAnsi="Arial" w:cs="Arial"/>
          <w:sz w:val="22"/>
          <w:lang w:val="es-CO"/>
        </w:rPr>
        <w:t>pre</w:t>
      </w:r>
      <w:r w:rsidR="006146DD" w:rsidRPr="00BC6830">
        <w:rPr>
          <w:rStyle w:val="TNR21"/>
          <w:rFonts w:ascii="Arial" w:hAnsi="Arial" w:cs="Arial"/>
          <w:sz w:val="22"/>
          <w:lang w:val="es-CO"/>
        </w:rPr>
        <w:t>ocupaciones fiscales bastante grandes</w:t>
      </w:r>
      <w:r w:rsidR="00452750" w:rsidRPr="00BC6830">
        <w:rPr>
          <w:rStyle w:val="TNR21"/>
          <w:rFonts w:ascii="Arial" w:hAnsi="Arial" w:cs="Arial"/>
          <w:sz w:val="22"/>
          <w:lang w:val="es-CO"/>
        </w:rPr>
        <w:t>,</w:t>
      </w:r>
      <w:r w:rsidR="006146DD" w:rsidRPr="00BC6830">
        <w:rPr>
          <w:rStyle w:val="TNR21"/>
          <w:rFonts w:ascii="Arial" w:hAnsi="Arial" w:cs="Arial"/>
          <w:sz w:val="22"/>
          <w:lang w:val="es-CO"/>
        </w:rPr>
        <w:t xml:space="preserve"> gr</w:t>
      </w:r>
      <w:r w:rsidR="00452750" w:rsidRPr="00BC6830">
        <w:rPr>
          <w:rStyle w:val="TNR21"/>
          <w:rFonts w:ascii="Arial" w:hAnsi="Arial" w:cs="Arial"/>
          <w:sz w:val="22"/>
          <w:lang w:val="es-CO"/>
        </w:rPr>
        <w:t>acias</w:t>
      </w:r>
      <w:r w:rsidR="006146DD" w:rsidRPr="00BC6830">
        <w:rPr>
          <w:rStyle w:val="TNR21"/>
          <w:rFonts w:ascii="Arial" w:hAnsi="Arial" w:cs="Arial"/>
          <w:sz w:val="22"/>
          <w:lang w:val="es-CO"/>
        </w:rPr>
        <w:t>.</w:t>
      </w:r>
    </w:p>
    <w:p w14:paraId="3E04AF29" w14:textId="77777777" w:rsidR="00452750" w:rsidRPr="00BC6830" w:rsidRDefault="00452750" w:rsidP="00667EBF">
      <w:pPr>
        <w:pStyle w:val="Sinespaciado"/>
        <w:jc w:val="both"/>
        <w:rPr>
          <w:rStyle w:val="TNR21"/>
          <w:rFonts w:ascii="Arial" w:hAnsi="Arial" w:cs="Arial"/>
          <w:sz w:val="22"/>
          <w:lang w:val="es-CO"/>
        </w:rPr>
      </w:pPr>
    </w:p>
    <w:p w14:paraId="54C08140" w14:textId="77777777" w:rsidR="00452750"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452750" w:rsidRPr="00BC6830">
        <w:rPr>
          <w:rStyle w:val="TNR21"/>
          <w:rFonts w:ascii="Arial" w:hAnsi="Arial" w:cs="Arial"/>
          <w:sz w:val="22"/>
          <w:lang w:val="es-CO"/>
        </w:rPr>
        <w:t>M</w:t>
      </w:r>
      <w:r w:rsidR="006146DD" w:rsidRPr="00BC6830">
        <w:rPr>
          <w:rStyle w:val="TNR21"/>
          <w:rFonts w:ascii="Arial" w:hAnsi="Arial" w:cs="Arial"/>
          <w:sz w:val="22"/>
          <w:lang w:val="es-CO"/>
        </w:rPr>
        <w:t xml:space="preserve">uchas </w:t>
      </w:r>
      <w:r w:rsidR="001D00B4">
        <w:rPr>
          <w:rStyle w:val="TNR21"/>
          <w:rFonts w:ascii="Arial" w:hAnsi="Arial" w:cs="Arial"/>
          <w:sz w:val="22"/>
          <w:lang w:val="es-CO"/>
        </w:rPr>
        <w:t xml:space="preserve">gracias </w:t>
      </w:r>
      <w:r w:rsidR="006146DD" w:rsidRPr="00BC6830">
        <w:rPr>
          <w:rStyle w:val="TNR21"/>
          <w:rFonts w:ascii="Arial" w:hAnsi="Arial" w:cs="Arial"/>
          <w:sz w:val="22"/>
          <w:lang w:val="es-CO"/>
        </w:rPr>
        <w:t>Representante</w:t>
      </w:r>
      <w:r w:rsidR="00452750" w:rsidRPr="00BC6830">
        <w:rPr>
          <w:rStyle w:val="TNR21"/>
          <w:rFonts w:ascii="Arial" w:hAnsi="Arial" w:cs="Arial"/>
          <w:sz w:val="22"/>
          <w:lang w:val="es-CO"/>
        </w:rPr>
        <w:t>,</w:t>
      </w:r>
      <w:r w:rsidR="006146DD" w:rsidRPr="00BC6830">
        <w:rPr>
          <w:rStyle w:val="TNR21"/>
          <w:rFonts w:ascii="Arial" w:hAnsi="Arial" w:cs="Arial"/>
          <w:sz w:val="22"/>
          <w:lang w:val="es-CO"/>
        </w:rPr>
        <w:t xml:space="preserve"> bien</w:t>
      </w:r>
      <w:r w:rsidR="00CA209C" w:rsidRPr="00BC6830">
        <w:rPr>
          <w:rStyle w:val="TNR21"/>
          <w:rFonts w:ascii="Arial" w:hAnsi="Arial" w:cs="Arial"/>
          <w:sz w:val="22"/>
          <w:lang w:val="es-CO"/>
        </w:rPr>
        <w:t xml:space="preserve"> </w:t>
      </w:r>
      <w:r w:rsidR="006146DD" w:rsidRPr="00BC6830">
        <w:rPr>
          <w:rStyle w:val="TNR21"/>
          <w:rFonts w:ascii="Arial" w:hAnsi="Arial" w:cs="Arial"/>
          <w:sz w:val="22"/>
          <w:lang w:val="es-CO"/>
        </w:rPr>
        <w:t xml:space="preserve">tiene la palabra </w:t>
      </w:r>
      <w:r w:rsidR="00776517" w:rsidRPr="00BC6830">
        <w:rPr>
          <w:rStyle w:val="TNR21"/>
          <w:rFonts w:ascii="Arial" w:hAnsi="Arial" w:cs="Arial"/>
          <w:sz w:val="22"/>
          <w:lang w:val="es-CO"/>
        </w:rPr>
        <w:t xml:space="preserve">el </w:t>
      </w:r>
      <w:r w:rsidR="006146DD" w:rsidRPr="00BC6830">
        <w:rPr>
          <w:rStyle w:val="TNR21"/>
          <w:rFonts w:ascii="Arial" w:hAnsi="Arial" w:cs="Arial"/>
          <w:sz w:val="22"/>
          <w:lang w:val="es-CO"/>
        </w:rPr>
        <w:t>Representante Jairo Cristo</w:t>
      </w:r>
      <w:r w:rsidR="00452750" w:rsidRPr="00BC6830">
        <w:rPr>
          <w:rStyle w:val="TNR21"/>
          <w:rFonts w:ascii="Arial" w:hAnsi="Arial" w:cs="Arial"/>
          <w:sz w:val="22"/>
          <w:lang w:val="es-CO"/>
        </w:rPr>
        <w:t>.</w:t>
      </w:r>
    </w:p>
    <w:p w14:paraId="782B476B" w14:textId="77777777" w:rsidR="00452750" w:rsidRPr="00BC6830" w:rsidRDefault="00452750" w:rsidP="00667EBF">
      <w:pPr>
        <w:pStyle w:val="Sinespaciado"/>
        <w:jc w:val="both"/>
        <w:rPr>
          <w:rStyle w:val="TNR21"/>
          <w:rFonts w:ascii="Arial" w:hAnsi="Arial" w:cs="Arial"/>
          <w:sz w:val="22"/>
          <w:lang w:val="es-CO"/>
        </w:rPr>
      </w:pPr>
    </w:p>
    <w:p w14:paraId="2F5FC58A" w14:textId="77777777" w:rsidR="00950954" w:rsidRPr="00BC6830" w:rsidRDefault="00B1577F" w:rsidP="00667EBF">
      <w:pPr>
        <w:pStyle w:val="Sinespaciado"/>
        <w:jc w:val="both"/>
        <w:rPr>
          <w:rStyle w:val="TNR21"/>
          <w:rFonts w:ascii="Arial" w:hAnsi="Arial" w:cs="Arial"/>
          <w:sz w:val="22"/>
          <w:lang w:val="es-CO"/>
        </w:rPr>
      </w:pPr>
      <w:r w:rsidRPr="000D177E">
        <w:rPr>
          <w:rStyle w:val="TNR21"/>
          <w:rFonts w:ascii="Arial" w:hAnsi="Arial" w:cs="Arial"/>
          <w:b/>
          <w:sz w:val="22"/>
          <w:lang w:val="es-CO"/>
        </w:rPr>
        <w:t>H. Representante</w:t>
      </w:r>
      <w:r w:rsidR="006146DD" w:rsidRPr="000D177E">
        <w:rPr>
          <w:rStyle w:val="TNR21"/>
          <w:rFonts w:ascii="Arial" w:hAnsi="Arial" w:cs="Arial"/>
          <w:b/>
          <w:sz w:val="22"/>
          <w:lang w:val="es-CO"/>
        </w:rPr>
        <w:t xml:space="preserve"> Jairo Humberto Cristo Correa</w:t>
      </w:r>
      <w:r w:rsidR="006146DD" w:rsidRPr="00BC6830">
        <w:rPr>
          <w:rStyle w:val="TNR21"/>
          <w:rFonts w:ascii="Arial" w:hAnsi="Arial" w:cs="Arial"/>
          <w:b/>
          <w:sz w:val="22"/>
          <w:lang w:val="es-CO"/>
        </w:rPr>
        <w:t>:</w:t>
      </w:r>
      <w:r w:rsidR="006146DD" w:rsidRPr="00BC6830">
        <w:rPr>
          <w:rStyle w:val="TNR21"/>
          <w:rFonts w:ascii="Arial" w:hAnsi="Arial" w:cs="Arial"/>
          <w:sz w:val="22"/>
          <w:lang w:val="es-CO"/>
        </w:rPr>
        <w:t xml:space="preserve"> </w:t>
      </w:r>
      <w:r w:rsidR="00452750" w:rsidRPr="00BC6830">
        <w:rPr>
          <w:rStyle w:val="TNR21"/>
          <w:rFonts w:ascii="Arial" w:hAnsi="Arial" w:cs="Arial"/>
          <w:sz w:val="22"/>
          <w:lang w:val="es-CO"/>
        </w:rPr>
        <w:t>G</w:t>
      </w:r>
      <w:r w:rsidR="006146DD" w:rsidRPr="00BC6830">
        <w:rPr>
          <w:rStyle w:val="TNR21"/>
          <w:rFonts w:ascii="Arial" w:hAnsi="Arial" w:cs="Arial"/>
          <w:sz w:val="22"/>
          <w:lang w:val="es-CO"/>
        </w:rPr>
        <w:t>racias Presidente</w:t>
      </w:r>
      <w:r w:rsidR="00452750" w:rsidRPr="00BC6830">
        <w:rPr>
          <w:rStyle w:val="TNR21"/>
          <w:rFonts w:ascii="Arial" w:hAnsi="Arial" w:cs="Arial"/>
          <w:sz w:val="22"/>
          <w:lang w:val="es-CO"/>
        </w:rPr>
        <w:t>,</w:t>
      </w:r>
      <w:r w:rsidR="003562B1">
        <w:rPr>
          <w:rStyle w:val="TNR21"/>
          <w:rFonts w:ascii="Arial" w:hAnsi="Arial" w:cs="Arial"/>
          <w:sz w:val="22"/>
          <w:lang w:val="es-CO"/>
        </w:rPr>
        <w:t xml:space="preserve"> bueno primero que todo,</w:t>
      </w:r>
      <w:r w:rsidR="006146DD" w:rsidRPr="00BC6830">
        <w:rPr>
          <w:rStyle w:val="TNR21"/>
          <w:rFonts w:ascii="Arial" w:hAnsi="Arial" w:cs="Arial"/>
          <w:sz w:val="22"/>
          <w:lang w:val="es-CO"/>
        </w:rPr>
        <w:t xml:space="preserve"> agradecer a los compañeros porque creo yo que estamos de acuerdo</w:t>
      </w:r>
      <w:r w:rsidR="00776517" w:rsidRPr="00BC6830">
        <w:rPr>
          <w:rStyle w:val="TNR21"/>
          <w:rFonts w:ascii="Arial" w:hAnsi="Arial" w:cs="Arial"/>
          <w:sz w:val="22"/>
          <w:lang w:val="es-CO"/>
        </w:rPr>
        <w:t>,</w:t>
      </w:r>
      <w:r w:rsidR="006146DD" w:rsidRPr="00BC6830">
        <w:rPr>
          <w:rStyle w:val="TNR21"/>
          <w:rFonts w:ascii="Arial" w:hAnsi="Arial" w:cs="Arial"/>
          <w:sz w:val="22"/>
          <w:lang w:val="es-CO"/>
        </w:rPr>
        <w:t xml:space="preserve"> y como siempre lo digo y repito hoy</w:t>
      </w:r>
      <w:r w:rsidR="00776517" w:rsidRPr="00BC6830">
        <w:rPr>
          <w:rStyle w:val="TNR21"/>
          <w:rFonts w:ascii="Arial" w:hAnsi="Arial" w:cs="Arial"/>
          <w:sz w:val="22"/>
          <w:lang w:val="es-CO"/>
        </w:rPr>
        <w:t>,</w:t>
      </w:r>
      <w:r w:rsidR="006146DD" w:rsidRPr="00BC6830">
        <w:rPr>
          <w:rStyle w:val="TNR21"/>
          <w:rFonts w:ascii="Arial" w:hAnsi="Arial" w:cs="Arial"/>
          <w:sz w:val="22"/>
          <w:lang w:val="es-CO"/>
        </w:rPr>
        <w:t xml:space="preserve"> en esta sala las verdades no son absolutas</w:t>
      </w:r>
      <w:r w:rsidR="008131DF">
        <w:rPr>
          <w:rStyle w:val="TNR21"/>
          <w:rFonts w:ascii="Arial" w:hAnsi="Arial" w:cs="Arial"/>
          <w:sz w:val="22"/>
          <w:lang w:val="es-CO"/>
        </w:rPr>
        <w:t>,</w:t>
      </w:r>
      <w:r w:rsidR="006146DD" w:rsidRPr="00BC6830">
        <w:rPr>
          <w:rStyle w:val="TNR21"/>
          <w:rFonts w:ascii="Arial" w:hAnsi="Arial" w:cs="Arial"/>
          <w:sz w:val="22"/>
          <w:lang w:val="es-CO"/>
        </w:rPr>
        <w:t xml:space="preserve"> yo creo que en esta sala cada quien tiene su verdad y cada quien defiende su verdad</w:t>
      </w:r>
      <w:r w:rsidR="00776517" w:rsidRPr="00BC6830">
        <w:rPr>
          <w:rStyle w:val="TNR21"/>
          <w:rFonts w:ascii="Arial" w:hAnsi="Arial" w:cs="Arial"/>
          <w:sz w:val="22"/>
          <w:lang w:val="es-CO"/>
        </w:rPr>
        <w:t>,</w:t>
      </w:r>
      <w:r w:rsidR="006146DD" w:rsidRPr="00BC6830">
        <w:rPr>
          <w:rStyle w:val="TNR21"/>
          <w:rFonts w:ascii="Arial" w:hAnsi="Arial" w:cs="Arial"/>
          <w:sz w:val="22"/>
          <w:lang w:val="es-CO"/>
        </w:rPr>
        <w:t xml:space="preserve"> y un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qué es y una ponencia qué es</w:t>
      </w:r>
      <w:r w:rsidR="008131DF">
        <w:rPr>
          <w:rStyle w:val="TNR21"/>
          <w:rFonts w:ascii="Arial" w:hAnsi="Arial" w:cs="Arial"/>
          <w:sz w:val="22"/>
          <w:lang w:val="es-CO"/>
        </w:rPr>
        <w:t>, es</w:t>
      </w:r>
      <w:r w:rsidR="006146DD" w:rsidRPr="00BC6830">
        <w:rPr>
          <w:rStyle w:val="TNR21"/>
          <w:rFonts w:ascii="Arial" w:hAnsi="Arial" w:cs="Arial"/>
          <w:sz w:val="22"/>
          <w:lang w:val="es-CO"/>
        </w:rPr>
        <w:t xml:space="preserve"> la construcción de las verdades que el país requiere</w:t>
      </w:r>
      <w:r w:rsidR="00776517" w:rsidRPr="00BC6830">
        <w:rPr>
          <w:rStyle w:val="TNR21"/>
          <w:rFonts w:ascii="Arial" w:hAnsi="Arial" w:cs="Arial"/>
          <w:sz w:val="22"/>
          <w:lang w:val="es-CO"/>
        </w:rPr>
        <w:t>,</w:t>
      </w:r>
      <w:r w:rsidR="006146DD" w:rsidRPr="00BC6830">
        <w:rPr>
          <w:rStyle w:val="TNR21"/>
          <w:rFonts w:ascii="Arial" w:hAnsi="Arial" w:cs="Arial"/>
          <w:sz w:val="22"/>
          <w:lang w:val="es-CO"/>
        </w:rPr>
        <w:t xml:space="preserve"> entonces acá estamos construyendo esas verdades con inquietudes válidas</w:t>
      </w:r>
      <w:r w:rsidR="00776517" w:rsidRPr="00BC6830">
        <w:rPr>
          <w:rStyle w:val="TNR21"/>
          <w:rFonts w:ascii="Arial" w:hAnsi="Arial" w:cs="Arial"/>
          <w:sz w:val="22"/>
          <w:lang w:val="es-CO"/>
        </w:rPr>
        <w:t>,</w:t>
      </w:r>
      <w:r w:rsidR="006146DD" w:rsidRPr="00BC6830">
        <w:rPr>
          <w:rStyle w:val="TNR21"/>
          <w:rFonts w:ascii="Arial" w:hAnsi="Arial" w:cs="Arial"/>
          <w:sz w:val="22"/>
          <w:lang w:val="es-CO"/>
        </w:rPr>
        <w:t xml:space="preserve"> que muchas veces nos preocupa situaciones de tipo fiscal frente al tema de la equidad que el país requiere</w:t>
      </w:r>
      <w:r w:rsidR="008131DF">
        <w:rPr>
          <w:rStyle w:val="TNR21"/>
          <w:rFonts w:ascii="Arial" w:hAnsi="Arial" w:cs="Arial"/>
          <w:sz w:val="22"/>
          <w:lang w:val="es-CO"/>
        </w:rPr>
        <w:t>. L</w:t>
      </w:r>
      <w:r w:rsidR="006146DD" w:rsidRPr="00BC6830">
        <w:rPr>
          <w:rStyle w:val="TNR21"/>
          <w:rFonts w:ascii="Arial" w:hAnsi="Arial" w:cs="Arial"/>
          <w:sz w:val="22"/>
          <w:lang w:val="es-CO"/>
        </w:rPr>
        <w:t>os conceptos que están allí</w:t>
      </w:r>
      <w:r w:rsidR="00776517" w:rsidRPr="00BC6830">
        <w:rPr>
          <w:rStyle w:val="TNR21"/>
          <w:rFonts w:ascii="Arial" w:hAnsi="Arial" w:cs="Arial"/>
          <w:sz w:val="22"/>
          <w:lang w:val="es-CO"/>
        </w:rPr>
        <w:t>,</w:t>
      </w:r>
      <w:r w:rsidR="006146DD" w:rsidRPr="00BC6830">
        <w:rPr>
          <w:rStyle w:val="TNR21"/>
          <w:rFonts w:ascii="Arial" w:hAnsi="Arial" w:cs="Arial"/>
          <w:sz w:val="22"/>
          <w:lang w:val="es-CO"/>
        </w:rPr>
        <w:t xml:space="preserve"> este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ha sido presentado en varias ocasiones</w:t>
      </w:r>
      <w:r w:rsidR="008131DF">
        <w:rPr>
          <w:rStyle w:val="TNR21"/>
          <w:rFonts w:ascii="Arial" w:hAnsi="Arial" w:cs="Arial"/>
          <w:sz w:val="22"/>
          <w:lang w:val="es-CO"/>
        </w:rPr>
        <w:t>,</w:t>
      </w:r>
      <w:r w:rsidR="006146DD" w:rsidRPr="00BC6830">
        <w:rPr>
          <w:rStyle w:val="TNR21"/>
          <w:rFonts w:ascii="Arial" w:hAnsi="Arial" w:cs="Arial"/>
          <w:sz w:val="22"/>
          <w:lang w:val="es-CO"/>
        </w:rPr>
        <w:t xml:space="preserve"> siempre Hacienda</w:t>
      </w:r>
      <w:r w:rsidR="00CA209C" w:rsidRPr="00BC6830">
        <w:rPr>
          <w:rStyle w:val="TNR21"/>
          <w:rFonts w:ascii="Arial" w:hAnsi="Arial" w:cs="Arial"/>
          <w:sz w:val="22"/>
          <w:lang w:val="es-CO"/>
        </w:rPr>
        <w:t xml:space="preserve"> </w:t>
      </w:r>
      <w:r w:rsidR="006146DD" w:rsidRPr="00BC6830">
        <w:rPr>
          <w:rStyle w:val="TNR21"/>
          <w:rFonts w:ascii="Arial" w:hAnsi="Arial" w:cs="Arial"/>
          <w:sz w:val="22"/>
          <w:lang w:val="es-CO"/>
        </w:rPr>
        <w:t>no ha estado de acuerdo</w:t>
      </w:r>
      <w:r w:rsidR="00776517" w:rsidRPr="00BC6830">
        <w:rPr>
          <w:rStyle w:val="TNR21"/>
          <w:rFonts w:ascii="Arial" w:hAnsi="Arial" w:cs="Arial"/>
          <w:sz w:val="22"/>
          <w:lang w:val="es-CO"/>
        </w:rPr>
        <w:t>,</w:t>
      </w:r>
      <w:r w:rsidR="006146DD" w:rsidRPr="00BC6830">
        <w:rPr>
          <w:rStyle w:val="TNR21"/>
          <w:rFonts w:ascii="Arial" w:hAnsi="Arial" w:cs="Arial"/>
          <w:sz w:val="22"/>
          <w:lang w:val="es-CO"/>
        </w:rPr>
        <w:t xml:space="preserve"> pero si usted notó en mi intervención</w:t>
      </w:r>
      <w:r w:rsidR="008131DF">
        <w:rPr>
          <w:rStyle w:val="TNR21"/>
          <w:rFonts w:ascii="Arial" w:hAnsi="Arial" w:cs="Arial"/>
          <w:sz w:val="22"/>
          <w:lang w:val="es-CO"/>
        </w:rPr>
        <w:t>,</w:t>
      </w:r>
      <w:r w:rsidR="006146DD" w:rsidRPr="00BC6830">
        <w:rPr>
          <w:rStyle w:val="TNR21"/>
          <w:rFonts w:ascii="Arial" w:hAnsi="Arial" w:cs="Arial"/>
          <w:sz w:val="22"/>
          <w:lang w:val="es-CO"/>
        </w:rPr>
        <w:t xml:space="preserve"> de pronto no se escuchó mucho</w:t>
      </w:r>
      <w:r w:rsidR="00776517" w:rsidRPr="00BC6830">
        <w:rPr>
          <w:rStyle w:val="TNR21"/>
          <w:rFonts w:ascii="Arial" w:hAnsi="Arial" w:cs="Arial"/>
          <w:sz w:val="22"/>
          <w:lang w:val="es-CO"/>
        </w:rPr>
        <w:t>,</w:t>
      </w:r>
      <w:r w:rsidR="006146DD" w:rsidRPr="00BC6830">
        <w:rPr>
          <w:rStyle w:val="TNR21"/>
          <w:rFonts w:ascii="Arial" w:hAnsi="Arial" w:cs="Arial"/>
          <w:sz w:val="22"/>
          <w:lang w:val="es-CO"/>
        </w:rPr>
        <w:t xml:space="preserve"> y no es que esté en desacuerdo con eso</w:t>
      </w:r>
      <w:r w:rsidR="008131DF">
        <w:rPr>
          <w:rStyle w:val="TNR21"/>
          <w:rFonts w:ascii="Arial" w:hAnsi="Arial" w:cs="Arial"/>
          <w:sz w:val="22"/>
          <w:lang w:val="es-CO"/>
        </w:rPr>
        <w:t>,</w:t>
      </w:r>
      <w:r w:rsidR="006146DD" w:rsidRPr="00BC6830">
        <w:rPr>
          <w:rStyle w:val="TNR21"/>
          <w:rFonts w:ascii="Arial" w:hAnsi="Arial" w:cs="Arial"/>
          <w:sz w:val="22"/>
          <w:lang w:val="es-CO"/>
        </w:rPr>
        <w:t xml:space="preserve"> pero si tenemos para unas cosas hay que tener para otras</w:t>
      </w:r>
      <w:r w:rsidR="00776517" w:rsidRPr="00BC6830">
        <w:rPr>
          <w:rStyle w:val="TNR21"/>
          <w:rFonts w:ascii="Arial" w:hAnsi="Arial" w:cs="Arial"/>
          <w:sz w:val="22"/>
          <w:lang w:val="es-CO"/>
        </w:rPr>
        <w:t>,</w:t>
      </w:r>
      <w:r w:rsidR="006146DD" w:rsidRPr="00BC6830">
        <w:rPr>
          <w:rStyle w:val="TNR21"/>
          <w:rFonts w:ascii="Arial" w:hAnsi="Arial" w:cs="Arial"/>
          <w:sz w:val="22"/>
          <w:lang w:val="es-CO"/>
        </w:rPr>
        <w:t xml:space="preserve"> el país tiene un fondo de compensación de combustibles que estaba en treinta y cinco billones</w:t>
      </w:r>
      <w:r w:rsidR="00776517" w:rsidRPr="00BC6830">
        <w:rPr>
          <w:rStyle w:val="TNR21"/>
          <w:rFonts w:ascii="Arial" w:hAnsi="Arial" w:cs="Arial"/>
          <w:sz w:val="22"/>
          <w:lang w:val="es-CO"/>
        </w:rPr>
        <w:t xml:space="preserve"> de pesos ($35.000.000.000.000), </w:t>
      </w:r>
      <w:r w:rsidR="006146DD" w:rsidRPr="00BC6830">
        <w:rPr>
          <w:rStyle w:val="TNR21"/>
          <w:rFonts w:ascii="Arial" w:hAnsi="Arial" w:cs="Arial"/>
          <w:sz w:val="22"/>
          <w:lang w:val="es-CO"/>
        </w:rPr>
        <w:t>donde la gasolina de todos los colombianos tiene un subsidio porque no está acorde a los precios internacionales</w:t>
      </w:r>
      <w:r w:rsidR="00776517" w:rsidRPr="00BC6830">
        <w:rPr>
          <w:rStyle w:val="TNR21"/>
          <w:rFonts w:ascii="Arial" w:hAnsi="Arial" w:cs="Arial"/>
          <w:sz w:val="22"/>
          <w:lang w:val="es-CO"/>
        </w:rPr>
        <w:t>,</w:t>
      </w:r>
      <w:r w:rsidR="006146DD" w:rsidRPr="00BC6830">
        <w:rPr>
          <w:rStyle w:val="TNR21"/>
          <w:rFonts w:ascii="Arial" w:hAnsi="Arial" w:cs="Arial"/>
          <w:sz w:val="22"/>
          <w:lang w:val="es-CO"/>
        </w:rPr>
        <w:t xml:space="preserve"> y es ahí e</w:t>
      </w:r>
      <w:r w:rsidR="00776517" w:rsidRPr="00BC6830">
        <w:rPr>
          <w:rStyle w:val="TNR21"/>
          <w:rFonts w:ascii="Arial" w:hAnsi="Arial" w:cs="Arial"/>
          <w:sz w:val="22"/>
          <w:lang w:val="es-CO"/>
        </w:rPr>
        <w:t>n</w:t>
      </w:r>
      <w:r w:rsidR="006146DD" w:rsidRPr="00BC6830">
        <w:rPr>
          <w:rStyle w:val="TNR21"/>
          <w:rFonts w:ascii="Arial" w:hAnsi="Arial" w:cs="Arial"/>
          <w:sz w:val="22"/>
          <w:lang w:val="es-CO"/>
        </w:rPr>
        <w:t xml:space="preserve"> donde</w:t>
      </w:r>
      <w:r w:rsidR="008131DF">
        <w:rPr>
          <w:rStyle w:val="TNR21"/>
          <w:rFonts w:ascii="Arial" w:hAnsi="Arial" w:cs="Arial"/>
          <w:sz w:val="22"/>
          <w:lang w:val="es-CO"/>
        </w:rPr>
        <w:t xml:space="preserve"> uno</w:t>
      </w:r>
      <w:r w:rsidR="006146DD" w:rsidRPr="00BC6830">
        <w:rPr>
          <w:rStyle w:val="TNR21"/>
          <w:rFonts w:ascii="Arial" w:hAnsi="Arial" w:cs="Arial"/>
          <w:sz w:val="22"/>
          <w:lang w:val="es-CO"/>
        </w:rPr>
        <w:t xml:space="preserve"> ya tiene que comenzar a ver la equidad sí</w:t>
      </w:r>
      <w:r w:rsidR="00776517" w:rsidRPr="00BC6830">
        <w:rPr>
          <w:rStyle w:val="TNR21"/>
          <w:rFonts w:ascii="Arial" w:hAnsi="Arial" w:cs="Arial"/>
          <w:sz w:val="22"/>
          <w:lang w:val="es-CO"/>
        </w:rPr>
        <w:t>,</w:t>
      </w:r>
      <w:r w:rsidR="006146DD" w:rsidRPr="00BC6830">
        <w:rPr>
          <w:rStyle w:val="TNR21"/>
          <w:rFonts w:ascii="Arial" w:hAnsi="Arial" w:cs="Arial"/>
          <w:sz w:val="22"/>
          <w:lang w:val="es-CO"/>
        </w:rPr>
        <w:t xml:space="preserve"> no la igualdad</w:t>
      </w:r>
      <w:r w:rsidR="00776517" w:rsidRPr="00BC6830">
        <w:rPr>
          <w:rStyle w:val="TNR21"/>
          <w:rFonts w:ascii="Arial" w:hAnsi="Arial" w:cs="Arial"/>
          <w:sz w:val="22"/>
          <w:lang w:val="es-CO"/>
        </w:rPr>
        <w:t>,</w:t>
      </w:r>
      <w:r w:rsidR="006146DD" w:rsidRPr="00BC6830">
        <w:rPr>
          <w:rStyle w:val="TNR21"/>
          <w:rFonts w:ascii="Arial" w:hAnsi="Arial" w:cs="Arial"/>
          <w:sz w:val="22"/>
          <w:lang w:val="es-CO"/>
        </w:rPr>
        <w:t xml:space="preserve"> sino la equidad</w:t>
      </w:r>
      <w:r w:rsidR="00776517" w:rsidRPr="00BC6830">
        <w:rPr>
          <w:rStyle w:val="TNR21"/>
          <w:rFonts w:ascii="Arial" w:hAnsi="Arial" w:cs="Arial"/>
          <w:sz w:val="22"/>
          <w:lang w:val="es-CO"/>
        </w:rPr>
        <w:t>,</w:t>
      </w:r>
      <w:r w:rsidR="006146DD" w:rsidRPr="00BC6830">
        <w:rPr>
          <w:rStyle w:val="TNR21"/>
          <w:rFonts w:ascii="Arial" w:hAnsi="Arial" w:cs="Arial"/>
          <w:sz w:val="22"/>
          <w:lang w:val="es-CO"/>
        </w:rPr>
        <w:t xml:space="preserve"> la equidad con esos adultos mayores y la equidad con esos adultos mayores no es decirle que vamos a estar en contra </w:t>
      </w:r>
      <w:r w:rsidR="008131DF">
        <w:rPr>
          <w:rStyle w:val="TNR21"/>
          <w:rFonts w:ascii="Arial" w:hAnsi="Arial" w:cs="Arial"/>
          <w:sz w:val="22"/>
          <w:lang w:val="es-CO"/>
        </w:rPr>
        <w:t xml:space="preserve">de </w:t>
      </w:r>
      <w:r w:rsidR="006146DD" w:rsidRPr="00BC6830">
        <w:rPr>
          <w:rStyle w:val="TNR21"/>
          <w:rFonts w:ascii="Arial" w:hAnsi="Arial" w:cs="Arial"/>
          <w:sz w:val="22"/>
          <w:lang w:val="es-CO"/>
        </w:rPr>
        <w:t>esto</w:t>
      </w:r>
      <w:r w:rsidR="008131DF">
        <w:rPr>
          <w:rStyle w:val="TNR21"/>
          <w:rFonts w:ascii="Arial" w:hAnsi="Arial" w:cs="Arial"/>
          <w:sz w:val="22"/>
          <w:lang w:val="es-CO"/>
        </w:rPr>
        <w:t>,</w:t>
      </w:r>
      <w:r w:rsidR="006146DD" w:rsidRPr="00BC6830">
        <w:rPr>
          <w:rStyle w:val="TNR21"/>
          <w:rFonts w:ascii="Arial" w:hAnsi="Arial" w:cs="Arial"/>
          <w:sz w:val="22"/>
          <w:lang w:val="es-CO"/>
        </w:rPr>
        <w:t xml:space="preserve"> pero si hay para esto</w:t>
      </w:r>
      <w:r w:rsidR="00776517" w:rsidRPr="00BC6830">
        <w:rPr>
          <w:rStyle w:val="TNR21"/>
          <w:rFonts w:ascii="Arial" w:hAnsi="Arial" w:cs="Arial"/>
          <w:sz w:val="22"/>
          <w:lang w:val="es-CO"/>
        </w:rPr>
        <w:t xml:space="preserve">, </w:t>
      </w:r>
      <w:r w:rsidR="006146DD" w:rsidRPr="00BC6830">
        <w:rPr>
          <w:rStyle w:val="TNR21"/>
          <w:rFonts w:ascii="Arial" w:hAnsi="Arial" w:cs="Arial"/>
          <w:sz w:val="22"/>
          <w:lang w:val="es-CO"/>
        </w:rPr>
        <w:t>tiene que haber para estos adultos mayores</w:t>
      </w:r>
      <w:r w:rsidR="00776517" w:rsidRPr="00BC6830">
        <w:rPr>
          <w:rStyle w:val="TNR21"/>
          <w:rFonts w:ascii="Arial" w:hAnsi="Arial" w:cs="Arial"/>
          <w:sz w:val="22"/>
          <w:lang w:val="es-CO"/>
        </w:rPr>
        <w:t>,</w:t>
      </w:r>
      <w:r w:rsidR="006146DD" w:rsidRPr="00BC6830">
        <w:rPr>
          <w:rStyle w:val="TNR21"/>
          <w:rFonts w:ascii="Arial" w:hAnsi="Arial" w:cs="Arial"/>
          <w:sz w:val="22"/>
          <w:lang w:val="es-CO"/>
        </w:rPr>
        <w:t xml:space="preserve"> de pronto qu</w:t>
      </w:r>
      <w:r w:rsidR="00776517" w:rsidRPr="00BC6830">
        <w:rPr>
          <w:rStyle w:val="TNR21"/>
          <w:rFonts w:ascii="Arial" w:hAnsi="Arial" w:cs="Arial"/>
          <w:sz w:val="22"/>
          <w:lang w:val="es-CO"/>
        </w:rPr>
        <w:t>é</w:t>
      </w:r>
      <w:r w:rsidR="006146DD" w:rsidRPr="00BC6830">
        <w:rPr>
          <w:rStyle w:val="TNR21"/>
          <w:rFonts w:ascii="Arial" w:hAnsi="Arial" w:cs="Arial"/>
          <w:sz w:val="22"/>
          <w:lang w:val="es-CO"/>
        </w:rPr>
        <w:t xml:space="preserve"> tenemos que revisar</w:t>
      </w:r>
      <w:r w:rsidR="008131DF">
        <w:rPr>
          <w:rStyle w:val="TNR21"/>
          <w:rFonts w:ascii="Arial" w:hAnsi="Arial" w:cs="Arial"/>
          <w:sz w:val="22"/>
          <w:lang w:val="es-CO"/>
        </w:rPr>
        <w:t xml:space="preserve"> </w:t>
      </w:r>
      <w:r w:rsidR="006146DD" w:rsidRPr="00BC6830">
        <w:rPr>
          <w:rStyle w:val="TNR21"/>
          <w:rFonts w:ascii="Arial" w:hAnsi="Arial" w:cs="Arial"/>
          <w:sz w:val="22"/>
          <w:lang w:val="es-CO"/>
        </w:rPr>
        <w:t>en</w:t>
      </w:r>
      <w:r w:rsidR="008131DF">
        <w:rPr>
          <w:rStyle w:val="TNR21"/>
          <w:rFonts w:ascii="Arial" w:hAnsi="Arial" w:cs="Arial"/>
          <w:sz w:val="22"/>
          <w:lang w:val="es-CO"/>
        </w:rPr>
        <w:t xml:space="preserve"> la ponencia</w:t>
      </w:r>
      <w:r w:rsidR="006146DD" w:rsidRPr="00BC6830">
        <w:rPr>
          <w:rStyle w:val="TNR21"/>
          <w:rFonts w:ascii="Arial" w:hAnsi="Arial" w:cs="Arial"/>
          <w:sz w:val="22"/>
          <w:lang w:val="es-CO"/>
        </w:rPr>
        <w:t xml:space="preserve"> doctora Marta</w:t>
      </w:r>
      <w:r w:rsidR="00776517" w:rsidRPr="00BC6830">
        <w:rPr>
          <w:rStyle w:val="TNR21"/>
          <w:rFonts w:ascii="Arial" w:hAnsi="Arial" w:cs="Arial"/>
          <w:sz w:val="22"/>
          <w:lang w:val="es-CO"/>
        </w:rPr>
        <w:t>,</w:t>
      </w:r>
      <w:r w:rsidR="006146DD" w:rsidRPr="00BC6830">
        <w:rPr>
          <w:rStyle w:val="TNR21"/>
          <w:rFonts w:ascii="Arial" w:hAnsi="Arial" w:cs="Arial"/>
          <w:sz w:val="22"/>
          <w:lang w:val="es-CO"/>
        </w:rPr>
        <w:t xml:space="preserve"> que este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tiene que ir en consonancia con la reforma pensional y muchas veces son las intenciones</w:t>
      </w:r>
      <w:r w:rsidR="000D2F6E" w:rsidRPr="00BC6830">
        <w:rPr>
          <w:rStyle w:val="TNR21"/>
          <w:rFonts w:ascii="Arial" w:hAnsi="Arial" w:cs="Arial"/>
          <w:sz w:val="22"/>
          <w:lang w:val="es-CO"/>
        </w:rPr>
        <w:t>,</w:t>
      </w:r>
      <w:r w:rsidR="006146DD" w:rsidRPr="00BC6830">
        <w:rPr>
          <w:rStyle w:val="TNR21"/>
          <w:rFonts w:ascii="Arial" w:hAnsi="Arial" w:cs="Arial"/>
          <w:sz w:val="22"/>
          <w:lang w:val="es-CO"/>
        </w:rPr>
        <w:t xml:space="preserve"> mire que en campaña el Presidente estaba de acuerdo con lo esta Comisión Séptima los 4 años pasados siempre quiso que fuera medio salario mínimo</w:t>
      </w:r>
      <w:r w:rsidR="000D2F6E" w:rsidRPr="00BC6830">
        <w:rPr>
          <w:rStyle w:val="TNR21"/>
          <w:rFonts w:ascii="Arial" w:hAnsi="Arial" w:cs="Arial"/>
          <w:sz w:val="22"/>
          <w:lang w:val="es-CO"/>
        </w:rPr>
        <w:t>,</w:t>
      </w:r>
      <w:r w:rsidR="006146DD" w:rsidRPr="00BC6830">
        <w:rPr>
          <w:rStyle w:val="TNR21"/>
          <w:rFonts w:ascii="Arial" w:hAnsi="Arial" w:cs="Arial"/>
          <w:sz w:val="22"/>
          <w:lang w:val="es-CO"/>
        </w:rPr>
        <w:t xml:space="preserve"> pero cuando comenzamos a escudriñar la</w:t>
      </w:r>
      <w:r w:rsidR="000D2F6E" w:rsidRPr="00BC6830">
        <w:rPr>
          <w:rStyle w:val="TNR21"/>
          <w:rFonts w:ascii="Arial" w:hAnsi="Arial" w:cs="Arial"/>
          <w:sz w:val="22"/>
          <w:lang w:val="es-CO"/>
        </w:rPr>
        <w:t>s</w:t>
      </w:r>
      <w:r w:rsidR="006146DD" w:rsidRPr="00BC6830">
        <w:rPr>
          <w:rStyle w:val="TNR21"/>
          <w:rFonts w:ascii="Arial" w:hAnsi="Arial" w:cs="Arial"/>
          <w:sz w:val="22"/>
          <w:lang w:val="es-CO"/>
        </w:rPr>
        <w:t xml:space="preserve"> finanza</w:t>
      </w:r>
      <w:r w:rsidR="000D2F6E" w:rsidRPr="00BC6830">
        <w:rPr>
          <w:rStyle w:val="TNR21"/>
          <w:rFonts w:ascii="Arial" w:hAnsi="Arial" w:cs="Arial"/>
          <w:sz w:val="22"/>
          <w:lang w:val="es-CO"/>
        </w:rPr>
        <w:t>s</w:t>
      </w:r>
      <w:r w:rsidR="006146DD" w:rsidRPr="00BC6830">
        <w:rPr>
          <w:rStyle w:val="TNR21"/>
          <w:rFonts w:ascii="Arial" w:hAnsi="Arial" w:cs="Arial"/>
          <w:sz w:val="22"/>
          <w:lang w:val="es-CO"/>
        </w:rPr>
        <w:t xml:space="preserve"> del país</w:t>
      </w:r>
      <w:r w:rsidR="008131DF">
        <w:rPr>
          <w:rStyle w:val="TNR21"/>
          <w:rFonts w:ascii="Arial" w:hAnsi="Arial" w:cs="Arial"/>
          <w:sz w:val="22"/>
          <w:lang w:val="es-CO"/>
        </w:rPr>
        <w:t>, nos damos cuenta que no</w:t>
      </w:r>
      <w:r w:rsidR="000D2F6E" w:rsidRPr="00BC6830">
        <w:rPr>
          <w:rStyle w:val="TNR21"/>
          <w:rFonts w:ascii="Arial" w:hAnsi="Arial" w:cs="Arial"/>
          <w:sz w:val="22"/>
          <w:lang w:val="es-CO"/>
        </w:rPr>
        <w:t>,</w:t>
      </w:r>
      <w:r w:rsidR="006146DD" w:rsidRPr="00BC6830">
        <w:rPr>
          <w:rStyle w:val="TNR21"/>
          <w:rFonts w:ascii="Arial" w:hAnsi="Arial" w:cs="Arial"/>
          <w:sz w:val="22"/>
          <w:lang w:val="es-CO"/>
        </w:rPr>
        <w:t xml:space="preserve"> entonces ahí tenemos que hacer un ajuste</w:t>
      </w:r>
      <w:r w:rsidR="000D2F6E" w:rsidRPr="00BC6830">
        <w:rPr>
          <w:rStyle w:val="TNR21"/>
          <w:rFonts w:ascii="Arial" w:hAnsi="Arial" w:cs="Arial"/>
          <w:sz w:val="22"/>
          <w:lang w:val="es-CO"/>
        </w:rPr>
        <w:t>,</w:t>
      </w:r>
      <w:r w:rsidR="006146DD" w:rsidRPr="00BC6830">
        <w:rPr>
          <w:rStyle w:val="TNR21"/>
          <w:rFonts w:ascii="Arial" w:hAnsi="Arial" w:cs="Arial"/>
          <w:sz w:val="22"/>
          <w:lang w:val="es-CO"/>
        </w:rPr>
        <w:t xml:space="preserve"> pero es importante que hagamos estos ajustes </w:t>
      </w:r>
      <w:r w:rsidR="008131DF">
        <w:rPr>
          <w:rStyle w:val="TNR21"/>
          <w:rFonts w:ascii="Arial" w:hAnsi="Arial" w:cs="Arial"/>
          <w:sz w:val="22"/>
          <w:lang w:val="es-CO"/>
        </w:rPr>
        <w:t>¿P</w:t>
      </w:r>
      <w:r w:rsidR="006146DD" w:rsidRPr="00BC6830">
        <w:rPr>
          <w:rStyle w:val="TNR21"/>
          <w:rFonts w:ascii="Arial" w:hAnsi="Arial" w:cs="Arial"/>
          <w:sz w:val="22"/>
          <w:lang w:val="es-CO"/>
        </w:rPr>
        <w:t>or qué</w:t>
      </w:r>
      <w:r w:rsidR="008131DF">
        <w:rPr>
          <w:rStyle w:val="TNR21"/>
          <w:rFonts w:ascii="Arial" w:hAnsi="Arial" w:cs="Arial"/>
          <w:sz w:val="22"/>
          <w:lang w:val="es-CO"/>
        </w:rPr>
        <w:t>?</w:t>
      </w:r>
      <w:r w:rsidR="006146DD" w:rsidRPr="00BC6830">
        <w:rPr>
          <w:rStyle w:val="TNR21"/>
          <w:rFonts w:ascii="Arial" w:hAnsi="Arial" w:cs="Arial"/>
          <w:sz w:val="22"/>
          <w:lang w:val="es-CO"/>
        </w:rPr>
        <w:t xml:space="preserve"> </w:t>
      </w:r>
      <w:r w:rsidR="008131DF">
        <w:rPr>
          <w:rStyle w:val="TNR21"/>
          <w:rFonts w:ascii="Arial" w:hAnsi="Arial" w:cs="Arial"/>
          <w:sz w:val="22"/>
          <w:lang w:val="es-CO"/>
        </w:rPr>
        <w:t>P</w:t>
      </w:r>
      <w:r w:rsidR="006146DD" w:rsidRPr="00BC6830">
        <w:rPr>
          <w:rStyle w:val="TNR21"/>
          <w:rFonts w:ascii="Arial" w:hAnsi="Arial" w:cs="Arial"/>
          <w:sz w:val="22"/>
          <w:lang w:val="es-CO"/>
        </w:rPr>
        <w:t>orque no podemos hacer una reforma pensional y crear un pilar solidario con base en recurso pensional</w:t>
      </w:r>
      <w:r w:rsidR="000D2F6E" w:rsidRPr="00BC6830">
        <w:rPr>
          <w:rStyle w:val="TNR21"/>
          <w:rFonts w:ascii="Arial" w:hAnsi="Arial" w:cs="Arial"/>
          <w:sz w:val="22"/>
          <w:lang w:val="es-CO"/>
        </w:rPr>
        <w:t>,</w:t>
      </w:r>
      <w:r w:rsidR="006146DD" w:rsidRPr="00BC6830">
        <w:rPr>
          <w:rStyle w:val="TNR21"/>
          <w:rFonts w:ascii="Arial" w:hAnsi="Arial" w:cs="Arial"/>
          <w:sz w:val="22"/>
          <w:lang w:val="es-CO"/>
        </w:rPr>
        <w:t xml:space="preserve"> porque si lo hacemos con base en recurso pensional vamos a generar un caos financiero a las pensiones de los que están aportando cierto</w:t>
      </w:r>
      <w:r w:rsidR="000D2F6E" w:rsidRPr="00BC6830">
        <w:rPr>
          <w:rStyle w:val="TNR21"/>
          <w:rFonts w:ascii="Arial" w:hAnsi="Arial" w:cs="Arial"/>
          <w:sz w:val="22"/>
          <w:lang w:val="es-CO"/>
        </w:rPr>
        <w:t>,</w:t>
      </w:r>
      <w:r w:rsidR="006146DD" w:rsidRPr="00BC6830">
        <w:rPr>
          <w:rStyle w:val="TNR21"/>
          <w:rFonts w:ascii="Arial" w:hAnsi="Arial" w:cs="Arial"/>
          <w:sz w:val="22"/>
          <w:lang w:val="es-CO"/>
        </w:rPr>
        <w:t xml:space="preserve"> y más cuando vemos que esa </w:t>
      </w:r>
      <w:r w:rsidR="00CA209C" w:rsidRPr="00BC6830">
        <w:rPr>
          <w:rStyle w:val="TNR21"/>
          <w:rFonts w:ascii="Arial" w:hAnsi="Arial" w:cs="Arial"/>
          <w:sz w:val="22"/>
          <w:lang w:val="es-CO"/>
        </w:rPr>
        <w:t>pirámi</w:t>
      </w:r>
      <w:r w:rsidR="008131DF">
        <w:rPr>
          <w:rStyle w:val="TNR21"/>
          <w:rFonts w:ascii="Arial" w:hAnsi="Arial" w:cs="Arial"/>
          <w:sz w:val="22"/>
          <w:lang w:val="es-CO"/>
        </w:rPr>
        <w:t>de</w:t>
      </w:r>
      <w:r w:rsidR="006146DD" w:rsidRPr="00BC6830">
        <w:rPr>
          <w:rStyle w:val="TNR21"/>
          <w:rFonts w:ascii="Arial" w:hAnsi="Arial" w:cs="Arial"/>
          <w:sz w:val="22"/>
          <w:lang w:val="es-CO"/>
        </w:rPr>
        <w:t xml:space="preserve"> etaria que tiene el país está cambiando</w:t>
      </w:r>
      <w:r w:rsidR="000D2F6E" w:rsidRPr="00BC6830">
        <w:rPr>
          <w:rStyle w:val="TNR21"/>
          <w:rFonts w:ascii="Arial" w:hAnsi="Arial" w:cs="Arial"/>
          <w:sz w:val="22"/>
          <w:lang w:val="es-CO"/>
        </w:rPr>
        <w:t>,</w:t>
      </w:r>
      <w:r w:rsidR="006146DD" w:rsidRPr="00BC6830">
        <w:rPr>
          <w:rStyle w:val="TNR21"/>
          <w:rFonts w:ascii="Arial" w:hAnsi="Arial" w:cs="Arial"/>
          <w:sz w:val="22"/>
          <w:lang w:val="es-CO"/>
        </w:rPr>
        <w:t xml:space="preserve"> Colombia es un país que su</w:t>
      </w:r>
      <w:r w:rsidR="00CA209C" w:rsidRPr="00BC6830">
        <w:rPr>
          <w:rStyle w:val="TNR21"/>
          <w:rFonts w:ascii="Arial" w:hAnsi="Arial" w:cs="Arial"/>
          <w:sz w:val="22"/>
          <w:lang w:val="es-CO"/>
        </w:rPr>
        <w:t xml:space="preserve"> </w:t>
      </w:r>
      <w:r w:rsidR="006146DD" w:rsidRPr="00BC6830">
        <w:rPr>
          <w:rStyle w:val="TNR21"/>
          <w:rFonts w:ascii="Arial" w:hAnsi="Arial" w:cs="Arial"/>
          <w:sz w:val="22"/>
          <w:lang w:val="es-CO"/>
        </w:rPr>
        <w:t>tasa de natalidad</w:t>
      </w:r>
      <w:r w:rsidR="008131DF">
        <w:rPr>
          <w:rStyle w:val="TNR21"/>
          <w:rFonts w:ascii="Arial" w:hAnsi="Arial" w:cs="Arial"/>
          <w:sz w:val="22"/>
          <w:lang w:val="es-CO"/>
        </w:rPr>
        <w:t xml:space="preserve"> ha de</w:t>
      </w:r>
      <w:r w:rsidR="009457B4">
        <w:rPr>
          <w:rStyle w:val="TNR21"/>
          <w:rFonts w:ascii="Arial" w:hAnsi="Arial" w:cs="Arial"/>
          <w:sz w:val="22"/>
          <w:lang w:val="es-CO"/>
        </w:rPr>
        <w:t xml:space="preserve">scendido, </w:t>
      </w:r>
      <w:r w:rsidR="006146DD" w:rsidRPr="00BC6830">
        <w:rPr>
          <w:rStyle w:val="TNR21"/>
          <w:rFonts w:ascii="Arial" w:hAnsi="Arial" w:cs="Arial"/>
          <w:sz w:val="22"/>
          <w:lang w:val="es-CO"/>
        </w:rPr>
        <w:t>y lo dicen los estadistas que por cada pensionado deben haber 4 en la base trabajando para poder llegar a desarrollar esto</w:t>
      </w:r>
      <w:r w:rsidR="000D2F6E" w:rsidRPr="00BC6830">
        <w:rPr>
          <w:rStyle w:val="TNR21"/>
          <w:rFonts w:ascii="Arial" w:hAnsi="Arial" w:cs="Arial"/>
          <w:sz w:val="22"/>
          <w:lang w:val="es-CO"/>
        </w:rPr>
        <w:t>,</w:t>
      </w:r>
      <w:r w:rsidR="006146DD" w:rsidRPr="00BC6830">
        <w:rPr>
          <w:rStyle w:val="TNR21"/>
          <w:rFonts w:ascii="Arial" w:hAnsi="Arial" w:cs="Arial"/>
          <w:sz w:val="22"/>
          <w:lang w:val="es-CO"/>
        </w:rPr>
        <w:t xml:space="preserve"> y cuando vemos que Colombia comienza a envejecer</w:t>
      </w:r>
      <w:r w:rsidR="000D2F6E" w:rsidRPr="00BC6830">
        <w:rPr>
          <w:rStyle w:val="TNR21"/>
          <w:rFonts w:ascii="Arial" w:hAnsi="Arial" w:cs="Arial"/>
          <w:sz w:val="22"/>
          <w:lang w:val="es-CO"/>
        </w:rPr>
        <w:t>,</w:t>
      </w:r>
      <w:r w:rsidR="006146DD" w:rsidRPr="00BC6830">
        <w:rPr>
          <w:rStyle w:val="TNR21"/>
          <w:rFonts w:ascii="Arial" w:hAnsi="Arial" w:cs="Arial"/>
          <w:sz w:val="22"/>
          <w:lang w:val="es-CO"/>
        </w:rPr>
        <w:t xml:space="preserve"> nos damos cuenta que esa pirámide va cambiando</w:t>
      </w:r>
      <w:r w:rsidR="000D2F6E" w:rsidRPr="00BC6830">
        <w:rPr>
          <w:rStyle w:val="TNR21"/>
          <w:rFonts w:ascii="Arial" w:hAnsi="Arial" w:cs="Arial"/>
          <w:sz w:val="22"/>
          <w:lang w:val="es-CO"/>
        </w:rPr>
        <w:t>,</w:t>
      </w:r>
      <w:r w:rsidR="006146DD" w:rsidRPr="00BC6830">
        <w:rPr>
          <w:rStyle w:val="TNR21"/>
          <w:rFonts w:ascii="Arial" w:hAnsi="Arial" w:cs="Arial"/>
          <w:sz w:val="22"/>
          <w:lang w:val="es-CO"/>
        </w:rPr>
        <w:t xml:space="preserve"> que es un poco lo está </w:t>
      </w:r>
      <w:r w:rsidR="006146DD" w:rsidRPr="000D177E">
        <w:rPr>
          <w:rStyle w:val="TNR21"/>
          <w:rFonts w:ascii="Arial" w:hAnsi="Arial" w:cs="Arial"/>
          <w:sz w:val="22"/>
          <w:lang w:val="es-CO"/>
        </w:rPr>
        <w:t xml:space="preserve">pasando en </w:t>
      </w:r>
      <w:r w:rsidR="009457B4" w:rsidRPr="000D177E">
        <w:rPr>
          <w:rStyle w:val="TNR21"/>
          <w:rFonts w:ascii="Arial" w:hAnsi="Arial" w:cs="Arial"/>
          <w:sz w:val="22"/>
          <w:lang w:val="es-CO"/>
        </w:rPr>
        <w:t xml:space="preserve">los </w:t>
      </w:r>
      <w:r w:rsidR="006146DD" w:rsidRPr="000D177E">
        <w:rPr>
          <w:rStyle w:val="TNR21"/>
          <w:rFonts w:ascii="Arial" w:hAnsi="Arial" w:cs="Arial"/>
          <w:sz w:val="22"/>
          <w:lang w:val="es-CO"/>
        </w:rPr>
        <w:t>países europeos</w:t>
      </w:r>
      <w:r w:rsidR="000D2F6E" w:rsidRPr="000D177E">
        <w:rPr>
          <w:rStyle w:val="TNR21"/>
          <w:rFonts w:ascii="Arial" w:hAnsi="Arial" w:cs="Arial"/>
          <w:sz w:val="22"/>
          <w:lang w:val="es-CO"/>
        </w:rPr>
        <w:t>,</w:t>
      </w:r>
      <w:r w:rsidR="006146DD" w:rsidRPr="000D177E">
        <w:rPr>
          <w:rStyle w:val="TNR21"/>
          <w:rFonts w:ascii="Arial" w:hAnsi="Arial" w:cs="Arial"/>
          <w:sz w:val="22"/>
          <w:lang w:val="es-CO"/>
        </w:rPr>
        <w:t xml:space="preserve"> entonces este</w:t>
      </w:r>
      <w:r w:rsidR="006146DD" w:rsidRPr="00BC6830">
        <w:rPr>
          <w:rStyle w:val="TNR21"/>
          <w:rFonts w:ascii="Arial" w:hAnsi="Arial" w:cs="Arial"/>
          <w:sz w:val="22"/>
          <w:lang w:val="es-CO"/>
        </w:rPr>
        <w:t xml:space="preserv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qué dice</w:t>
      </w:r>
      <w:r w:rsidR="000D2F6E" w:rsidRPr="00BC6830">
        <w:rPr>
          <w:rStyle w:val="TNR21"/>
          <w:rFonts w:ascii="Arial" w:hAnsi="Arial" w:cs="Arial"/>
          <w:sz w:val="22"/>
          <w:lang w:val="es-CO"/>
        </w:rPr>
        <w:t>,</w:t>
      </w:r>
      <w:r w:rsidR="006146DD" w:rsidRPr="00BC6830">
        <w:rPr>
          <w:rStyle w:val="TNR21"/>
          <w:rFonts w:ascii="Arial" w:hAnsi="Arial" w:cs="Arial"/>
          <w:sz w:val="22"/>
          <w:lang w:val="es-CO"/>
        </w:rPr>
        <w:t xml:space="preserve"> que tenemos que estar con ese pilar solidario para colocarlo en consonancia con esa reforma pensional</w:t>
      </w:r>
      <w:r w:rsidR="000D2F6E" w:rsidRPr="00BC6830">
        <w:rPr>
          <w:rStyle w:val="TNR21"/>
          <w:rFonts w:ascii="Arial" w:hAnsi="Arial" w:cs="Arial"/>
          <w:sz w:val="22"/>
          <w:lang w:val="es-CO"/>
        </w:rPr>
        <w:t>,</w:t>
      </w:r>
      <w:r w:rsidR="006146DD" w:rsidRPr="00BC6830">
        <w:rPr>
          <w:rStyle w:val="TNR21"/>
          <w:rFonts w:ascii="Arial" w:hAnsi="Arial" w:cs="Arial"/>
          <w:sz w:val="22"/>
          <w:lang w:val="es-CO"/>
        </w:rPr>
        <w:t xml:space="preserve"> pero se debe hacer con base en Presupuesto General de la Nación</w:t>
      </w:r>
      <w:r w:rsidR="000D2F6E" w:rsidRPr="00BC6830">
        <w:rPr>
          <w:rStyle w:val="TNR21"/>
          <w:rFonts w:ascii="Arial" w:hAnsi="Arial" w:cs="Arial"/>
          <w:sz w:val="22"/>
          <w:lang w:val="es-CO"/>
        </w:rPr>
        <w:t>,</w:t>
      </w:r>
      <w:r w:rsidR="006146DD" w:rsidRPr="00BC6830">
        <w:rPr>
          <w:rStyle w:val="TNR21"/>
          <w:rFonts w:ascii="Arial" w:hAnsi="Arial" w:cs="Arial"/>
          <w:sz w:val="22"/>
          <w:lang w:val="es-CO"/>
        </w:rPr>
        <w:t xml:space="preserve"> qué tenemos que hacer y para que esta ponencia siga su curso</w:t>
      </w:r>
      <w:r w:rsidR="000D2F6E" w:rsidRPr="00BC6830">
        <w:rPr>
          <w:rStyle w:val="TNR21"/>
          <w:rFonts w:ascii="Arial" w:hAnsi="Arial" w:cs="Arial"/>
          <w:sz w:val="22"/>
          <w:lang w:val="es-CO"/>
        </w:rPr>
        <w:t>,</w:t>
      </w:r>
      <w:r w:rsidR="006146DD" w:rsidRPr="00BC6830">
        <w:rPr>
          <w:rStyle w:val="TNR21"/>
          <w:rFonts w:ascii="Arial" w:hAnsi="Arial" w:cs="Arial"/>
          <w:sz w:val="22"/>
          <w:lang w:val="es-CO"/>
        </w:rPr>
        <w:t xml:space="preserve"> yo creo que hay que darle concordancia y hay que darle concordancia porque a esto me parece una victoria temprana para los adultos mayores</w:t>
      </w:r>
      <w:r w:rsidR="000D2F6E" w:rsidRPr="00BC6830">
        <w:rPr>
          <w:rStyle w:val="TNR21"/>
          <w:rFonts w:ascii="Arial" w:hAnsi="Arial" w:cs="Arial"/>
          <w:sz w:val="22"/>
          <w:lang w:val="es-CO"/>
        </w:rPr>
        <w:t>,</w:t>
      </w:r>
      <w:r w:rsidR="006146DD" w:rsidRPr="00BC6830">
        <w:rPr>
          <w:rStyle w:val="TNR21"/>
          <w:rFonts w:ascii="Arial" w:hAnsi="Arial" w:cs="Arial"/>
          <w:sz w:val="22"/>
          <w:lang w:val="es-CO"/>
        </w:rPr>
        <w:t xml:space="preserve"> y una victoria temprana donde nos ponemos de acuerdo</w:t>
      </w:r>
      <w:r w:rsidR="00CA209C" w:rsidRPr="00BC6830">
        <w:rPr>
          <w:rStyle w:val="TNR21"/>
          <w:rFonts w:ascii="Arial" w:hAnsi="Arial" w:cs="Arial"/>
          <w:sz w:val="22"/>
          <w:lang w:val="es-CO"/>
        </w:rPr>
        <w:t xml:space="preserve"> </w:t>
      </w:r>
      <w:r w:rsidR="006146DD" w:rsidRPr="00BC6830">
        <w:rPr>
          <w:rStyle w:val="TNR21"/>
          <w:rFonts w:ascii="Arial" w:hAnsi="Arial" w:cs="Arial"/>
          <w:sz w:val="22"/>
          <w:lang w:val="es-CO"/>
        </w:rPr>
        <w:t xml:space="preserve">tanto el ejecutivo como </w:t>
      </w:r>
      <w:r w:rsidR="000D2F6E" w:rsidRPr="00BC6830">
        <w:rPr>
          <w:rStyle w:val="TNR21"/>
          <w:rFonts w:ascii="Arial" w:hAnsi="Arial" w:cs="Arial"/>
          <w:sz w:val="22"/>
          <w:lang w:val="es-CO"/>
        </w:rPr>
        <w:t xml:space="preserve">el legislativo, </w:t>
      </w:r>
      <w:r w:rsidR="006146DD" w:rsidRPr="00BC6830">
        <w:rPr>
          <w:rStyle w:val="TNR21"/>
          <w:rFonts w:ascii="Arial" w:hAnsi="Arial" w:cs="Arial"/>
          <w:sz w:val="22"/>
          <w:lang w:val="es-CO"/>
        </w:rPr>
        <w:t>que mire que si nos podemos poner de acuerdo</w:t>
      </w:r>
      <w:r w:rsidR="000D2F6E" w:rsidRPr="00BC6830">
        <w:rPr>
          <w:rStyle w:val="TNR21"/>
          <w:rFonts w:ascii="Arial" w:hAnsi="Arial" w:cs="Arial"/>
          <w:sz w:val="22"/>
          <w:lang w:val="es-CO"/>
        </w:rPr>
        <w:t>,</w:t>
      </w:r>
      <w:r w:rsidR="006146DD" w:rsidRPr="00BC6830">
        <w:rPr>
          <w:rStyle w:val="TNR21"/>
          <w:rFonts w:ascii="Arial" w:hAnsi="Arial" w:cs="Arial"/>
          <w:sz w:val="22"/>
          <w:lang w:val="es-CO"/>
        </w:rPr>
        <w:t xml:space="preserve"> y cuando ponente que también es el doctor Vargas</w:t>
      </w:r>
      <w:r w:rsidR="009457B4">
        <w:rPr>
          <w:rStyle w:val="TNR21"/>
          <w:rFonts w:ascii="Arial" w:hAnsi="Arial" w:cs="Arial"/>
          <w:sz w:val="22"/>
          <w:lang w:val="es-CO"/>
        </w:rPr>
        <w:t>,</w:t>
      </w:r>
      <w:r w:rsidR="006146DD" w:rsidRPr="00BC6830">
        <w:rPr>
          <w:rStyle w:val="TNR21"/>
          <w:rFonts w:ascii="Arial" w:hAnsi="Arial" w:cs="Arial"/>
          <w:sz w:val="22"/>
          <w:lang w:val="es-CO"/>
        </w:rPr>
        <w:t xml:space="preserve"> que viene de la ruralidad del país</w:t>
      </w:r>
      <w:r w:rsidR="000D2F6E" w:rsidRPr="00BC6830">
        <w:rPr>
          <w:rStyle w:val="TNR21"/>
          <w:rFonts w:ascii="Arial" w:hAnsi="Arial" w:cs="Arial"/>
          <w:sz w:val="22"/>
          <w:lang w:val="es-CO"/>
        </w:rPr>
        <w:t>,</w:t>
      </w:r>
      <w:r w:rsidR="006146DD" w:rsidRPr="00BC6830">
        <w:rPr>
          <w:rStyle w:val="TNR21"/>
          <w:rFonts w:ascii="Arial" w:hAnsi="Arial" w:cs="Arial"/>
          <w:sz w:val="22"/>
          <w:lang w:val="es-CO"/>
        </w:rPr>
        <w:t xml:space="preserve"> y veo que es su preocupación frente al tema de generar esa ruralidad</w:t>
      </w:r>
      <w:r w:rsidR="000D2F6E" w:rsidRPr="00BC6830">
        <w:rPr>
          <w:rStyle w:val="TNR21"/>
          <w:rFonts w:ascii="Arial" w:hAnsi="Arial" w:cs="Arial"/>
          <w:sz w:val="22"/>
          <w:lang w:val="es-CO"/>
        </w:rPr>
        <w:t>,</w:t>
      </w:r>
      <w:r w:rsidR="006146DD" w:rsidRPr="00BC6830">
        <w:rPr>
          <w:rStyle w:val="TNR21"/>
          <w:rFonts w:ascii="Arial" w:hAnsi="Arial" w:cs="Arial"/>
          <w:sz w:val="22"/>
          <w:lang w:val="es-CO"/>
        </w:rPr>
        <w:t xml:space="preserve"> yo considero que con los adultos mayores no deberíamos tener </w:t>
      </w:r>
      <w:r w:rsidR="000D2F6E" w:rsidRPr="00BC6830">
        <w:rPr>
          <w:rStyle w:val="TNR21"/>
          <w:rFonts w:ascii="Arial" w:hAnsi="Arial" w:cs="Arial"/>
          <w:sz w:val="22"/>
          <w:lang w:val="es-CO"/>
        </w:rPr>
        <w:t>apartheid</w:t>
      </w:r>
      <w:r w:rsidR="006146DD" w:rsidRPr="00BC6830">
        <w:rPr>
          <w:rStyle w:val="TNR21"/>
          <w:rFonts w:ascii="Arial" w:hAnsi="Arial" w:cs="Arial"/>
          <w:sz w:val="22"/>
          <w:lang w:val="es-CO"/>
        </w:rPr>
        <w:t xml:space="preserve"> sociales</w:t>
      </w:r>
      <w:r w:rsidR="000D2F6E" w:rsidRPr="00BC6830">
        <w:rPr>
          <w:rStyle w:val="TNR21"/>
          <w:rFonts w:ascii="Arial" w:hAnsi="Arial" w:cs="Arial"/>
          <w:sz w:val="22"/>
          <w:lang w:val="es-CO"/>
        </w:rPr>
        <w:t>,</w:t>
      </w:r>
      <w:r w:rsidR="006146DD" w:rsidRPr="00BC6830">
        <w:rPr>
          <w:rStyle w:val="TNR21"/>
          <w:rFonts w:ascii="Arial" w:hAnsi="Arial" w:cs="Arial"/>
          <w:sz w:val="22"/>
          <w:lang w:val="es-CO"/>
        </w:rPr>
        <w:t xml:space="preserve"> deberíamos ser universo</w:t>
      </w:r>
      <w:r w:rsidR="00DA5152" w:rsidRPr="00BC6830">
        <w:rPr>
          <w:rStyle w:val="TNR21"/>
          <w:rFonts w:ascii="Arial" w:hAnsi="Arial" w:cs="Arial"/>
          <w:sz w:val="22"/>
          <w:lang w:val="es-CO"/>
        </w:rPr>
        <w:t>,</w:t>
      </w:r>
      <w:r w:rsidR="006146DD" w:rsidRPr="00BC6830">
        <w:rPr>
          <w:rStyle w:val="TNR21"/>
          <w:rFonts w:ascii="Arial" w:hAnsi="Arial" w:cs="Arial"/>
          <w:sz w:val="22"/>
          <w:lang w:val="es-CO"/>
        </w:rPr>
        <w:t xml:space="preserve"> porque si comenzamos a dividir a decir van </w:t>
      </w:r>
      <w:r w:rsidR="00950954" w:rsidRPr="00BC6830">
        <w:rPr>
          <w:rStyle w:val="TNR21"/>
          <w:rFonts w:ascii="Arial" w:hAnsi="Arial" w:cs="Arial"/>
          <w:sz w:val="22"/>
          <w:lang w:val="es-CO"/>
        </w:rPr>
        <w:t xml:space="preserve">a </w:t>
      </w:r>
      <w:r w:rsidR="006146DD" w:rsidRPr="00BC6830">
        <w:rPr>
          <w:rStyle w:val="TNR21"/>
          <w:rFonts w:ascii="Arial" w:hAnsi="Arial" w:cs="Arial"/>
          <w:sz w:val="22"/>
          <w:lang w:val="es-CO"/>
        </w:rPr>
        <w:t>tener prioridad estos</w:t>
      </w:r>
      <w:r w:rsidR="00950954" w:rsidRPr="00BC6830">
        <w:rPr>
          <w:rStyle w:val="TNR21"/>
          <w:rFonts w:ascii="Arial" w:hAnsi="Arial" w:cs="Arial"/>
          <w:sz w:val="22"/>
          <w:lang w:val="es-CO"/>
        </w:rPr>
        <w:t>,</w:t>
      </w:r>
      <w:r w:rsidR="006146DD" w:rsidRPr="00BC6830">
        <w:rPr>
          <w:rStyle w:val="TNR21"/>
          <w:rFonts w:ascii="Arial" w:hAnsi="Arial" w:cs="Arial"/>
          <w:sz w:val="22"/>
          <w:lang w:val="es-CO"/>
        </w:rPr>
        <w:t xml:space="preserve"> van a tener prioridad estos</w:t>
      </w:r>
      <w:r w:rsidR="00950954" w:rsidRPr="00BC6830">
        <w:rPr>
          <w:rStyle w:val="TNR21"/>
          <w:rFonts w:ascii="Arial" w:hAnsi="Arial" w:cs="Arial"/>
          <w:sz w:val="22"/>
          <w:lang w:val="es-CO"/>
        </w:rPr>
        <w:t>,</w:t>
      </w:r>
      <w:r w:rsidR="006146DD" w:rsidRPr="00BC6830">
        <w:rPr>
          <w:rStyle w:val="TNR21"/>
          <w:rFonts w:ascii="Arial" w:hAnsi="Arial" w:cs="Arial"/>
          <w:sz w:val="22"/>
          <w:lang w:val="es-CO"/>
        </w:rPr>
        <w:t xml:space="preserve"> van a tener prioridad estos </w:t>
      </w:r>
      <w:r w:rsidR="006146DD" w:rsidRPr="00BC6830">
        <w:rPr>
          <w:rStyle w:val="TNR21"/>
          <w:rFonts w:ascii="Arial" w:hAnsi="Arial" w:cs="Arial"/>
          <w:sz w:val="22"/>
          <w:lang w:val="es-CO"/>
        </w:rPr>
        <w:lastRenderedPageBreak/>
        <w:t xml:space="preserve">desdibujamos 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w:t>
      </w:r>
      <w:r w:rsidR="00950954"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950954" w:rsidRPr="00BC6830">
        <w:rPr>
          <w:rStyle w:val="TNR21"/>
          <w:rFonts w:ascii="Arial" w:hAnsi="Arial" w:cs="Arial"/>
          <w:sz w:val="22"/>
          <w:lang w:val="es-CO"/>
        </w:rPr>
        <w:t>¿</w:t>
      </w:r>
      <w:r w:rsidR="009457B4">
        <w:rPr>
          <w:rStyle w:val="TNR21"/>
          <w:rFonts w:ascii="Arial" w:hAnsi="Arial" w:cs="Arial"/>
          <w:sz w:val="22"/>
          <w:lang w:val="es-CO"/>
        </w:rPr>
        <w:t>P</w:t>
      </w:r>
      <w:r w:rsidR="006146DD" w:rsidRPr="00BC6830">
        <w:rPr>
          <w:rStyle w:val="TNR21"/>
          <w:rFonts w:ascii="Arial" w:hAnsi="Arial" w:cs="Arial"/>
          <w:sz w:val="22"/>
          <w:lang w:val="es-CO"/>
        </w:rPr>
        <w:t xml:space="preserve">orque 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está buscando qué</w:t>
      </w:r>
      <w:r w:rsidR="00950954"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9457B4">
        <w:rPr>
          <w:rStyle w:val="TNR21"/>
          <w:rFonts w:ascii="Arial" w:hAnsi="Arial" w:cs="Arial"/>
          <w:sz w:val="22"/>
          <w:lang w:val="es-CO"/>
        </w:rPr>
        <w:t>U</w:t>
      </w:r>
      <w:r w:rsidR="006146DD" w:rsidRPr="00BC6830">
        <w:rPr>
          <w:rStyle w:val="TNR21"/>
          <w:rFonts w:ascii="Arial" w:hAnsi="Arial" w:cs="Arial"/>
          <w:sz w:val="22"/>
          <w:lang w:val="es-CO"/>
        </w:rPr>
        <w:t>n universo</w:t>
      </w:r>
      <w:r w:rsidR="00950954" w:rsidRPr="00BC6830">
        <w:rPr>
          <w:rStyle w:val="TNR21"/>
          <w:rFonts w:ascii="Arial" w:hAnsi="Arial" w:cs="Arial"/>
          <w:sz w:val="22"/>
          <w:lang w:val="es-CO"/>
        </w:rPr>
        <w:t>,</w:t>
      </w:r>
      <w:r w:rsidR="006146DD" w:rsidRPr="00BC6830">
        <w:rPr>
          <w:rStyle w:val="TNR21"/>
          <w:rFonts w:ascii="Arial" w:hAnsi="Arial" w:cs="Arial"/>
          <w:sz w:val="22"/>
          <w:lang w:val="es-CO"/>
        </w:rPr>
        <w:t xml:space="preserve"> y ojalá que esto sea universo</w:t>
      </w:r>
      <w:r w:rsidR="009457B4">
        <w:rPr>
          <w:rStyle w:val="TNR21"/>
          <w:rFonts w:ascii="Arial" w:hAnsi="Arial" w:cs="Arial"/>
          <w:sz w:val="22"/>
          <w:lang w:val="es-CO"/>
        </w:rPr>
        <w:t>,</w:t>
      </w:r>
      <w:r w:rsidR="006146DD" w:rsidRPr="00BC6830">
        <w:rPr>
          <w:rStyle w:val="TNR21"/>
          <w:rFonts w:ascii="Arial" w:hAnsi="Arial" w:cs="Arial"/>
          <w:sz w:val="22"/>
          <w:lang w:val="es-CO"/>
        </w:rPr>
        <w:t xml:space="preserve"> porque nadie dice donde nacer</w:t>
      </w:r>
      <w:r w:rsidR="00950954" w:rsidRPr="00BC6830">
        <w:rPr>
          <w:rStyle w:val="TNR21"/>
          <w:rFonts w:ascii="Arial" w:hAnsi="Arial" w:cs="Arial"/>
          <w:sz w:val="22"/>
          <w:lang w:val="es-CO"/>
        </w:rPr>
        <w:t>,</w:t>
      </w:r>
      <w:r w:rsidR="006146DD" w:rsidRPr="00BC6830">
        <w:rPr>
          <w:rStyle w:val="TNR21"/>
          <w:rFonts w:ascii="Arial" w:hAnsi="Arial" w:cs="Arial"/>
          <w:sz w:val="22"/>
          <w:lang w:val="es-CO"/>
        </w:rPr>
        <w:t xml:space="preserve"> entonces el adulto mayor que nació en un barrio pobre de la ciudad de Cúcuta</w:t>
      </w:r>
      <w:r w:rsidR="00CA209C" w:rsidRPr="00BC6830">
        <w:rPr>
          <w:rStyle w:val="TNR21"/>
          <w:rFonts w:ascii="Arial" w:hAnsi="Arial" w:cs="Arial"/>
          <w:sz w:val="22"/>
          <w:lang w:val="es-CO"/>
        </w:rPr>
        <w:t xml:space="preserve"> </w:t>
      </w:r>
      <w:r w:rsidR="00950954" w:rsidRPr="00BC6830">
        <w:rPr>
          <w:rStyle w:val="TNR21"/>
          <w:rFonts w:ascii="Arial" w:hAnsi="Arial" w:cs="Arial"/>
          <w:sz w:val="22"/>
          <w:lang w:val="es-CO"/>
        </w:rPr>
        <w:t xml:space="preserve">va a tener </w:t>
      </w:r>
      <w:r w:rsidR="006146DD" w:rsidRPr="00BC6830">
        <w:rPr>
          <w:rStyle w:val="TNR21"/>
          <w:rFonts w:ascii="Arial" w:hAnsi="Arial" w:cs="Arial"/>
          <w:sz w:val="22"/>
          <w:lang w:val="es-CO"/>
        </w:rPr>
        <w:t xml:space="preserve">menos injerencia que el adulto mayor que está en el sur </w:t>
      </w:r>
      <w:r w:rsidR="009457B4">
        <w:rPr>
          <w:rStyle w:val="TNR21"/>
          <w:rFonts w:ascii="Arial" w:hAnsi="Arial" w:cs="Arial"/>
          <w:sz w:val="22"/>
          <w:lang w:val="es-CO"/>
        </w:rPr>
        <w:t xml:space="preserve">de </w:t>
      </w:r>
      <w:r w:rsidR="006146DD" w:rsidRPr="00BC6830">
        <w:rPr>
          <w:rStyle w:val="TNR21"/>
          <w:rFonts w:ascii="Arial" w:hAnsi="Arial" w:cs="Arial"/>
          <w:sz w:val="22"/>
          <w:lang w:val="es-CO"/>
        </w:rPr>
        <w:t>Bolívar</w:t>
      </w:r>
      <w:r w:rsidR="00950954" w:rsidRPr="00BC6830">
        <w:rPr>
          <w:rStyle w:val="TNR21"/>
          <w:rFonts w:ascii="Arial" w:hAnsi="Arial" w:cs="Arial"/>
          <w:sz w:val="22"/>
          <w:lang w:val="es-CO"/>
        </w:rPr>
        <w:t>,</w:t>
      </w:r>
      <w:r w:rsidR="006146DD" w:rsidRPr="00BC6830">
        <w:rPr>
          <w:rStyle w:val="TNR21"/>
          <w:rFonts w:ascii="Arial" w:hAnsi="Arial" w:cs="Arial"/>
          <w:sz w:val="22"/>
          <w:lang w:val="es-CO"/>
        </w:rPr>
        <w:t xml:space="preserve"> entonces no queremos generar esos </w:t>
      </w:r>
      <w:r w:rsidR="00950954" w:rsidRPr="00BC6830">
        <w:rPr>
          <w:rStyle w:val="TNR21"/>
          <w:rFonts w:ascii="Arial" w:hAnsi="Arial" w:cs="Arial"/>
          <w:sz w:val="22"/>
          <w:lang w:val="es-CO"/>
        </w:rPr>
        <w:t>apartheid</w:t>
      </w:r>
      <w:r w:rsidR="006146DD" w:rsidRPr="00BC6830">
        <w:rPr>
          <w:rStyle w:val="TNR21"/>
          <w:rFonts w:ascii="Arial" w:hAnsi="Arial" w:cs="Arial"/>
          <w:sz w:val="22"/>
          <w:lang w:val="es-CO"/>
        </w:rPr>
        <w:t xml:space="preserve"> sociales</w:t>
      </w:r>
      <w:r w:rsidR="00950954" w:rsidRPr="00BC6830">
        <w:rPr>
          <w:rStyle w:val="TNR21"/>
          <w:rFonts w:ascii="Arial" w:hAnsi="Arial" w:cs="Arial"/>
          <w:sz w:val="22"/>
          <w:lang w:val="es-CO"/>
        </w:rPr>
        <w:t>, entonces</w:t>
      </w:r>
      <w:r w:rsidR="006146DD" w:rsidRPr="00BC6830">
        <w:rPr>
          <w:rStyle w:val="TNR21"/>
          <w:rFonts w:ascii="Arial" w:hAnsi="Arial" w:cs="Arial"/>
          <w:sz w:val="22"/>
          <w:lang w:val="es-CO"/>
        </w:rPr>
        <w:t xml:space="preserve"> queremos que los adultos mayores de nuestro país sean un universo y que lo miremos como universo</w:t>
      </w:r>
      <w:r w:rsidR="00950954" w:rsidRPr="00BC6830">
        <w:rPr>
          <w:rStyle w:val="TNR21"/>
          <w:rFonts w:ascii="Arial" w:hAnsi="Arial" w:cs="Arial"/>
          <w:sz w:val="22"/>
          <w:lang w:val="es-CO"/>
        </w:rPr>
        <w:t>,</w:t>
      </w:r>
      <w:r w:rsidR="006146DD" w:rsidRPr="00BC6830">
        <w:rPr>
          <w:rStyle w:val="TNR21"/>
          <w:rFonts w:ascii="Arial" w:hAnsi="Arial" w:cs="Arial"/>
          <w:sz w:val="22"/>
          <w:lang w:val="es-CO"/>
        </w:rPr>
        <w:t xml:space="preserve"> y que bueno que la reforma pensional esté pensando en ese pilar solidario</w:t>
      </w:r>
      <w:r w:rsidR="00950954" w:rsidRPr="00BC6830">
        <w:rPr>
          <w:rStyle w:val="TNR21"/>
          <w:rFonts w:ascii="Arial" w:hAnsi="Arial" w:cs="Arial"/>
          <w:sz w:val="22"/>
          <w:lang w:val="es-CO"/>
        </w:rPr>
        <w:t>,</w:t>
      </w:r>
      <w:r w:rsidR="006146DD" w:rsidRPr="00BC6830">
        <w:rPr>
          <w:rStyle w:val="TNR21"/>
          <w:rFonts w:ascii="Arial" w:hAnsi="Arial" w:cs="Arial"/>
          <w:sz w:val="22"/>
          <w:lang w:val="es-CO"/>
        </w:rPr>
        <w:t xml:space="preserve"> o sea</w:t>
      </w:r>
      <w:r w:rsidR="00950954" w:rsidRPr="00BC6830">
        <w:rPr>
          <w:rStyle w:val="TNR21"/>
          <w:rFonts w:ascii="Arial" w:hAnsi="Arial" w:cs="Arial"/>
          <w:sz w:val="22"/>
          <w:lang w:val="es-CO"/>
        </w:rPr>
        <w:t>,</w:t>
      </w:r>
      <w:r w:rsidR="006146DD" w:rsidRPr="00BC6830">
        <w:rPr>
          <w:rStyle w:val="TNR21"/>
          <w:rFonts w:ascii="Arial" w:hAnsi="Arial" w:cs="Arial"/>
          <w:sz w:val="22"/>
          <w:lang w:val="es-CO"/>
        </w:rPr>
        <w:t xml:space="preserve"> fabuloso y que bueno que esté en consonancia con lo que esta Comisión desde varios tiempo está diciendo</w:t>
      </w:r>
      <w:r w:rsidR="00950954" w:rsidRPr="00BC6830">
        <w:rPr>
          <w:rStyle w:val="TNR21"/>
          <w:rFonts w:ascii="Arial" w:hAnsi="Arial" w:cs="Arial"/>
          <w:sz w:val="22"/>
          <w:lang w:val="es-CO"/>
        </w:rPr>
        <w:t>,</w:t>
      </w:r>
      <w:r w:rsidR="006146DD" w:rsidRPr="00BC6830">
        <w:rPr>
          <w:rStyle w:val="TNR21"/>
          <w:rFonts w:ascii="Arial" w:hAnsi="Arial" w:cs="Arial"/>
          <w:sz w:val="22"/>
          <w:lang w:val="es-CO"/>
        </w:rPr>
        <w:t xml:space="preserve"> entonces considero yo que con la solicitud y pregunta que hace la doctora Martha Alfonso y que mire que Martha Alfonso aquí y a este lado oposición tienen la misma discrepancia</w:t>
      </w:r>
      <w:r w:rsidR="00950954" w:rsidRPr="00BC6830">
        <w:rPr>
          <w:rStyle w:val="TNR21"/>
          <w:rFonts w:ascii="Arial" w:hAnsi="Arial" w:cs="Arial"/>
          <w:sz w:val="22"/>
          <w:lang w:val="es-CO"/>
        </w:rPr>
        <w:t>,</w:t>
      </w:r>
      <w:r w:rsidR="006146DD" w:rsidRPr="00BC6830">
        <w:rPr>
          <w:rStyle w:val="TNR21"/>
          <w:rFonts w:ascii="Arial" w:hAnsi="Arial" w:cs="Arial"/>
          <w:sz w:val="22"/>
          <w:lang w:val="es-CO"/>
        </w:rPr>
        <w:t xml:space="preserve"> mire que ta</w:t>
      </w:r>
      <w:r w:rsidR="000D177E">
        <w:rPr>
          <w:rStyle w:val="TNR21"/>
          <w:rFonts w:ascii="Arial" w:hAnsi="Arial" w:cs="Arial"/>
          <w:sz w:val="22"/>
          <w:lang w:val="es-CO"/>
        </w:rPr>
        <w:t xml:space="preserve">mbién es una preocupación </w:t>
      </w:r>
      <w:r w:rsidR="000D177E" w:rsidRPr="00A53584">
        <w:rPr>
          <w:rStyle w:val="TNR21"/>
          <w:rFonts w:ascii="Arial" w:hAnsi="Arial" w:cs="Arial"/>
          <w:sz w:val="22"/>
          <w:lang w:val="es-CO"/>
        </w:rPr>
        <w:t>para é</w:t>
      </w:r>
      <w:r w:rsidR="006146DD" w:rsidRPr="00A53584">
        <w:rPr>
          <w:rStyle w:val="TNR21"/>
          <w:rFonts w:ascii="Arial" w:hAnsi="Arial" w:cs="Arial"/>
          <w:sz w:val="22"/>
          <w:lang w:val="es-CO"/>
        </w:rPr>
        <w:t xml:space="preserve">l </w:t>
      </w:r>
      <w:r w:rsidR="000D177E" w:rsidRPr="00A53584">
        <w:rPr>
          <w:rStyle w:val="TNR21"/>
          <w:rFonts w:ascii="Arial" w:hAnsi="Arial" w:cs="Arial"/>
          <w:sz w:val="22"/>
          <w:lang w:val="es-CO"/>
        </w:rPr>
        <w:t xml:space="preserve">el </w:t>
      </w:r>
      <w:r w:rsidR="006146DD" w:rsidRPr="00A53584">
        <w:rPr>
          <w:rStyle w:val="TNR21"/>
          <w:rFonts w:ascii="Arial" w:hAnsi="Arial" w:cs="Arial"/>
          <w:sz w:val="22"/>
          <w:lang w:val="es-CO"/>
        </w:rPr>
        <w:t>tema fiscal</w:t>
      </w:r>
      <w:r w:rsidR="000D177E" w:rsidRPr="00A53584">
        <w:rPr>
          <w:rStyle w:val="TNR21"/>
          <w:rFonts w:ascii="Arial" w:hAnsi="Arial" w:cs="Arial"/>
          <w:sz w:val="22"/>
          <w:lang w:val="es-CO"/>
        </w:rPr>
        <w:t>,</w:t>
      </w:r>
      <w:r w:rsidR="006146DD" w:rsidRPr="00A53584">
        <w:rPr>
          <w:rStyle w:val="TNR21"/>
          <w:rFonts w:ascii="Arial" w:hAnsi="Arial" w:cs="Arial"/>
          <w:sz w:val="22"/>
          <w:lang w:val="es-CO"/>
        </w:rPr>
        <w:t xml:space="preserve"> porque si lo dejamos</w:t>
      </w:r>
      <w:r w:rsidR="006146DD" w:rsidRPr="00BC6830">
        <w:rPr>
          <w:rStyle w:val="TNR21"/>
          <w:rFonts w:ascii="Arial" w:hAnsi="Arial" w:cs="Arial"/>
          <w:sz w:val="22"/>
          <w:lang w:val="es-CO"/>
        </w:rPr>
        <w:t xml:space="preserve"> como 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viene y si multiplicamos ese medio salario mínimo</w:t>
      </w:r>
      <w:r w:rsidR="00CA209C" w:rsidRPr="00BC6830">
        <w:rPr>
          <w:rStyle w:val="TNR21"/>
          <w:rFonts w:ascii="Arial" w:hAnsi="Arial" w:cs="Arial"/>
          <w:sz w:val="22"/>
          <w:lang w:val="es-CO"/>
        </w:rPr>
        <w:t xml:space="preserve"> </w:t>
      </w:r>
      <w:r w:rsidR="006146DD" w:rsidRPr="00BC6830">
        <w:rPr>
          <w:rStyle w:val="TNR21"/>
          <w:rFonts w:ascii="Arial" w:hAnsi="Arial" w:cs="Arial"/>
          <w:sz w:val="22"/>
          <w:lang w:val="es-CO"/>
        </w:rPr>
        <w:t>qué estaríamos alrededor de 600 mil pesos</w:t>
      </w:r>
      <w:r w:rsidR="00950954" w:rsidRPr="00BC6830">
        <w:rPr>
          <w:rStyle w:val="TNR21"/>
          <w:rFonts w:ascii="Arial" w:hAnsi="Arial" w:cs="Arial"/>
          <w:sz w:val="22"/>
          <w:lang w:val="es-CO"/>
        </w:rPr>
        <w:t>,</w:t>
      </w:r>
      <w:r w:rsidR="006146DD" w:rsidRPr="00BC6830">
        <w:rPr>
          <w:rStyle w:val="TNR21"/>
          <w:rFonts w:ascii="Arial" w:hAnsi="Arial" w:cs="Arial"/>
          <w:sz w:val="22"/>
          <w:lang w:val="es-CO"/>
        </w:rPr>
        <w:t xml:space="preserve">  550 mil pesos y lo multiplicamos por los adultos mayores que están en ese rango estaríamos hablando de más de 25 billones de pesos</w:t>
      </w:r>
      <w:r w:rsidR="00950954" w:rsidRPr="00BC6830">
        <w:rPr>
          <w:rStyle w:val="TNR21"/>
          <w:rFonts w:ascii="Arial" w:hAnsi="Arial" w:cs="Arial"/>
          <w:sz w:val="22"/>
          <w:lang w:val="es-CO"/>
        </w:rPr>
        <w:t xml:space="preserve"> </w:t>
      </w:r>
      <w:r w:rsidR="006146DD" w:rsidRPr="00BC6830">
        <w:rPr>
          <w:rStyle w:val="TNR21"/>
          <w:rFonts w:ascii="Arial" w:hAnsi="Arial" w:cs="Arial"/>
          <w:sz w:val="22"/>
          <w:lang w:val="es-CO"/>
        </w:rPr>
        <w:t>ni siquiera lo que le acaban de adicionar al fondo de compensación de combustibles que son 11</w:t>
      </w:r>
      <w:r w:rsidR="00950954" w:rsidRPr="00BC6830">
        <w:rPr>
          <w:rStyle w:val="TNR21"/>
          <w:rFonts w:ascii="Arial" w:hAnsi="Arial" w:cs="Arial"/>
          <w:sz w:val="22"/>
          <w:lang w:val="es-CO"/>
        </w:rPr>
        <w:t>,</w:t>
      </w:r>
      <w:r w:rsidR="006146DD" w:rsidRPr="00BC6830">
        <w:rPr>
          <w:rStyle w:val="TNR21"/>
          <w:rFonts w:ascii="Arial" w:hAnsi="Arial" w:cs="Arial"/>
          <w:sz w:val="22"/>
          <w:lang w:val="es-CO"/>
        </w:rPr>
        <w:t xml:space="preserve"> entonces aquí es donde tenemos que comenzar a revisar el tema de las políticas que estamos diciendo bueno</w:t>
      </w:r>
      <w:r w:rsidR="00950954"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0D177E">
        <w:rPr>
          <w:rStyle w:val="TNR21"/>
          <w:rFonts w:ascii="Arial" w:hAnsi="Arial" w:cs="Arial"/>
          <w:sz w:val="22"/>
          <w:lang w:val="es-CO"/>
        </w:rPr>
        <w:t xml:space="preserve">vamos a estar en temas sociales, </w:t>
      </w:r>
      <w:r w:rsidR="006146DD" w:rsidRPr="00BC6830">
        <w:rPr>
          <w:rStyle w:val="TNR21"/>
          <w:rFonts w:ascii="Arial" w:hAnsi="Arial" w:cs="Arial"/>
          <w:sz w:val="22"/>
          <w:lang w:val="es-CO"/>
        </w:rPr>
        <w:t>tenemos que recuperar esos temas sociales y esa deuda social que se tiene con el  país</w:t>
      </w:r>
      <w:r w:rsidR="00950954" w:rsidRPr="00BC6830">
        <w:rPr>
          <w:rStyle w:val="TNR21"/>
          <w:rFonts w:ascii="Arial" w:hAnsi="Arial" w:cs="Arial"/>
          <w:sz w:val="22"/>
          <w:lang w:val="es-CO"/>
        </w:rPr>
        <w:t>,</w:t>
      </w:r>
      <w:r w:rsidR="006146DD" w:rsidRPr="00BC6830">
        <w:rPr>
          <w:rStyle w:val="TNR21"/>
          <w:rFonts w:ascii="Arial" w:hAnsi="Arial" w:cs="Arial"/>
          <w:sz w:val="22"/>
          <w:lang w:val="es-CO"/>
        </w:rPr>
        <w:t xml:space="preserve"> entonces yo sí considero que esas dos preguntas nos permiten a Jairo Cristo como coordinador ponente y a los ponentes de este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w:t>
      </w:r>
      <w:r w:rsidR="00950954" w:rsidRPr="00BC6830">
        <w:rPr>
          <w:rStyle w:val="TNR21"/>
          <w:rFonts w:ascii="Arial" w:hAnsi="Arial" w:cs="Arial"/>
          <w:sz w:val="22"/>
          <w:lang w:val="es-CO"/>
        </w:rPr>
        <w:t>,</w:t>
      </w:r>
      <w:r w:rsidR="006146DD" w:rsidRPr="00BC6830">
        <w:rPr>
          <w:rStyle w:val="TNR21"/>
          <w:rFonts w:ascii="Arial" w:hAnsi="Arial" w:cs="Arial"/>
          <w:sz w:val="22"/>
          <w:lang w:val="es-CO"/>
        </w:rPr>
        <w:t xml:space="preserve"> ajustar este valor de ese medio salario mínimo y definirlos muy parecido o muy cercano a ese pilar solidario</w:t>
      </w:r>
      <w:r w:rsidR="00950954" w:rsidRPr="00BC6830">
        <w:rPr>
          <w:rStyle w:val="TNR21"/>
          <w:rFonts w:ascii="Arial" w:hAnsi="Arial" w:cs="Arial"/>
          <w:sz w:val="22"/>
          <w:lang w:val="es-CO"/>
        </w:rPr>
        <w:t>,</w:t>
      </w:r>
      <w:r w:rsidR="006146DD" w:rsidRPr="00BC6830">
        <w:rPr>
          <w:rStyle w:val="TNR21"/>
          <w:rFonts w:ascii="Arial" w:hAnsi="Arial" w:cs="Arial"/>
          <w:sz w:val="22"/>
          <w:lang w:val="es-CO"/>
        </w:rPr>
        <w:t xml:space="preserve"> entonces creo yo que</w:t>
      </w:r>
      <w:r w:rsidR="00CA209C" w:rsidRPr="00BC6830">
        <w:rPr>
          <w:rStyle w:val="TNR21"/>
          <w:rFonts w:ascii="Arial" w:hAnsi="Arial" w:cs="Arial"/>
          <w:sz w:val="22"/>
          <w:lang w:val="es-CO"/>
        </w:rPr>
        <w:t xml:space="preserve"> </w:t>
      </w:r>
      <w:r w:rsidR="00950954" w:rsidRPr="00BC6830">
        <w:rPr>
          <w:rStyle w:val="TNR21"/>
          <w:rFonts w:ascii="Arial" w:hAnsi="Arial" w:cs="Arial"/>
          <w:sz w:val="22"/>
          <w:lang w:val="es-CO"/>
        </w:rPr>
        <w:t>P</w:t>
      </w:r>
      <w:r w:rsidR="006146DD" w:rsidRPr="00BC6830">
        <w:rPr>
          <w:rStyle w:val="TNR21"/>
          <w:rFonts w:ascii="Arial" w:hAnsi="Arial" w:cs="Arial"/>
          <w:sz w:val="22"/>
          <w:lang w:val="es-CO"/>
        </w:rPr>
        <w:t>residente con est</w:t>
      </w:r>
      <w:r w:rsidR="00950954" w:rsidRPr="00BC6830">
        <w:rPr>
          <w:rStyle w:val="TNR21"/>
          <w:rFonts w:ascii="Arial" w:hAnsi="Arial" w:cs="Arial"/>
          <w:sz w:val="22"/>
          <w:lang w:val="es-CO"/>
        </w:rPr>
        <w:t>a</w:t>
      </w:r>
      <w:r w:rsidR="006146DD" w:rsidRPr="00BC6830">
        <w:rPr>
          <w:rStyle w:val="TNR21"/>
          <w:rFonts w:ascii="Arial" w:hAnsi="Arial" w:cs="Arial"/>
          <w:sz w:val="22"/>
          <w:lang w:val="es-CO"/>
        </w:rPr>
        <w:t xml:space="preserve"> participación quedan resueltas las inquietudes de mis compañeros Congresistas de esta Comisión</w:t>
      </w:r>
      <w:r w:rsidR="00950954"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950954" w:rsidRPr="00BC6830">
        <w:rPr>
          <w:rStyle w:val="TNR21"/>
          <w:rFonts w:ascii="Arial" w:hAnsi="Arial" w:cs="Arial"/>
          <w:sz w:val="22"/>
          <w:lang w:val="es-CO"/>
        </w:rPr>
        <w:t>¿</w:t>
      </w:r>
      <w:r w:rsidR="000D177E">
        <w:rPr>
          <w:rStyle w:val="TNR21"/>
          <w:rFonts w:ascii="Arial" w:hAnsi="Arial" w:cs="Arial"/>
          <w:sz w:val="22"/>
          <w:lang w:val="es-CO"/>
        </w:rPr>
        <w:t>S</w:t>
      </w:r>
      <w:r w:rsidR="006146DD" w:rsidRPr="00BC6830">
        <w:rPr>
          <w:rStyle w:val="TNR21"/>
          <w:rFonts w:ascii="Arial" w:hAnsi="Arial" w:cs="Arial"/>
          <w:sz w:val="22"/>
          <w:lang w:val="es-CO"/>
        </w:rPr>
        <w:t>i quedó resuelta doctor Corzo</w:t>
      </w:r>
      <w:r w:rsidR="00950954" w:rsidRPr="00BC6830">
        <w:rPr>
          <w:rStyle w:val="TNR21"/>
          <w:rFonts w:ascii="Arial" w:hAnsi="Arial" w:cs="Arial"/>
          <w:sz w:val="22"/>
          <w:lang w:val="es-CO"/>
        </w:rPr>
        <w:t>?</w:t>
      </w:r>
    </w:p>
    <w:p w14:paraId="082A07BE" w14:textId="77777777" w:rsidR="00950954" w:rsidRPr="00BC6830" w:rsidRDefault="00950954" w:rsidP="00667EBF">
      <w:pPr>
        <w:pStyle w:val="Sinespaciado"/>
        <w:jc w:val="both"/>
        <w:rPr>
          <w:rStyle w:val="TNR21"/>
          <w:rFonts w:ascii="Arial" w:hAnsi="Arial" w:cs="Arial"/>
          <w:sz w:val="22"/>
          <w:lang w:val="es-CO"/>
        </w:rPr>
      </w:pPr>
    </w:p>
    <w:p w14:paraId="4F77B7E0" w14:textId="77777777" w:rsidR="00EC4AD0"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950954" w:rsidRPr="00BC6830">
        <w:rPr>
          <w:rStyle w:val="TNR21"/>
          <w:rFonts w:ascii="Arial" w:hAnsi="Arial" w:cs="Arial"/>
          <w:sz w:val="22"/>
          <w:lang w:val="es-CO"/>
        </w:rPr>
        <w:t>M</w:t>
      </w:r>
      <w:r w:rsidR="006146DD" w:rsidRPr="00BC6830">
        <w:rPr>
          <w:rStyle w:val="TNR21"/>
          <w:rFonts w:ascii="Arial" w:hAnsi="Arial" w:cs="Arial"/>
          <w:sz w:val="22"/>
          <w:lang w:val="es-CO"/>
        </w:rPr>
        <w:t>uchas gracias Representante</w:t>
      </w:r>
      <w:r w:rsidR="00EC4AD0" w:rsidRPr="00BC6830">
        <w:rPr>
          <w:rStyle w:val="TNR21"/>
          <w:rFonts w:ascii="Arial" w:hAnsi="Arial" w:cs="Arial"/>
          <w:sz w:val="22"/>
          <w:lang w:val="es-CO"/>
        </w:rPr>
        <w:t>,</w:t>
      </w:r>
      <w:r w:rsidR="006146DD" w:rsidRPr="00BC6830">
        <w:rPr>
          <w:rStyle w:val="TNR21"/>
          <w:rFonts w:ascii="Arial" w:hAnsi="Arial" w:cs="Arial"/>
          <w:sz w:val="22"/>
          <w:lang w:val="es-CO"/>
        </w:rPr>
        <w:t xml:space="preserve"> bueno bien siendo así sigue abierta la discusión</w:t>
      </w:r>
      <w:r w:rsidR="00EC4AD0" w:rsidRPr="00BC6830">
        <w:rPr>
          <w:rStyle w:val="TNR21"/>
          <w:rFonts w:ascii="Arial" w:hAnsi="Arial" w:cs="Arial"/>
          <w:sz w:val="22"/>
          <w:lang w:val="es-CO"/>
        </w:rPr>
        <w:t>,</w:t>
      </w:r>
      <w:r w:rsidR="006146DD" w:rsidRPr="00BC6830">
        <w:rPr>
          <w:rStyle w:val="TNR21"/>
          <w:rFonts w:ascii="Arial" w:hAnsi="Arial" w:cs="Arial"/>
          <w:sz w:val="22"/>
          <w:lang w:val="es-CO"/>
        </w:rPr>
        <w:t xml:space="preserve"> anuncio que se va a cerrar</w:t>
      </w:r>
      <w:r w:rsidR="00EC4AD0" w:rsidRPr="00BC6830">
        <w:rPr>
          <w:rStyle w:val="TNR21"/>
          <w:rFonts w:ascii="Arial" w:hAnsi="Arial" w:cs="Arial"/>
          <w:sz w:val="22"/>
          <w:lang w:val="es-CO"/>
        </w:rPr>
        <w:t>,</w:t>
      </w:r>
      <w:r w:rsidR="006146DD" w:rsidRPr="00BC6830">
        <w:rPr>
          <w:rStyle w:val="TNR21"/>
          <w:rFonts w:ascii="Arial" w:hAnsi="Arial" w:cs="Arial"/>
          <w:sz w:val="22"/>
          <w:lang w:val="es-CO"/>
        </w:rPr>
        <w:t xml:space="preserve"> queda cerrada</w:t>
      </w:r>
      <w:r w:rsidR="00EC4AD0"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EC4AD0" w:rsidRPr="00BC6830">
        <w:rPr>
          <w:rStyle w:val="TNR21"/>
          <w:rFonts w:ascii="Arial" w:hAnsi="Arial" w:cs="Arial"/>
          <w:sz w:val="22"/>
          <w:lang w:val="es-CO"/>
        </w:rPr>
        <w:t>¿</w:t>
      </w:r>
      <w:r w:rsidR="000D177E">
        <w:rPr>
          <w:rStyle w:val="TNR21"/>
          <w:rFonts w:ascii="Arial" w:hAnsi="Arial" w:cs="Arial"/>
          <w:sz w:val="22"/>
          <w:lang w:val="es-CO"/>
        </w:rPr>
        <w:t>A</w:t>
      </w:r>
      <w:r w:rsidR="006146DD" w:rsidRPr="00BC6830">
        <w:rPr>
          <w:rStyle w:val="TNR21"/>
          <w:rFonts w:ascii="Arial" w:hAnsi="Arial" w:cs="Arial"/>
          <w:sz w:val="22"/>
          <w:lang w:val="es-CO"/>
        </w:rPr>
        <w:t>prueba</w:t>
      </w:r>
      <w:r w:rsidR="00EC4AD0" w:rsidRPr="00BC6830">
        <w:rPr>
          <w:rStyle w:val="TNR21"/>
          <w:rFonts w:ascii="Arial" w:hAnsi="Arial" w:cs="Arial"/>
          <w:sz w:val="22"/>
          <w:lang w:val="es-CO"/>
        </w:rPr>
        <w:t>n</w:t>
      </w:r>
      <w:r w:rsidR="006146DD" w:rsidRPr="00BC6830">
        <w:rPr>
          <w:rStyle w:val="TNR21"/>
          <w:rFonts w:ascii="Arial" w:hAnsi="Arial" w:cs="Arial"/>
          <w:sz w:val="22"/>
          <w:lang w:val="es-CO"/>
        </w:rPr>
        <w:t xml:space="preserve"> los H</w:t>
      </w:r>
      <w:r w:rsidR="000D177E">
        <w:rPr>
          <w:rStyle w:val="TNR21"/>
          <w:rFonts w:ascii="Arial" w:hAnsi="Arial" w:cs="Arial"/>
          <w:sz w:val="22"/>
          <w:lang w:val="es-CO"/>
        </w:rPr>
        <w:t>. r</w:t>
      </w:r>
      <w:r w:rsidR="006146DD" w:rsidRPr="00BC6830">
        <w:rPr>
          <w:rStyle w:val="TNR21"/>
          <w:rFonts w:ascii="Arial" w:hAnsi="Arial" w:cs="Arial"/>
          <w:sz w:val="22"/>
          <w:lang w:val="es-CO"/>
        </w:rPr>
        <w:t>epresentantes de la Comisión Séptima Constitucional Permanente</w:t>
      </w:r>
      <w:r w:rsidR="00EC4AD0" w:rsidRPr="00BC6830">
        <w:rPr>
          <w:rStyle w:val="TNR21"/>
          <w:rFonts w:ascii="Arial" w:hAnsi="Arial" w:cs="Arial"/>
          <w:sz w:val="22"/>
          <w:lang w:val="es-CO"/>
        </w:rPr>
        <w:t>,</w:t>
      </w:r>
      <w:r w:rsidR="006146DD" w:rsidRPr="00BC6830">
        <w:rPr>
          <w:rStyle w:val="TNR21"/>
          <w:rFonts w:ascii="Arial" w:hAnsi="Arial" w:cs="Arial"/>
          <w:sz w:val="22"/>
          <w:lang w:val="es-CO"/>
        </w:rPr>
        <w:t xml:space="preserve"> la proposición con que termina el informe de ponencia del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número 074 del 2022</w:t>
      </w:r>
      <w:r w:rsidR="00EC4AD0" w:rsidRPr="00BC6830">
        <w:rPr>
          <w:rStyle w:val="TNR21"/>
          <w:rFonts w:ascii="Arial" w:hAnsi="Arial" w:cs="Arial"/>
          <w:sz w:val="22"/>
          <w:lang w:val="es-CO"/>
        </w:rPr>
        <w:t>?</w:t>
      </w:r>
    </w:p>
    <w:p w14:paraId="3ED5DA87" w14:textId="77777777" w:rsidR="00EC4AD0" w:rsidRPr="00BC6830" w:rsidRDefault="00EC4AD0" w:rsidP="00667EBF">
      <w:pPr>
        <w:pStyle w:val="Sinespaciado"/>
        <w:jc w:val="both"/>
        <w:rPr>
          <w:rStyle w:val="TNR21"/>
          <w:rFonts w:ascii="Arial" w:hAnsi="Arial" w:cs="Arial"/>
          <w:sz w:val="22"/>
          <w:lang w:val="es-CO"/>
        </w:rPr>
      </w:pPr>
    </w:p>
    <w:p w14:paraId="2D2D31D4" w14:textId="77777777" w:rsidR="00EC4AD0" w:rsidRPr="00BC6830" w:rsidRDefault="009D49E0" w:rsidP="00CA209C">
      <w:pPr>
        <w:pStyle w:val="Sinespaciado"/>
        <w:jc w:val="both"/>
        <w:rPr>
          <w:rStyle w:val="TNR21"/>
          <w:rFonts w:ascii="Arial" w:hAnsi="Arial" w:cs="Arial"/>
          <w:sz w:val="22"/>
          <w:lang w:val="es-CO"/>
        </w:rPr>
      </w:pPr>
      <w:r w:rsidRPr="00BC6830">
        <w:rPr>
          <w:rStyle w:val="TNR21"/>
          <w:rFonts w:ascii="Arial" w:hAnsi="Arial" w:cs="Arial"/>
          <w:b/>
          <w:sz w:val="22"/>
          <w:lang w:val="es-CO"/>
        </w:rPr>
        <w:t>El Secretario</w:t>
      </w:r>
      <w:r w:rsidRPr="00BC6830">
        <w:rPr>
          <w:rStyle w:val="TNR21"/>
          <w:rFonts w:ascii="Arial" w:hAnsi="Arial" w:cs="Arial"/>
          <w:sz w:val="22"/>
          <w:lang w:val="es-CO"/>
        </w:rPr>
        <w:t>:</w:t>
      </w:r>
      <w:r w:rsidR="006146DD" w:rsidRPr="00BC6830">
        <w:rPr>
          <w:rStyle w:val="TNR21"/>
          <w:rFonts w:ascii="Arial" w:hAnsi="Arial" w:cs="Arial"/>
          <w:sz w:val="22"/>
          <w:lang w:val="es-CO"/>
        </w:rPr>
        <w:t xml:space="preserve"> Presidente</w:t>
      </w:r>
      <w:r w:rsidR="00EC4AD0" w:rsidRPr="00BC6830">
        <w:rPr>
          <w:rStyle w:val="TNR21"/>
          <w:rFonts w:ascii="Arial" w:hAnsi="Arial" w:cs="Arial"/>
          <w:sz w:val="22"/>
          <w:lang w:val="es-CO"/>
        </w:rPr>
        <w:t>,</w:t>
      </w:r>
      <w:r w:rsidR="006146DD" w:rsidRPr="00BC6830">
        <w:rPr>
          <w:rStyle w:val="TNR21"/>
          <w:rFonts w:ascii="Arial" w:hAnsi="Arial" w:cs="Arial"/>
          <w:sz w:val="22"/>
          <w:lang w:val="es-CO"/>
        </w:rPr>
        <w:t xml:space="preserve"> están solicitando votación nominal</w:t>
      </w:r>
      <w:r w:rsidR="000D177E">
        <w:rPr>
          <w:rStyle w:val="TNR21"/>
          <w:rFonts w:ascii="Arial" w:hAnsi="Arial" w:cs="Arial"/>
          <w:sz w:val="22"/>
          <w:lang w:val="es-CO"/>
        </w:rPr>
        <w:t>.</w:t>
      </w:r>
    </w:p>
    <w:p w14:paraId="39DD621D" w14:textId="77777777" w:rsidR="00EC4AD0" w:rsidRPr="00BC6830" w:rsidRDefault="00EC4AD0" w:rsidP="00CA209C">
      <w:pPr>
        <w:pStyle w:val="Sinespaciado"/>
        <w:jc w:val="both"/>
        <w:rPr>
          <w:rStyle w:val="TNR21"/>
          <w:rFonts w:ascii="Arial" w:hAnsi="Arial" w:cs="Arial"/>
          <w:sz w:val="22"/>
          <w:lang w:val="es-CO"/>
        </w:rPr>
      </w:pPr>
    </w:p>
    <w:p w14:paraId="7D09D30A" w14:textId="77777777" w:rsidR="00ED72A4"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EC4AD0" w:rsidRPr="00BC6830">
        <w:rPr>
          <w:rStyle w:val="TNR21"/>
          <w:rFonts w:ascii="Arial" w:hAnsi="Arial" w:cs="Arial"/>
          <w:sz w:val="22"/>
          <w:lang w:val="es-CO"/>
        </w:rPr>
        <w:t>S</w:t>
      </w:r>
      <w:r w:rsidR="006146DD" w:rsidRPr="00BC6830">
        <w:rPr>
          <w:rStyle w:val="TNR21"/>
          <w:rFonts w:ascii="Arial" w:hAnsi="Arial" w:cs="Arial"/>
          <w:sz w:val="22"/>
          <w:lang w:val="es-CO"/>
        </w:rPr>
        <w:t>olicitaron nominal</w:t>
      </w:r>
      <w:r w:rsidR="00EC4AD0" w:rsidRPr="00BC6830">
        <w:rPr>
          <w:rStyle w:val="TNR21"/>
          <w:rFonts w:ascii="Arial" w:hAnsi="Arial" w:cs="Arial"/>
          <w:sz w:val="22"/>
          <w:lang w:val="es-CO"/>
        </w:rPr>
        <w:t>,</w:t>
      </w:r>
      <w:r w:rsidR="006146DD" w:rsidRPr="00BC6830">
        <w:rPr>
          <w:rStyle w:val="TNR21"/>
          <w:rFonts w:ascii="Arial" w:hAnsi="Arial" w:cs="Arial"/>
          <w:sz w:val="22"/>
          <w:lang w:val="es-CO"/>
        </w:rPr>
        <w:t xml:space="preserve"> muy bien señor Secretario sírvase hacer la votación nominal</w:t>
      </w:r>
      <w:r w:rsidR="00ED72A4" w:rsidRPr="00BC6830">
        <w:rPr>
          <w:rStyle w:val="TNR21"/>
          <w:rFonts w:ascii="Arial" w:hAnsi="Arial" w:cs="Arial"/>
          <w:sz w:val="22"/>
          <w:lang w:val="es-CO"/>
        </w:rPr>
        <w:t>.</w:t>
      </w:r>
    </w:p>
    <w:p w14:paraId="7CF22509" w14:textId="77777777" w:rsidR="00ED72A4" w:rsidRPr="00BC6830" w:rsidRDefault="00ED72A4" w:rsidP="00667EBF">
      <w:pPr>
        <w:pStyle w:val="Sinespaciado"/>
        <w:jc w:val="both"/>
        <w:rPr>
          <w:rStyle w:val="TNR21"/>
          <w:rFonts w:ascii="Arial" w:hAnsi="Arial" w:cs="Arial"/>
          <w:sz w:val="22"/>
          <w:lang w:val="es-CO"/>
        </w:rPr>
      </w:pPr>
    </w:p>
    <w:p w14:paraId="7083B497" w14:textId="77777777" w:rsidR="00EC4AD0" w:rsidRPr="00BC6830" w:rsidRDefault="00ED72A4"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Secretario</w:t>
      </w:r>
      <w:r w:rsidRPr="00BC6830">
        <w:rPr>
          <w:rStyle w:val="TNR21"/>
          <w:rFonts w:ascii="Arial" w:hAnsi="Arial" w:cs="Arial"/>
          <w:sz w:val="22"/>
          <w:lang w:val="es-CO"/>
        </w:rPr>
        <w:t>:</w:t>
      </w:r>
      <w:r w:rsidR="00EC4AD0" w:rsidRPr="00BC6830">
        <w:rPr>
          <w:rStyle w:val="TNR21"/>
          <w:rFonts w:ascii="Arial" w:hAnsi="Arial" w:cs="Arial"/>
          <w:sz w:val="22"/>
          <w:lang w:val="es-CO"/>
        </w:rPr>
        <w:t xml:space="preserve"> </w:t>
      </w:r>
      <w:r w:rsidRPr="00BC6830">
        <w:rPr>
          <w:rStyle w:val="TNR21"/>
          <w:rFonts w:ascii="Arial" w:hAnsi="Arial" w:cs="Arial"/>
          <w:sz w:val="22"/>
          <w:lang w:val="es-CO"/>
        </w:rPr>
        <w:t>P</w:t>
      </w:r>
      <w:r w:rsidR="006146DD" w:rsidRPr="00BC6830">
        <w:rPr>
          <w:rStyle w:val="TNR21"/>
          <w:rFonts w:ascii="Arial" w:hAnsi="Arial" w:cs="Arial"/>
          <w:sz w:val="22"/>
          <w:lang w:val="es-CO"/>
        </w:rPr>
        <w:t xml:space="preserve">rocedemos entonces a hacer la votación nominal del informe con que termina la ponencia del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074 de 2022 Cámara</w:t>
      </w:r>
      <w:r w:rsidR="00EC4AD0" w:rsidRPr="00BC6830">
        <w:rPr>
          <w:rStyle w:val="TNR21"/>
          <w:rFonts w:ascii="Arial" w:hAnsi="Arial" w:cs="Arial"/>
          <w:sz w:val="22"/>
          <w:lang w:val="es-CO"/>
        </w:rPr>
        <w:t>,</w:t>
      </w:r>
      <w:r w:rsidR="006146DD" w:rsidRPr="00BC6830">
        <w:rPr>
          <w:rStyle w:val="TNR21"/>
          <w:rFonts w:ascii="Arial" w:hAnsi="Arial" w:cs="Arial"/>
          <w:sz w:val="22"/>
          <w:lang w:val="es-CO"/>
        </w:rPr>
        <w:t xml:space="preserve"> con sí</w:t>
      </w:r>
      <w:r w:rsidR="00EC4AD0" w:rsidRPr="00BC6830">
        <w:rPr>
          <w:rStyle w:val="TNR21"/>
          <w:rFonts w:ascii="Arial" w:hAnsi="Arial" w:cs="Arial"/>
          <w:sz w:val="22"/>
          <w:lang w:val="es-CO"/>
        </w:rPr>
        <w:t>,</w:t>
      </w:r>
      <w:r w:rsidR="006146DD" w:rsidRPr="00BC6830">
        <w:rPr>
          <w:rStyle w:val="TNR21"/>
          <w:rFonts w:ascii="Arial" w:hAnsi="Arial" w:cs="Arial"/>
          <w:sz w:val="22"/>
          <w:lang w:val="es-CO"/>
        </w:rPr>
        <w:t xml:space="preserve"> se entiende aprobado</w:t>
      </w:r>
      <w:r w:rsidR="00EC4AD0" w:rsidRPr="00BC6830">
        <w:rPr>
          <w:rStyle w:val="TNR21"/>
          <w:rFonts w:ascii="Arial" w:hAnsi="Arial" w:cs="Arial"/>
          <w:sz w:val="22"/>
          <w:lang w:val="es-CO"/>
        </w:rPr>
        <w:t>,</w:t>
      </w:r>
      <w:r w:rsidR="006146DD" w:rsidRPr="00BC6830">
        <w:rPr>
          <w:rStyle w:val="TNR21"/>
          <w:rFonts w:ascii="Arial" w:hAnsi="Arial" w:cs="Arial"/>
          <w:sz w:val="22"/>
          <w:lang w:val="es-CO"/>
        </w:rPr>
        <w:t xml:space="preserve"> con no</w:t>
      </w:r>
      <w:r w:rsidR="00EC4AD0" w:rsidRPr="00BC6830">
        <w:rPr>
          <w:rStyle w:val="TNR21"/>
          <w:rFonts w:ascii="Arial" w:hAnsi="Arial" w:cs="Arial"/>
          <w:sz w:val="22"/>
          <w:lang w:val="es-CO"/>
        </w:rPr>
        <w:t>,</w:t>
      </w:r>
      <w:r w:rsidR="006146DD" w:rsidRPr="00BC6830">
        <w:rPr>
          <w:rStyle w:val="TNR21"/>
          <w:rFonts w:ascii="Arial" w:hAnsi="Arial" w:cs="Arial"/>
          <w:sz w:val="22"/>
          <w:lang w:val="es-CO"/>
        </w:rPr>
        <w:t xml:space="preserve"> se entiende negado</w:t>
      </w:r>
      <w:r w:rsidR="00CA209C" w:rsidRPr="00BC6830">
        <w:rPr>
          <w:rStyle w:val="TNR21"/>
          <w:rFonts w:ascii="Arial" w:hAnsi="Arial" w:cs="Arial"/>
          <w:sz w:val="22"/>
          <w:lang w:val="es-CO"/>
        </w:rPr>
        <w:t>.</w:t>
      </w:r>
      <w:r w:rsidR="006146DD" w:rsidRPr="00BC6830">
        <w:rPr>
          <w:rStyle w:val="TNR21"/>
          <w:rFonts w:ascii="Arial" w:hAnsi="Arial" w:cs="Arial"/>
          <w:sz w:val="22"/>
          <w:lang w:val="es-CO"/>
        </w:rPr>
        <w:t xml:space="preserve"> </w:t>
      </w:r>
    </w:p>
    <w:p w14:paraId="07B3FB79" w14:textId="77777777" w:rsidR="00EC4AD0" w:rsidRPr="00BC6830" w:rsidRDefault="00EC4AD0" w:rsidP="00667EBF">
      <w:pPr>
        <w:pStyle w:val="Sinespaciado"/>
        <w:jc w:val="both"/>
        <w:rPr>
          <w:rStyle w:val="TNR21"/>
          <w:rFonts w:ascii="Arial" w:hAnsi="Arial" w:cs="Arial"/>
          <w:sz w:val="22"/>
          <w:lang w:val="es-CO"/>
        </w:rPr>
      </w:pPr>
    </w:p>
    <w:tbl>
      <w:tblPr>
        <w:tblW w:w="9634" w:type="dxa"/>
        <w:tblLayout w:type="fixed"/>
        <w:tblLook w:val="0000" w:firstRow="0" w:lastRow="0" w:firstColumn="0" w:lastColumn="0" w:noHBand="0" w:noVBand="0"/>
      </w:tblPr>
      <w:tblGrid>
        <w:gridCol w:w="709"/>
        <w:gridCol w:w="4961"/>
        <w:gridCol w:w="1980"/>
        <w:gridCol w:w="1984"/>
      </w:tblGrid>
      <w:tr w:rsidR="00980F34" w:rsidRPr="00BC6830" w14:paraId="1C9619EB" w14:textId="77777777" w:rsidTr="002705CA">
        <w:trPr>
          <w:trHeight w:val="288"/>
        </w:trPr>
        <w:tc>
          <w:tcPr>
            <w:tcW w:w="709" w:type="dxa"/>
            <w:tcBorders>
              <w:top w:val="single" w:sz="4" w:space="0" w:color="000000"/>
              <w:left w:val="single" w:sz="4" w:space="0" w:color="000000"/>
              <w:bottom w:val="single" w:sz="4" w:space="0" w:color="000000"/>
              <w:right w:val="single" w:sz="4" w:space="0" w:color="000000"/>
            </w:tcBorders>
          </w:tcPr>
          <w:p w14:paraId="1EC2F2C1" w14:textId="77777777" w:rsidR="00980F34" w:rsidRPr="00BC6830" w:rsidRDefault="00980F34" w:rsidP="00BA3912">
            <w:pPr>
              <w:pStyle w:val="Sinespaciado"/>
              <w:jc w:val="right"/>
              <w:rPr>
                <w:rFonts w:ascii="Arial" w:hAnsi="Arial" w:cs="Arial"/>
                <w:lang w:val="es-CO"/>
              </w:rPr>
            </w:pPr>
          </w:p>
        </w:tc>
        <w:tc>
          <w:tcPr>
            <w:tcW w:w="4961" w:type="dxa"/>
            <w:tcBorders>
              <w:top w:val="single" w:sz="4" w:space="0" w:color="000000"/>
              <w:left w:val="nil"/>
              <w:bottom w:val="single" w:sz="4" w:space="0" w:color="000000"/>
              <w:right w:val="single" w:sz="4" w:space="0" w:color="000000"/>
            </w:tcBorders>
          </w:tcPr>
          <w:p w14:paraId="37E78685" w14:textId="77777777" w:rsidR="00980F34" w:rsidRPr="00BC6830" w:rsidRDefault="00980F34" w:rsidP="00BA3912">
            <w:pPr>
              <w:pStyle w:val="Sinespaciado"/>
              <w:jc w:val="center"/>
              <w:rPr>
                <w:rFonts w:ascii="Arial" w:hAnsi="Arial" w:cs="Arial"/>
                <w:lang w:val="es-CO"/>
              </w:rPr>
            </w:pPr>
            <w:r w:rsidRPr="00BC6830">
              <w:rPr>
                <w:rFonts w:ascii="Arial" w:hAnsi="Arial" w:cs="Arial"/>
                <w:b/>
                <w:lang w:val="es-CO"/>
              </w:rPr>
              <w:t>Honorable Representante</w:t>
            </w:r>
          </w:p>
        </w:tc>
        <w:tc>
          <w:tcPr>
            <w:tcW w:w="3964" w:type="dxa"/>
            <w:gridSpan w:val="2"/>
            <w:tcBorders>
              <w:top w:val="single" w:sz="4" w:space="0" w:color="000000"/>
              <w:left w:val="nil"/>
              <w:bottom w:val="single" w:sz="4" w:space="0" w:color="000000"/>
              <w:right w:val="single" w:sz="4" w:space="0" w:color="000000"/>
            </w:tcBorders>
          </w:tcPr>
          <w:p w14:paraId="48205CD4" w14:textId="77777777" w:rsidR="00980F34" w:rsidRPr="00BC6830" w:rsidRDefault="00980F34" w:rsidP="00BA3912">
            <w:pPr>
              <w:pStyle w:val="Sinespaciado"/>
              <w:jc w:val="center"/>
              <w:rPr>
                <w:rFonts w:ascii="Arial" w:hAnsi="Arial" w:cs="Arial"/>
                <w:lang w:val="es-CO"/>
              </w:rPr>
            </w:pPr>
            <w:r w:rsidRPr="00BC6830">
              <w:rPr>
                <w:rFonts w:ascii="Arial" w:hAnsi="Arial" w:cs="Arial"/>
                <w:b/>
                <w:lang w:val="es-CO"/>
              </w:rPr>
              <w:t>Votación</w:t>
            </w:r>
          </w:p>
        </w:tc>
      </w:tr>
      <w:tr w:rsidR="00980F34" w:rsidRPr="00BC6830" w14:paraId="58617506" w14:textId="77777777" w:rsidTr="002705CA">
        <w:trPr>
          <w:trHeight w:val="141"/>
        </w:trPr>
        <w:tc>
          <w:tcPr>
            <w:tcW w:w="709" w:type="dxa"/>
            <w:tcBorders>
              <w:top w:val="nil"/>
              <w:left w:val="single" w:sz="4" w:space="0" w:color="000000"/>
              <w:bottom w:val="single" w:sz="4" w:space="0" w:color="000000"/>
              <w:right w:val="single" w:sz="4" w:space="0" w:color="000000"/>
            </w:tcBorders>
          </w:tcPr>
          <w:p w14:paraId="456D0B3C" w14:textId="77777777" w:rsidR="00980F34" w:rsidRPr="00BC6830" w:rsidRDefault="00980F34" w:rsidP="00BA3912">
            <w:pPr>
              <w:pStyle w:val="Sinespaciado"/>
              <w:jc w:val="right"/>
              <w:rPr>
                <w:rFonts w:ascii="Arial" w:hAnsi="Arial" w:cs="Arial"/>
                <w:lang w:val="es-CO"/>
              </w:rPr>
            </w:pPr>
            <w:r w:rsidRPr="00BC6830">
              <w:rPr>
                <w:rFonts w:ascii="Arial" w:hAnsi="Arial" w:cs="Arial"/>
                <w:lang w:val="es-CO"/>
              </w:rPr>
              <w:t> No.</w:t>
            </w:r>
          </w:p>
        </w:tc>
        <w:tc>
          <w:tcPr>
            <w:tcW w:w="4961" w:type="dxa"/>
            <w:tcBorders>
              <w:top w:val="single" w:sz="4" w:space="0" w:color="000000"/>
              <w:left w:val="nil"/>
              <w:bottom w:val="single" w:sz="4" w:space="0" w:color="000000"/>
              <w:right w:val="single" w:sz="4" w:space="0" w:color="000000"/>
            </w:tcBorders>
          </w:tcPr>
          <w:p w14:paraId="0354E5DA" w14:textId="77777777" w:rsidR="00980F34" w:rsidRPr="00BC6830" w:rsidRDefault="00980F34" w:rsidP="00BA3912">
            <w:pPr>
              <w:pStyle w:val="Sinespaciado"/>
              <w:jc w:val="center"/>
              <w:rPr>
                <w:rFonts w:ascii="Arial" w:hAnsi="Arial" w:cs="Arial"/>
                <w:lang w:val="es-CO"/>
              </w:rPr>
            </w:pPr>
            <w:r w:rsidRPr="00BC6830">
              <w:rPr>
                <w:rFonts w:ascii="Arial" w:hAnsi="Arial" w:cs="Arial"/>
                <w:b/>
                <w:lang w:val="es-CO"/>
              </w:rPr>
              <w:t>Apellidos y nombres</w:t>
            </w:r>
          </w:p>
        </w:tc>
        <w:tc>
          <w:tcPr>
            <w:tcW w:w="1980" w:type="dxa"/>
            <w:tcBorders>
              <w:top w:val="single" w:sz="4" w:space="0" w:color="000000"/>
              <w:left w:val="nil"/>
              <w:bottom w:val="single" w:sz="4" w:space="0" w:color="000000"/>
              <w:right w:val="single" w:sz="4" w:space="0" w:color="000000"/>
            </w:tcBorders>
          </w:tcPr>
          <w:p w14:paraId="6B0282A2" w14:textId="77777777" w:rsidR="00980F34" w:rsidRPr="00BC6830" w:rsidRDefault="00980F34" w:rsidP="00BA3912">
            <w:pPr>
              <w:pStyle w:val="Sinespaciado"/>
              <w:jc w:val="center"/>
              <w:rPr>
                <w:rFonts w:ascii="Arial" w:hAnsi="Arial" w:cs="Arial"/>
                <w:lang w:val="es-CO"/>
              </w:rPr>
            </w:pPr>
            <w:r w:rsidRPr="00BC6830">
              <w:rPr>
                <w:rFonts w:ascii="Arial" w:hAnsi="Arial" w:cs="Arial"/>
                <w:b/>
                <w:lang w:val="es-CO"/>
              </w:rPr>
              <w:t>SI</w:t>
            </w:r>
          </w:p>
        </w:tc>
        <w:tc>
          <w:tcPr>
            <w:tcW w:w="1984" w:type="dxa"/>
            <w:tcBorders>
              <w:top w:val="single" w:sz="4" w:space="0" w:color="000000"/>
              <w:left w:val="nil"/>
              <w:bottom w:val="single" w:sz="4" w:space="0" w:color="000000"/>
              <w:right w:val="single" w:sz="4" w:space="0" w:color="000000"/>
            </w:tcBorders>
          </w:tcPr>
          <w:p w14:paraId="5A5A61A9" w14:textId="77777777" w:rsidR="00980F34" w:rsidRPr="00BC6830" w:rsidRDefault="00980F34" w:rsidP="00BA3912">
            <w:pPr>
              <w:pStyle w:val="Sinespaciado"/>
              <w:jc w:val="center"/>
              <w:rPr>
                <w:rFonts w:ascii="Arial" w:hAnsi="Arial" w:cs="Arial"/>
                <w:lang w:val="es-CO"/>
              </w:rPr>
            </w:pPr>
            <w:r w:rsidRPr="00BC6830">
              <w:rPr>
                <w:rFonts w:ascii="Arial" w:hAnsi="Arial" w:cs="Arial"/>
                <w:b/>
                <w:lang w:val="es-CO"/>
              </w:rPr>
              <w:t>NO</w:t>
            </w:r>
          </w:p>
        </w:tc>
      </w:tr>
      <w:tr w:rsidR="00980F34" w:rsidRPr="00BC6830" w14:paraId="63DD0114" w14:textId="77777777" w:rsidTr="002705CA">
        <w:trPr>
          <w:trHeight w:val="44"/>
        </w:trPr>
        <w:tc>
          <w:tcPr>
            <w:tcW w:w="709" w:type="dxa"/>
            <w:tcBorders>
              <w:top w:val="nil"/>
              <w:left w:val="single" w:sz="4" w:space="0" w:color="000000"/>
              <w:bottom w:val="single" w:sz="4" w:space="0" w:color="000000"/>
              <w:right w:val="single" w:sz="4" w:space="0" w:color="000000"/>
            </w:tcBorders>
          </w:tcPr>
          <w:p w14:paraId="2DD33ED9" w14:textId="77777777" w:rsidR="00980F34" w:rsidRPr="00BC6830" w:rsidRDefault="00980F34" w:rsidP="00BA3912">
            <w:pPr>
              <w:pStyle w:val="Sinespaciado"/>
              <w:jc w:val="right"/>
              <w:rPr>
                <w:rFonts w:ascii="Arial" w:hAnsi="Arial" w:cs="Arial"/>
                <w:lang w:val="es-CO"/>
              </w:rPr>
            </w:pPr>
            <w:r w:rsidRPr="00BC6830">
              <w:rPr>
                <w:rFonts w:ascii="Arial" w:hAnsi="Arial" w:cs="Arial"/>
                <w:lang w:val="es-CO"/>
              </w:rPr>
              <w:t>1</w:t>
            </w:r>
          </w:p>
        </w:tc>
        <w:tc>
          <w:tcPr>
            <w:tcW w:w="4961" w:type="dxa"/>
            <w:tcBorders>
              <w:top w:val="nil"/>
              <w:left w:val="nil"/>
              <w:bottom w:val="single" w:sz="4" w:space="0" w:color="000000"/>
              <w:right w:val="single" w:sz="4" w:space="0" w:color="000000"/>
            </w:tcBorders>
          </w:tcPr>
          <w:p w14:paraId="1C1ED23E" w14:textId="77777777" w:rsidR="00980F34" w:rsidRPr="000D177E" w:rsidRDefault="00980F34" w:rsidP="00BA3912">
            <w:pPr>
              <w:pStyle w:val="Sinespaciado"/>
              <w:rPr>
                <w:rFonts w:ascii="Arial" w:hAnsi="Arial" w:cs="Arial"/>
                <w:i/>
                <w:iCs/>
                <w:lang w:val="es-CO"/>
              </w:rPr>
            </w:pPr>
            <w:r w:rsidRPr="000D177E">
              <w:rPr>
                <w:rFonts w:ascii="Arial" w:hAnsi="Arial" w:cs="Arial"/>
                <w:i/>
                <w:iCs/>
                <w:lang w:val="es-CO"/>
              </w:rPr>
              <w:t>ALFONSO JURADO MARTHA LISBETH</w:t>
            </w:r>
          </w:p>
        </w:tc>
        <w:tc>
          <w:tcPr>
            <w:tcW w:w="1980" w:type="dxa"/>
            <w:tcBorders>
              <w:top w:val="single" w:sz="4" w:space="0" w:color="000000"/>
              <w:left w:val="nil"/>
              <w:bottom w:val="single" w:sz="4" w:space="0" w:color="000000"/>
              <w:right w:val="single" w:sz="4" w:space="0" w:color="000000"/>
            </w:tcBorders>
          </w:tcPr>
          <w:p w14:paraId="65744BF8" w14:textId="77777777" w:rsidR="00980F34" w:rsidRPr="00BC6830" w:rsidRDefault="00ED72A4" w:rsidP="00BA3912">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399352D1" w14:textId="77777777" w:rsidR="00980F34" w:rsidRPr="00BC6830" w:rsidRDefault="00980F34" w:rsidP="00BA3912">
            <w:pPr>
              <w:pStyle w:val="Sinespaciado"/>
              <w:jc w:val="center"/>
              <w:rPr>
                <w:rFonts w:ascii="Arial" w:hAnsi="Arial" w:cs="Arial"/>
                <w:lang w:val="es-CO"/>
              </w:rPr>
            </w:pPr>
          </w:p>
        </w:tc>
      </w:tr>
      <w:tr w:rsidR="00980F34" w:rsidRPr="00BC6830" w14:paraId="18F0E255" w14:textId="77777777" w:rsidTr="002705CA">
        <w:trPr>
          <w:trHeight w:val="49"/>
        </w:trPr>
        <w:tc>
          <w:tcPr>
            <w:tcW w:w="709" w:type="dxa"/>
            <w:tcBorders>
              <w:top w:val="nil"/>
              <w:left w:val="single" w:sz="4" w:space="0" w:color="000000"/>
              <w:bottom w:val="single" w:sz="4" w:space="0" w:color="000000"/>
              <w:right w:val="single" w:sz="4" w:space="0" w:color="000000"/>
            </w:tcBorders>
          </w:tcPr>
          <w:p w14:paraId="307F3E59" w14:textId="77777777" w:rsidR="00980F34" w:rsidRPr="00BC6830" w:rsidRDefault="00980F34" w:rsidP="00BA3912">
            <w:pPr>
              <w:pStyle w:val="Sinespaciado"/>
              <w:jc w:val="right"/>
              <w:rPr>
                <w:rFonts w:ascii="Arial" w:hAnsi="Arial" w:cs="Arial"/>
                <w:lang w:val="es-CO"/>
              </w:rPr>
            </w:pPr>
            <w:r w:rsidRPr="00BC6830">
              <w:rPr>
                <w:rFonts w:ascii="Arial" w:hAnsi="Arial" w:cs="Arial"/>
                <w:lang w:val="es-CO"/>
              </w:rPr>
              <w:t>2</w:t>
            </w:r>
          </w:p>
        </w:tc>
        <w:tc>
          <w:tcPr>
            <w:tcW w:w="4961" w:type="dxa"/>
            <w:tcBorders>
              <w:top w:val="nil"/>
              <w:left w:val="nil"/>
              <w:bottom w:val="single" w:sz="4" w:space="0" w:color="000000"/>
              <w:right w:val="single" w:sz="4" w:space="0" w:color="000000"/>
            </w:tcBorders>
          </w:tcPr>
          <w:p w14:paraId="1C87AD42" w14:textId="77777777" w:rsidR="00980F34" w:rsidRPr="000D177E" w:rsidRDefault="00980F34" w:rsidP="00BA3912">
            <w:pPr>
              <w:pStyle w:val="Sinespaciado"/>
              <w:rPr>
                <w:rFonts w:ascii="Arial" w:hAnsi="Arial" w:cs="Arial"/>
                <w:i/>
                <w:iCs/>
                <w:lang w:val="es-CO"/>
              </w:rPr>
            </w:pPr>
            <w:r w:rsidRPr="000D177E">
              <w:rPr>
                <w:rFonts w:ascii="Arial" w:hAnsi="Arial" w:cs="Arial"/>
                <w:i/>
                <w:iCs/>
                <w:lang w:val="es-CO"/>
              </w:rPr>
              <w:t>ARCHILA SUAREZ HUGO ALFONSO</w:t>
            </w:r>
          </w:p>
        </w:tc>
        <w:tc>
          <w:tcPr>
            <w:tcW w:w="1980" w:type="dxa"/>
            <w:tcBorders>
              <w:top w:val="single" w:sz="4" w:space="0" w:color="000000"/>
              <w:left w:val="nil"/>
              <w:bottom w:val="single" w:sz="4" w:space="0" w:color="000000"/>
              <w:right w:val="single" w:sz="4" w:space="0" w:color="000000"/>
            </w:tcBorders>
          </w:tcPr>
          <w:p w14:paraId="1C0E770C" w14:textId="77777777" w:rsidR="00980F34" w:rsidRPr="00BC6830" w:rsidRDefault="00ED72A4" w:rsidP="00BA3912">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71F9D86E" w14:textId="77777777" w:rsidR="00980F34" w:rsidRPr="00BC6830" w:rsidRDefault="00980F34" w:rsidP="00BA3912">
            <w:pPr>
              <w:pStyle w:val="Sinespaciado"/>
              <w:jc w:val="center"/>
              <w:rPr>
                <w:rFonts w:ascii="Arial" w:hAnsi="Arial" w:cs="Arial"/>
                <w:lang w:val="es-CO"/>
              </w:rPr>
            </w:pPr>
          </w:p>
        </w:tc>
      </w:tr>
      <w:tr w:rsidR="00980F34" w:rsidRPr="00BC6830" w14:paraId="3DD77B86" w14:textId="77777777" w:rsidTr="002705CA">
        <w:trPr>
          <w:trHeight w:val="66"/>
        </w:trPr>
        <w:tc>
          <w:tcPr>
            <w:tcW w:w="709" w:type="dxa"/>
            <w:tcBorders>
              <w:top w:val="nil"/>
              <w:left w:val="single" w:sz="4" w:space="0" w:color="000000"/>
              <w:bottom w:val="single" w:sz="4" w:space="0" w:color="000000"/>
              <w:right w:val="single" w:sz="4" w:space="0" w:color="000000"/>
            </w:tcBorders>
          </w:tcPr>
          <w:p w14:paraId="6C279FC8" w14:textId="77777777" w:rsidR="00980F34" w:rsidRPr="00BC6830" w:rsidRDefault="00980F34" w:rsidP="00BA3912">
            <w:pPr>
              <w:pStyle w:val="Sinespaciado"/>
              <w:jc w:val="right"/>
              <w:rPr>
                <w:rFonts w:ascii="Arial" w:hAnsi="Arial" w:cs="Arial"/>
                <w:lang w:val="es-CO"/>
              </w:rPr>
            </w:pPr>
            <w:r w:rsidRPr="00BC6830">
              <w:rPr>
                <w:rFonts w:ascii="Arial" w:hAnsi="Arial" w:cs="Arial"/>
                <w:lang w:val="es-CO"/>
              </w:rPr>
              <w:t>3</w:t>
            </w:r>
          </w:p>
        </w:tc>
        <w:tc>
          <w:tcPr>
            <w:tcW w:w="4961" w:type="dxa"/>
            <w:tcBorders>
              <w:top w:val="nil"/>
              <w:left w:val="nil"/>
              <w:bottom w:val="single" w:sz="4" w:space="0" w:color="000000"/>
              <w:right w:val="single" w:sz="4" w:space="0" w:color="000000"/>
            </w:tcBorders>
          </w:tcPr>
          <w:p w14:paraId="4729B1BE" w14:textId="77777777" w:rsidR="00980F34" w:rsidRPr="000D177E" w:rsidRDefault="00980F34" w:rsidP="00BA3912">
            <w:pPr>
              <w:pStyle w:val="Sinespaciado"/>
              <w:rPr>
                <w:rFonts w:ascii="Arial" w:hAnsi="Arial" w:cs="Arial"/>
                <w:i/>
                <w:iCs/>
                <w:lang w:val="es-CO"/>
              </w:rPr>
            </w:pPr>
            <w:r w:rsidRPr="000D177E">
              <w:rPr>
                <w:rFonts w:ascii="Arial" w:hAnsi="Arial" w:cs="Arial"/>
                <w:i/>
                <w:iCs/>
                <w:lang w:val="es-CO"/>
              </w:rPr>
              <w:t>ÁVILA MORALES CAMILO ESTEBAN</w:t>
            </w:r>
          </w:p>
        </w:tc>
        <w:tc>
          <w:tcPr>
            <w:tcW w:w="1980" w:type="dxa"/>
            <w:tcBorders>
              <w:top w:val="single" w:sz="4" w:space="0" w:color="000000"/>
              <w:left w:val="nil"/>
              <w:bottom w:val="single" w:sz="4" w:space="0" w:color="000000"/>
              <w:right w:val="single" w:sz="4" w:space="0" w:color="000000"/>
            </w:tcBorders>
          </w:tcPr>
          <w:p w14:paraId="2594AA0E" w14:textId="77777777" w:rsidR="00980F34" w:rsidRPr="00BC6830" w:rsidRDefault="00ED72A4" w:rsidP="00BA3912">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534CA15E" w14:textId="77777777" w:rsidR="00980F34" w:rsidRPr="00BC6830" w:rsidRDefault="00980F34" w:rsidP="00BA3912">
            <w:pPr>
              <w:pStyle w:val="Sinespaciado"/>
              <w:jc w:val="center"/>
              <w:rPr>
                <w:rFonts w:ascii="Arial" w:hAnsi="Arial" w:cs="Arial"/>
                <w:lang w:val="es-CO"/>
              </w:rPr>
            </w:pPr>
          </w:p>
        </w:tc>
      </w:tr>
      <w:tr w:rsidR="00980F34" w:rsidRPr="00BC6830" w14:paraId="004A5B15" w14:textId="77777777" w:rsidTr="002705CA">
        <w:trPr>
          <w:trHeight w:val="44"/>
        </w:trPr>
        <w:tc>
          <w:tcPr>
            <w:tcW w:w="709" w:type="dxa"/>
            <w:tcBorders>
              <w:top w:val="nil"/>
              <w:left w:val="single" w:sz="4" w:space="0" w:color="000000"/>
              <w:bottom w:val="single" w:sz="4" w:space="0" w:color="000000"/>
              <w:right w:val="single" w:sz="4" w:space="0" w:color="000000"/>
            </w:tcBorders>
          </w:tcPr>
          <w:p w14:paraId="0EAA9E7F" w14:textId="77777777" w:rsidR="00980F34" w:rsidRPr="00BC6830" w:rsidRDefault="00980F34" w:rsidP="00BA3912">
            <w:pPr>
              <w:pStyle w:val="Sinespaciado"/>
              <w:jc w:val="right"/>
              <w:rPr>
                <w:rFonts w:ascii="Arial" w:hAnsi="Arial" w:cs="Arial"/>
                <w:lang w:val="es-CO"/>
              </w:rPr>
            </w:pPr>
            <w:r w:rsidRPr="00BC6830">
              <w:rPr>
                <w:rFonts w:ascii="Arial" w:hAnsi="Arial" w:cs="Arial"/>
                <w:lang w:val="es-CO"/>
              </w:rPr>
              <w:t>4</w:t>
            </w:r>
          </w:p>
        </w:tc>
        <w:tc>
          <w:tcPr>
            <w:tcW w:w="4961" w:type="dxa"/>
            <w:tcBorders>
              <w:top w:val="nil"/>
              <w:left w:val="nil"/>
              <w:bottom w:val="single" w:sz="4" w:space="0" w:color="000000"/>
              <w:right w:val="single" w:sz="4" w:space="0" w:color="000000"/>
            </w:tcBorders>
          </w:tcPr>
          <w:p w14:paraId="428F274F" w14:textId="77777777" w:rsidR="00980F34" w:rsidRPr="000D177E" w:rsidRDefault="00980F34" w:rsidP="00BA3912">
            <w:pPr>
              <w:pStyle w:val="Sinespaciado"/>
              <w:rPr>
                <w:rFonts w:ascii="Arial" w:hAnsi="Arial" w:cs="Arial"/>
                <w:i/>
                <w:iCs/>
                <w:lang w:val="es-CO"/>
              </w:rPr>
            </w:pPr>
            <w:r w:rsidRPr="000D177E">
              <w:rPr>
                <w:rFonts w:ascii="Arial" w:hAnsi="Arial" w:cs="Arial"/>
                <w:i/>
                <w:iCs/>
                <w:lang w:val="es-CO"/>
              </w:rPr>
              <w:t>CARRASCAL ROJAS MARÍA FERNANDA</w:t>
            </w:r>
          </w:p>
        </w:tc>
        <w:tc>
          <w:tcPr>
            <w:tcW w:w="1980" w:type="dxa"/>
            <w:tcBorders>
              <w:top w:val="single" w:sz="4" w:space="0" w:color="000000"/>
              <w:left w:val="nil"/>
              <w:bottom w:val="single" w:sz="4" w:space="0" w:color="000000"/>
              <w:right w:val="single" w:sz="4" w:space="0" w:color="000000"/>
            </w:tcBorders>
          </w:tcPr>
          <w:p w14:paraId="08E3CBE2" w14:textId="77777777" w:rsidR="00980F34" w:rsidRPr="00BC6830" w:rsidRDefault="00ED72A4" w:rsidP="00BA3912">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261149D6" w14:textId="77777777" w:rsidR="00980F34" w:rsidRPr="00BC6830" w:rsidRDefault="00980F34" w:rsidP="00BA3912">
            <w:pPr>
              <w:pStyle w:val="Sinespaciado"/>
              <w:jc w:val="center"/>
              <w:rPr>
                <w:rFonts w:ascii="Arial" w:hAnsi="Arial" w:cs="Arial"/>
                <w:lang w:val="es-CO"/>
              </w:rPr>
            </w:pPr>
          </w:p>
        </w:tc>
      </w:tr>
      <w:tr w:rsidR="00980F34" w:rsidRPr="00BC6830" w14:paraId="316403CE" w14:textId="77777777" w:rsidTr="002705CA">
        <w:trPr>
          <w:trHeight w:val="44"/>
        </w:trPr>
        <w:tc>
          <w:tcPr>
            <w:tcW w:w="709" w:type="dxa"/>
            <w:tcBorders>
              <w:top w:val="nil"/>
              <w:left w:val="single" w:sz="4" w:space="0" w:color="000000"/>
              <w:bottom w:val="single" w:sz="4" w:space="0" w:color="000000"/>
              <w:right w:val="single" w:sz="4" w:space="0" w:color="000000"/>
            </w:tcBorders>
          </w:tcPr>
          <w:p w14:paraId="3F94DAEB" w14:textId="77777777" w:rsidR="00980F34" w:rsidRPr="00BC6830" w:rsidRDefault="00980F34" w:rsidP="00BA3912">
            <w:pPr>
              <w:pStyle w:val="Sinespaciado"/>
              <w:jc w:val="right"/>
              <w:rPr>
                <w:rFonts w:ascii="Arial" w:hAnsi="Arial" w:cs="Arial"/>
                <w:lang w:val="es-CO"/>
              </w:rPr>
            </w:pPr>
            <w:r w:rsidRPr="00BC6830">
              <w:rPr>
                <w:rFonts w:ascii="Arial" w:hAnsi="Arial" w:cs="Arial"/>
                <w:lang w:val="es-CO"/>
              </w:rPr>
              <w:t>5</w:t>
            </w:r>
          </w:p>
        </w:tc>
        <w:tc>
          <w:tcPr>
            <w:tcW w:w="4961" w:type="dxa"/>
            <w:tcBorders>
              <w:top w:val="nil"/>
              <w:left w:val="nil"/>
              <w:bottom w:val="single" w:sz="4" w:space="0" w:color="000000"/>
              <w:right w:val="single" w:sz="4" w:space="0" w:color="000000"/>
            </w:tcBorders>
          </w:tcPr>
          <w:p w14:paraId="4C9F3C3E" w14:textId="77777777" w:rsidR="00980F34" w:rsidRPr="000D177E" w:rsidRDefault="00980F34" w:rsidP="00BA3912">
            <w:pPr>
              <w:pStyle w:val="Sinespaciado"/>
              <w:rPr>
                <w:rFonts w:ascii="Arial" w:hAnsi="Arial" w:cs="Arial"/>
                <w:i/>
                <w:iCs/>
                <w:lang w:val="es-CO"/>
              </w:rPr>
            </w:pPr>
            <w:r w:rsidRPr="000D177E">
              <w:rPr>
                <w:rFonts w:ascii="Arial" w:hAnsi="Arial" w:cs="Arial"/>
                <w:i/>
                <w:iCs/>
                <w:lang w:val="es-CO"/>
              </w:rPr>
              <w:t>CHAPARRO CHAPARRO HÉCTOR DAVID</w:t>
            </w:r>
          </w:p>
        </w:tc>
        <w:tc>
          <w:tcPr>
            <w:tcW w:w="1980" w:type="dxa"/>
            <w:tcBorders>
              <w:top w:val="single" w:sz="4" w:space="0" w:color="000000"/>
              <w:left w:val="nil"/>
              <w:bottom w:val="single" w:sz="4" w:space="0" w:color="000000"/>
              <w:right w:val="single" w:sz="4" w:space="0" w:color="000000"/>
            </w:tcBorders>
          </w:tcPr>
          <w:p w14:paraId="13D6FAB5" w14:textId="77777777" w:rsidR="00980F34" w:rsidRPr="00BC6830" w:rsidRDefault="00ED72A4" w:rsidP="00BA3912">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395C9F9C" w14:textId="77777777" w:rsidR="00980F34" w:rsidRPr="00BC6830" w:rsidRDefault="00980F34" w:rsidP="00BA3912">
            <w:pPr>
              <w:pStyle w:val="Sinespaciado"/>
              <w:jc w:val="center"/>
              <w:rPr>
                <w:rFonts w:ascii="Arial" w:hAnsi="Arial" w:cs="Arial"/>
                <w:lang w:val="es-CO"/>
              </w:rPr>
            </w:pPr>
          </w:p>
        </w:tc>
      </w:tr>
      <w:tr w:rsidR="00980F34" w:rsidRPr="00BC6830" w14:paraId="58B1CF6C" w14:textId="77777777" w:rsidTr="002705CA">
        <w:trPr>
          <w:trHeight w:val="44"/>
        </w:trPr>
        <w:tc>
          <w:tcPr>
            <w:tcW w:w="709" w:type="dxa"/>
            <w:tcBorders>
              <w:top w:val="nil"/>
              <w:left w:val="single" w:sz="4" w:space="0" w:color="000000"/>
              <w:bottom w:val="single" w:sz="4" w:space="0" w:color="000000"/>
              <w:right w:val="single" w:sz="4" w:space="0" w:color="000000"/>
            </w:tcBorders>
          </w:tcPr>
          <w:p w14:paraId="64F2D165" w14:textId="77777777" w:rsidR="00980F34" w:rsidRPr="00BC6830" w:rsidRDefault="00980F34" w:rsidP="00BA3912">
            <w:pPr>
              <w:pStyle w:val="Sinespaciado"/>
              <w:jc w:val="right"/>
              <w:rPr>
                <w:rFonts w:ascii="Arial" w:hAnsi="Arial" w:cs="Arial"/>
                <w:lang w:val="es-CO"/>
              </w:rPr>
            </w:pPr>
            <w:r w:rsidRPr="00BC6830">
              <w:rPr>
                <w:rFonts w:ascii="Arial" w:hAnsi="Arial" w:cs="Arial"/>
                <w:lang w:val="es-CO"/>
              </w:rPr>
              <w:t>6</w:t>
            </w:r>
          </w:p>
        </w:tc>
        <w:tc>
          <w:tcPr>
            <w:tcW w:w="4961" w:type="dxa"/>
            <w:tcBorders>
              <w:top w:val="nil"/>
              <w:left w:val="nil"/>
              <w:bottom w:val="single" w:sz="4" w:space="0" w:color="000000"/>
              <w:right w:val="single" w:sz="4" w:space="0" w:color="000000"/>
            </w:tcBorders>
          </w:tcPr>
          <w:p w14:paraId="52580E8B" w14:textId="77777777" w:rsidR="00980F34" w:rsidRPr="000D177E" w:rsidRDefault="00980F34" w:rsidP="00BA3912">
            <w:pPr>
              <w:pStyle w:val="Sinespaciado"/>
              <w:rPr>
                <w:rFonts w:ascii="Arial" w:hAnsi="Arial" w:cs="Arial"/>
                <w:i/>
                <w:iCs/>
                <w:lang w:val="es-CO"/>
              </w:rPr>
            </w:pPr>
            <w:r w:rsidRPr="000D177E">
              <w:rPr>
                <w:rFonts w:ascii="Arial" w:hAnsi="Arial" w:cs="Arial"/>
                <w:i/>
                <w:iCs/>
                <w:lang w:val="es-CO"/>
              </w:rPr>
              <w:t>CORZO ÁLVAREZ JUAN FELIPE</w:t>
            </w:r>
          </w:p>
        </w:tc>
        <w:tc>
          <w:tcPr>
            <w:tcW w:w="1980" w:type="dxa"/>
            <w:tcBorders>
              <w:top w:val="single" w:sz="4" w:space="0" w:color="000000"/>
              <w:left w:val="nil"/>
              <w:bottom w:val="single" w:sz="4" w:space="0" w:color="000000"/>
              <w:right w:val="single" w:sz="4" w:space="0" w:color="000000"/>
            </w:tcBorders>
          </w:tcPr>
          <w:p w14:paraId="1732D832" w14:textId="77777777" w:rsidR="00980F34" w:rsidRPr="00BC6830" w:rsidRDefault="00ED72A4" w:rsidP="00BA3912">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149CA6A5" w14:textId="77777777" w:rsidR="00980F34" w:rsidRPr="00BC6830" w:rsidRDefault="00980F34" w:rsidP="00BA3912">
            <w:pPr>
              <w:pStyle w:val="Sinespaciado"/>
              <w:jc w:val="center"/>
              <w:rPr>
                <w:rFonts w:ascii="Arial" w:hAnsi="Arial" w:cs="Arial"/>
                <w:lang w:val="es-CO"/>
              </w:rPr>
            </w:pPr>
          </w:p>
        </w:tc>
      </w:tr>
      <w:tr w:rsidR="00980F34" w:rsidRPr="00BC6830" w14:paraId="0FEAD316" w14:textId="77777777" w:rsidTr="002705CA">
        <w:trPr>
          <w:trHeight w:val="44"/>
        </w:trPr>
        <w:tc>
          <w:tcPr>
            <w:tcW w:w="709" w:type="dxa"/>
            <w:tcBorders>
              <w:top w:val="nil"/>
              <w:left w:val="single" w:sz="4" w:space="0" w:color="000000"/>
              <w:bottom w:val="single" w:sz="4" w:space="0" w:color="000000"/>
              <w:right w:val="single" w:sz="4" w:space="0" w:color="000000"/>
            </w:tcBorders>
          </w:tcPr>
          <w:p w14:paraId="386F4704" w14:textId="77777777" w:rsidR="00980F34" w:rsidRPr="00BC6830" w:rsidRDefault="00980F34" w:rsidP="00BA3912">
            <w:pPr>
              <w:pStyle w:val="Sinespaciado"/>
              <w:jc w:val="right"/>
              <w:rPr>
                <w:rFonts w:ascii="Arial" w:hAnsi="Arial" w:cs="Arial"/>
                <w:lang w:val="es-CO"/>
              </w:rPr>
            </w:pPr>
            <w:r w:rsidRPr="00BC6830">
              <w:rPr>
                <w:rFonts w:ascii="Arial" w:hAnsi="Arial" w:cs="Arial"/>
                <w:lang w:val="es-CO"/>
              </w:rPr>
              <w:t>7</w:t>
            </w:r>
          </w:p>
        </w:tc>
        <w:tc>
          <w:tcPr>
            <w:tcW w:w="4961" w:type="dxa"/>
            <w:tcBorders>
              <w:top w:val="nil"/>
              <w:left w:val="nil"/>
              <w:bottom w:val="single" w:sz="4" w:space="0" w:color="000000"/>
              <w:right w:val="single" w:sz="4" w:space="0" w:color="000000"/>
            </w:tcBorders>
          </w:tcPr>
          <w:p w14:paraId="200423B2" w14:textId="77777777" w:rsidR="00980F34" w:rsidRPr="000D177E" w:rsidRDefault="00980F34" w:rsidP="00BA3912">
            <w:pPr>
              <w:pStyle w:val="Sinespaciado"/>
              <w:rPr>
                <w:rFonts w:ascii="Arial" w:hAnsi="Arial" w:cs="Arial"/>
                <w:i/>
                <w:iCs/>
                <w:lang w:val="es-CO"/>
              </w:rPr>
            </w:pPr>
            <w:r w:rsidRPr="000D177E">
              <w:rPr>
                <w:rFonts w:ascii="Arial" w:hAnsi="Arial" w:cs="Arial"/>
                <w:i/>
                <w:iCs/>
                <w:lang w:val="es-CO"/>
              </w:rPr>
              <w:t xml:space="preserve">CRISTO CORREA JAIRO HUMBERTO </w:t>
            </w:r>
          </w:p>
        </w:tc>
        <w:tc>
          <w:tcPr>
            <w:tcW w:w="1980" w:type="dxa"/>
            <w:tcBorders>
              <w:top w:val="single" w:sz="4" w:space="0" w:color="000000"/>
              <w:left w:val="nil"/>
              <w:bottom w:val="single" w:sz="4" w:space="0" w:color="000000"/>
              <w:right w:val="single" w:sz="4" w:space="0" w:color="000000"/>
            </w:tcBorders>
          </w:tcPr>
          <w:p w14:paraId="59DA22D4" w14:textId="77777777" w:rsidR="00980F34" w:rsidRPr="00BC6830" w:rsidRDefault="00ED72A4" w:rsidP="00BA3912">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2076FD94" w14:textId="77777777" w:rsidR="00980F34" w:rsidRPr="00BC6830" w:rsidRDefault="00980F34" w:rsidP="00BA3912">
            <w:pPr>
              <w:pStyle w:val="Sinespaciado"/>
              <w:jc w:val="center"/>
              <w:rPr>
                <w:rFonts w:ascii="Arial" w:hAnsi="Arial" w:cs="Arial"/>
                <w:lang w:val="es-CO"/>
              </w:rPr>
            </w:pPr>
          </w:p>
        </w:tc>
      </w:tr>
      <w:tr w:rsidR="00980F34" w:rsidRPr="00BC6830" w14:paraId="19858F5E" w14:textId="77777777" w:rsidTr="002705CA">
        <w:trPr>
          <w:trHeight w:val="44"/>
        </w:trPr>
        <w:tc>
          <w:tcPr>
            <w:tcW w:w="709" w:type="dxa"/>
            <w:tcBorders>
              <w:top w:val="nil"/>
              <w:left w:val="single" w:sz="4" w:space="0" w:color="000000"/>
              <w:bottom w:val="single" w:sz="4" w:space="0" w:color="000000"/>
              <w:right w:val="single" w:sz="4" w:space="0" w:color="000000"/>
            </w:tcBorders>
          </w:tcPr>
          <w:p w14:paraId="3EB0AEEF" w14:textId="77777777" w:rsidR="00980F34" w:rsidRPr="00BC6830" w:rsidRDefault="00980F34" w:rsidP="00BA3912">
            <w:pPr>
              <w:pStyle w:val="Sinespaciado"/>
              <w:jc w:val="right"/>
              <w:rPr>
                <w:rFonts w:ascii="Arial" w:hAnsi="Arial" w:cs="Arial"/>
                <w:lang w:val="es-CO"/>
              </w:rPr>
            </w:pPr>
            <w:r w:rsidRPr="00BC6830">
              <w:rPr>
                <w:rFonts w:ascii="Arial" w:hAnsi="Arial" w:cs="Arial"/>
                <w:lang w:val="es-CO"/>
              </w:rPr>
              <w:t>8</w:t>
            </w:r>
          </w:p>
        </w:tc>
        <w:tc>
          <w:tcPr>
            <w:tcW w:w="4961" w:type="dxa"/>
            <w:tcBorders>
              <w:top w:val="nil"/>
              <w:left w:val="nil"/>
              <w:bottom w:val="single" w:sz="4" w:space="0" w:color="000000"/>
              <w:right w:val="single" w:sz="4" w:space="0" w:color="000000"/>
            </w:tcBorders>
          </w:tcPr>
          <w:p w14:paraId="1B33ECA8" w14:textId="77777777" w:rsidR="00980F34" w:rsidRPr="000D177E" w:rsidRDefault="00980F34" w:rsidP="00BA3912">
            <w:pPr>
              <w:pStyle w:val="Sinespaciado"/>
              <w:rPr>
                <w:rFonts w:ascii="Arial" w:hAnsi="Arial" w:cs="Arial"/>
                <w:i/>
                <w:iCs/>
                <w:lang w:val="es-CO"/>
              </w:rPr>
            </w:pPr>
            <w:r w:rsidRPr="000D177E">
              <w:rPr>
                <w:rFonts w:ascii="Arial" w:hAnsi="Arial" w:cs="Arial"/>
                <w:i/>
                <w:iCs/>
                <w:lang w:val="es-CO"/>
              </w:rPr>
              <w:t>ESCAF TIJERINO AGMETH JOSÉ</w:t>
            </w:r>
          </w:p>
        </w:tc>
        <w:tc>
          <w:tcPr>
            <w:tcW w:w="1980" w:type="dxa"/>
            <w:tcBorders>
              <w:top w:val="single" w:sz="4" w:space="0" w:color="000000"/>
              <w:left w:val="nil"/>
              <w:bottom w:val="single" w:sz="4" w:space="0" w:color="000000"/>
              <w:right w:val="single" w:sz="4" w:space="0" w:color="000000"/>
            </w:tcBorders>
          </w:tcPr>
          <w:p w14:paraId="320A96BD" w14:textId="77777777" w:rsidR="00980F34" w:rsidRPr="00BC6830" w:rsidRDefault="00ED72A4" w:rsidP="00BA3912">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5B45A2DB" w14:textId="77777777" w:rsidR="00980F34" w:rsidRPr="00BC6830" w:rsidRDefault="00980F34" w:rsidP="00BA3912">
            <w:pPr>
              <w:pStyle w:val="Sinespaciado"/>
              <w:jc w:val="center"/>
              <w:rPr>
                <w:rFonts w:ascii="Arial" w:hAnsi="Arial" w:cs="Arial"/>
                <w:lang w:val="es-CO"/>
              </w:rPr>
            </w:pPr>
          </w:p>
        </w:tc>
      </w:tr>
      <w:tr w:rsidR="00980F34" w:rsidRPr="00BC6830" w14:paraId="3A641EFE" w14:textId="77777777" w:rsidTr="002705CA">
        <w:trPr>
          <w:trHeight w:val="44"/>
        </w:trPr>
        <w:tc>
          <w:tcPr>
            <w:tcW w:w="709" w:type="dxa"/>
            <w:tcBorders>
              <w:top w:val="nil"/>
              <w:left w:val="single" w:sz="4" w:space="0" w:color="000000"/>
              <w:bottom w:val="single" w:sz="4" w:space="0" w:color="000000"/>
              <w:right w:val="single" w:sz="4" w:space="0" w:color="000000"/>
            </w:tcBorders>
          </w:tcPr>
          <w:p w14:paraId="33D9BA87" w14:textId="77777777" w:rsidR="00980F34" w:rsidRPr="00BC6830" w:rsidRDefault="00980F34" w:rsidP="00BA3912">
            <w:pPr>
              <w:pStyle w:val="Sinespaciado"/>
              <w:jc w:val="right"/>
              <w:rPr>
                <w:rFonts w:ascii="Arial" w:hAnsi="Arial" w:cs="Arial"/>
                <w:lang w:val="es-CO"/>
              </w:rPr>
            </w:pPr>
            <w:r w:rsidRPr="00BC6830">
              <w:rPr>
                <w:rFonts w:ascii="Arial" w:hAnsi="Arial" w:cs="Arial"/>
                <w:lang w:val="es-CO"/>
              </w:rPr>
              <w:t>9</w:t>
            </w:r>
          </w:p>
        </w:tc>
        <w:tc>
          <w:tcPr>
            <w:tcW w:w="4961" w:type="dxa"/>
            <w:tcBorders>
              <w:top w:val="nil"/>
              <w:left w:val="nil"/>
              <w:bottom w:val="single" w:sz="4" w:space="0" w:color="000000"/>
              <w:right w:val="single" w:sz="4" w:space="0" w:color="000000"/>
            </w:tcBorders>
          </w:tcPr>
          <w:p w14:paraId="42D59B6B" w14:textId="77777777" w:rsidR="00980F34" w:rsidRPr="000D177E" w:rsidRDefault="00980F34" w:rsidP="00BA3912">
            <w:pPr>
              <w:pStyle w:val="Sinespaciado"/>
              <w:rPr>
                <w:rFonts w:ascii="Arial" w:hAnsi="Arial" w:cs="Arial"/>
                <w:i/>
                <w:iCs/>
                <w:lang w:val="es-CO"/>
              </w:rPr>
            </w:pPr>
            <w:r w:rsidRPr="000D177E">
              <w:rPr>
                <w:rFonts w:ascii="Arial" w:hAnsi="Arial" w:cs="Arial"/>
                <w:i/>
                <w:iCs/>
                <w:lang w:val="es-CO"/>
              </w:rPr>
              <w:t>FORERO MOLINA ANDRÉS EDUARDO</w:t>
            </w:r>
          </w:p>
        </w:tc>
        <w:tc>
          <w:tcPr>
            <w:tcW w:w="1980" w:type="dxa"/>
            <w:tcBorders>
              <w:top w:val="single" w:sz="4" w:space="0" w:color="000000"/>
              <w:left w:val="nil"/>
              <w:bottom w:val="single" w:sz="4" w:space="0" w:color="000000"/>
              <w:right w:val="single" w:sz="4" w:space="0" w:color="000000"/>
            </w:tcBorders>
          </w:tcPr>
          <w:p w14:paraId="17B83190" w14:textId="77777777" w:rsidR="00980F34" w:rsidRPr="00BC6830" w:rsidRDefault="00980F34" w:rsidP="00BA3912">
            <w:pPr>
              <w:pStyle w:val="Sinespaciado"/>
              <w:jc w:val="center"/>
              <w:rPr>
                <w:rFonts w:ascii="Arial" w:hAnsi="Arial" w:cs="Arial"/>
                <w:lang w:val="es-CO"/>
              </w:rPr>
            </w:pPr>
          </w:p>
        </w:tc>
        <w:tc>
          <w:tcPr>
            <w:tcW w:w="1984" w:type="dxa"/>
            <w:tcBorders>
              <w:top w:val="single" w:sz="4" w:space="0" w:color="000000"/>
              <w:left w:val="nil"/>
              <w:bottom w:val="single" w:sz="4" w:space="0" w:color="000000"/>
              <w:right w:val="single" w:sz="4" w:space="0" w:color="000000"/>
            </w:tcBorders>
          </w:tcPr>
          <w:p w14:paraId="1052250D" w14:textId="77777777" w:rsidR="00980F34" w:rsidRPr="00BC6830" w:rsidRDefault="00ED72A4" w:rsidP="00BA3912">
            <w:pPr>
              <w:pStyle w:val="Sinespaciado"/>
              <w:jc w:val="center"/>
              <w:rPr>
                <w:rFonts w:ascii="Arial" w:hAnsi="Arial" w:cs="Arial"/>
                <w:lang w:val="es-CO"/>
              </w:rPr>
            </w:pPr>
            <w:r w:rsidRPr="00BC6830">
              <w:rPr>
                <w:rFonts w:ascii="Arial" w:hAnsi="Arial" w:cs="Arial"/>
                <w:lang w:val="es-CO"/>
              </w:rPr>
              <w:t>X</w:t>
            </w:r>
          </w:p>
        </w:tc>
      </w:tr>
      <w:tr w:rsidR="00980F34" w:rsidRPr="00BC6830" w14:paraId="0E44117E" w14:textId="77777777" w:rsidTr="002705CA">
        <w:trPr>
          <w:trHeight w:val="44"/>
        </w:trPr>
        <w:tc>
          <w:tcPr>
            <w:tcW w:w="709" w:type="dxa"/>
            <w:tcBorders>
              <w:top w:val="nil"/>
              <w:left w:val="single" w:sz="4" w:space="0" w:color="000000"/>
              <w:bottom w:val="single" w:sz="4" w:space="0" w:color="000000"/>
              <w:right w:val="single" w:sz="4" w:space="0" w:color="000000"/>
            </w:tcBorders>
          </w:tcPr>
          <w:p w14:paraId="2E05C3C0" w14:textId="77777777" w:rsidR="00980F34" w:rsidRPr="00BC6830" w:rsidRDefault="00980F34" w:rsidP="00BA3912">
            <w:pPr>
              <w:pStyle w:val="Sinespaciado"/>
              <w:jc w:val="right"/>
              <w:rPr>
                <w:rFonts w:ascii="Arial" w:hAnsi="Arial" w:cs="Arial"/>
                <w:lang w:val="es-CO"/>
              </w:rPr>
            </w:pPr>
            <w:r w:rsidRPr="00BC6830">
              <w:rPr>
                <w:rFonts w:ascii="Arial" w:hAnsi="Arial" w:cs="Arial"/>
                <w:lang w:val="es-CO"/>
              </w:rPr>
              <w:t>10</w:t>
            </w:r>
          </w:p>
        </w:tc>
        <w:tc>
          <w:tcPr>
            <w:tcW w:w="4961" w:type="dxa"/>
            <w:tcBorders>
              <w:top w:val="nil"/>
              <w:left w:val="nil"/>
              <w:bottom w:val="single" w:sz="4" w:space="0" w:color="000000"/>
              <w:right w:val="single" w:sz="4" w:space="0" w:color="000000"/>
            </w:tcBorders>
          </w:tcPr>
          <w:p w14:paraId="2E336F8C" w14:textId="77777777" w:rsidR="00980F34" w:rsidRPr="000D177E" w:rsidRDefault="00980F34" w:rsidP="00BA3912">
            <w:pPr>
              <w:pStyle w:val="Sinespaciado"/>
              <w:rPr>
                <w:rFonts w:ascii="Arial" w:hAnsi="Arial" w:cs="Arial"/>
                <w:i/>
                <w:iCs/>
                <w:lang w:val="es-CO"/>
              </w:rPr>
            </w:pPr>
            <w:r w:rsidRPr="000D177E">
              <w:rPr>
                <w:rFonts w:ascii="Arial" w:hAnsi="Arial" w:cs="Arial"/>
                <w:i/>
                <w:iCs/>
                <w:lang w:val="es-CO"/>
              </w:rPr>
              <w:t>GÓMEZ LÓPEZ GERMAN JOSÉ</w:t>
            </w:r>
          </w:p>
        </w:tc>
        <w:tc>
          <w:tcPr>
            <w:tcW w:w="1980" w:type="dxa"/>
            <w:tcBorders>
              <w:top w:val="single" w:sz="4" w:space="0" w:color="000000"/>
              <w:left w:val="nil"/>
              <w:bottom w:val="single" w:sz="4" w:space="0" w:color="000000"/>
              <w:right w:val="single" w:sz="4" w:space="0" w:color="000000"/>
            </w:tcBorders>
          </w:tcPr>
          <w:p w14:paraId="064B1CB0" w14:textId="77777777" w:rsidR="00980F34" w:rsidRPr="00BC6830" w:rsidRDefault="00ED72A4" w:rsidP="00BA3912">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0A9842B7" w14:textId="77777777" w:rsidR="00980F34" w:rsidRPr="00BC6830" w:rsidRDefault="00980F34" w:rsidP="00BA3912">
            <w:pPr>
              <w:pStyle w:val="Sinespaciado"/>
              <w:jc w:val="center"/>
              <w:rPr>
                <w:rFonts w:ascii="Arial" w:hAnsi="Arial" w:cs="Arial"/>
                <w:lang w:val="es-CO"/>
              </w:rPr>
            </w:pPr>
          </w:p>
        </w:tc>
      </w:tr>
      <w:tr w:rsidR="00980F34" w:rsidRPr="00BC6830" w14:paraId="79DA6064" w14:textId="77777777" w:rsidTr="002705CA">
        <w:trPr>
          <w:trHeight w:val="114"/>
        </w:trPr>
        <w:tc>
          <w:tcPr>
            <w:tcW w:w="709" w:type="dxa"/>
            <w:tcBorders>
              <w:top w:val="nil"/>
              <w:left w:val="single" w:sz="4" w:space="0" w:color="000000"/>
              <w:bottom w:val="single" w:sz="4" w:space="0" w:color="000000"/>
              <w:right w:val="single" w:sz="4" w:space="0" w:color="000000"/>
            </w:tcBorders>
          </w:tcPr>
          <w:p w14:paraId="645FCC4A" w14:textId="77777777" w:rsidR="00980F34" w:rsidRPr="00BC6830" w:rsidRDefault="00980F34" w:rsidP="00BA3912">
            <w:pPr>
              <w:pStyle w:val="Sinespaciado"/>
              <w:jc w:val="right"/>
              <w:rPr>
                <w:rFonts w:ascii="Arial" w:hAnsi="Arial" w:cs="Arial"/>
                <w:lang w:val="es-CO"/>
              </w:rPr>
            </w:pPr>
            <w:r w:rsidRPr="00BC6830">
              <w:rPr>
                <w:rFonts w:ascii="Arial" w:hAnsi="Arial" w:cs="Arial"/>
                <w:lang w:val="es-CO"/>
              </w:rPr>
              <w:t>11</w:t>
            </w:r>
          </w:p>
        </w:tc>
        <w:tc>
          <w:tcPr>
            <w:tcW w:w="4961" w:type="dxa"/>
            <w:tcBorders>
              <w:top w:val="nil"/>
              <w:left w:val="nil"/>
              <w:bottom w:val="single" w:sz="4" w:space="0" w:color="000000"/>
              <w:right w:val="single" w:sz="4" w:space="0" w:color="000000"/>
            </w:tcBorders>
          </w:tcPr>
          <w:p w14:paraId="4A2D1198" w14:textId="77777777" w:rsidR="00980F34" w:rsidRPr="000D177E" w:rsidRDefault="00980F34" w:rsidP="00BA3912">
            <w:pPr>
              <w:pStyle w:val="Sinespaciado"/>
              <w:rPr>
                <w:rFonts w:ascii="Arial" w:hAnsi="Arial" w:cs="Arial"/>
                <w:i/>
                <w:iCs/>
                <w:lang w:val="es-CO"/>
              </w:rPr>
            </w:pPr>
            <w:r w:rsidRPr="000D177E">
              <w:rPr>
                <w:rFonts w:ascii="Arial" w:hAnsi="Arial" w:cs="Arial"/>
                <w:i/>
                <w:iCs/>
                <w:lang w:val="es-CO"/>
              </w:rPr>
              <w:t>LONDOÑO BARRERA JUAN CAMILO</w:t>
            </w:r>
          </w:p>
        </w:tc>
        <w:tc>
          <w:tcPr>
            <w:tcW w:w="1980" w:type="dxa"/>
            <w:tcBorders>
              <w:top w:val="single" w:sz="4" w:space="0" w:color="000000"/>
              <w:left w:val="nil"/>
              <w:bottom w:val="single" w:sz="4" w:space="0" w:color="000000"/>
              <w:right w:val="single" w:sz="4" w:space="0" w:color="000000"/>
            </w:tcBorders>
          </w:tcPr>
          <w:p w14:paraId="3E08BE79" w14:textId="77777777" w:rsidR="00980F34" w:rsidRPr="00BC6830" w:rsidRDefault="00ED72A4" w:rsidP="00BA3912">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70800205" w14:textId="77777777" w:rsidR="00980F34" w:rsidRPr="00BC6830" w:rsidRDefault="00980F34" w:rsidP="00BA3912">
            <w:pPr>
              <w:pStyle w:val="Sinespaciado"/>
              <w:jc w:val="center"/>
              <w:rPr>
                <w:rFonts w:ascii="Arial" w:hAnsi="Arial" w:cs="Arial"/>
                <w:lang w:val="es-CO"/>
              </w:rPr>
            </w:pPr>
          </w:p>
        </w:tc>
      </w:tr>
      <w:tr w:rsidR="00980F34" w:rsidRPr="00BC6830" w14:paraId="23F05D34" w14:textId="77777777" w:rsidTr="002705CA">
        <w:trPr>
          <w:trHeight w:val="73"/>
        </w:trPr>
        <w:tc>
          <w:tcPr>
            <w:tcW w:w="709" w:type="dxa"/>
            <w:tcBorders>
              <w:top w:val="nil"/>
              <w:left w:val="single" w:sz="4" w:space="0" w:color="000000"/>
              <w:bottom w:val="single" w:sz="4" w:space="0" w:color="000000"/>
              <w:right w:val="single" w:sz="4" w:space="0" w:color="000000"/>
            </w:tcBorders>
          </w:tcPr>
          <w:p w14:paraId="49B0CFCB" w14:textId="77777777" w:rsidR="00980F34" w:rsidRPr="00BC6830" w:rsidRDefault="00980F34" w:rsidP="00BA3912">
            <w:pPr>
              <w:pStyle w:val="Sinespaciado"/>
              <w:jc w:val="right"/>
              <w:rPr>
                <w:rFonts w:ascii="Arial" w:hAnsi="Arial" w:cs="Arial"/>
                <w:lang w:val="es-CO"/>
              </w:rPr>
            </w:pPr>
            <w:r w:rsidRPr="00BC6830">
              <w:rPr>
                <w:rFonts w:ascii="Arial" w:hAnsi="Arial" w:cs="Arial"/>
                <w:lang w:val="es-CO"/>
              </w:rPr>
              <w:t>12</w:t>
            </w:r>
          </w:p>
        </w:tc>
        <w:tc>
          <w:tcPr>
            <w:tcW w:w="4961" w:type="dxa"/>
            <w:tcBorders>
              <w:top w:val="nil"/>
              <w:left w:val="nil"/>
              <w:bottom w:val="single" w:sz="4" w:space="0" w:color="000000"/>
              <w:right w:val="single" w:sz="4" w:space="0" w:color="000000"/>
            </w:tcBorders>
          </w:tcPr>
          <w:p w14:paraId="1F207524" w14:textId="77777777" w:rsidR="00980F34" w:rsidRPr="000D177E" w:rsidRDefault="00980F34" w:rsidP="00BA3912">
            <w:pPr>
              <w:pStyle w:val="Sinespaciado"/>
              <w:rPr>
                <w:rFonts w:ascii="Arial" w:hAnsi="Arial" w:cs="Arial"/>
                <w:i/>
                <w:iCs/>
                <w:lang w:val="es-CO"/>
              </w:rPr>
            </w:pPr>
            <w:r w:rsidRPr="000D177E">
              <w:rPr>
                <w:rFonts w:ascii="Arial" w:hAnsi="Arial" w:cs="Arial"/>
                <w:i/>
                <w:iCs/>
                <w:lang w:val="es-CO"/>
              </w:rPr>
              <w:t>LOPERA MONSALVE MARÍA EUGENIA</w:t>
            </w:r>
          </w:p>
        </w:tc>
        <w:tc>
          <w:tcPr>
            <w:tcW w:w="1980" w:type="dxa"/>
            <w:tcBorders>
              <w:top w:val="single" w:sz="4" w:space="0" w:color="000000"/>
              <w:left w:val="nil"/>
              <w:bottom w:val="single" w:sz="4" w:space="0" w:color="000000"/>
              <w:right w:val="single" w:sz="4" w:space="0" w:color="000000"/>
            </w:tcBorders>
          </w:tcPr>
          <w:p w14:paraId="3B3AAA1D" w14:textId="77777777" w:rsidR="00980F34" w:rsidRPr="00BC6830" w:rsidRDefault="00980F34" w:rsidP="00BA3912">
            <w:pPr>
              <w:pStyle w:val="Sinespaciado"/>
              <w:jc w:val="center"/>
              <w:rPr>
                <w:rFonts w:ascii="Arial" w:hAnsi="Arial" w:cs="Arial"/>
                <w:lang w:val="es-CO"/>
              </w:rPr>
            </w:pPr>
          </w:p>
        </w:tc>
        <w:tc>
          <w:tcPr>
            <w:tcW w:w="1984" w:type="dxa"/>
            <w:tcBorders>
              <w:top w:val="single" w:sz="4" w:space="0" w:color="000000"/>
              <w:left w:val="nil"/>
              <w:bottom w:val="single" w:sz="4" w:space="0" w:color="000000"/>
              <w:right w:val="single" w:sz="4" w:space="0" w:color="000000"/>
            </w:tcBorders>
          </w:tcPr>
          <w:p w14:paraId="549CF1AD" w14:textId="77777777" w:rsidR="00980F34" w:rsidRPr="00BC6830" w:rsidRDefault="00980F34" w:rsidP="00BA3912">
            <w:pPr>
              <w:pStyle w:val="Sinespaciado"/>
              <w:jc w:val="center"/>
              <w:rPr>
                <w:rFonts w:ascii="Arial" w:hAnsi="Arial" w:cs="Arial"/>
                <w:lang w:val="es-CO"/>
              </w:rPr>
            </w:pPr>
          </w:p>
        </w:tc>
      </w:tr>
      <w:tr w:rsidR="00980F34" w:rsidRPr="00BC6830" w14:paraId="1CA9E010" w14:textId="77777777" w:rsidTr="002705CA">
        <w:trPr>
          <w:trHeight w:val="247"/>
        </w:trPr>
        <w:tc>
          <w:tcPr>
            <w:tcW w:w="709" w:type="dxa"/>
            <w:tcBorders>
              <w:top w:val="nil"/>
              <w:left w:val="single" w:sz="4" w:space="0" w:color="000000"/>
              <w:bottom w:val="single" w:sz="4" w:space="0" w:color="000000"/>
              <w:right w:val="single" w:sz="4" w:space="0" w:color="000000"/>
            </w:tcBorders>
          </w:tcPr>
          <w:p w14:paraId="5734682F" w14:textId="77777777" w:rsidR="00980F34" w:rsidRPr="00BC6830" w:rsidRDefault="00980F34" w:rsidP="00BA3912">
            <w:pPr>
              <w:pStyle w:val="Sinespaciado"/>
              <w:jc w:val="right"/>
              <w:rPr>
                <w:rFonts w:ascii="Arial" w:hAnsi="Arial" w:cs="Arial"/>
                <w:lang w:val="es-CO"/>
              </w:rPr>
            </w:pPr>
            <w:r w:rsidRPr="00BC6830">
              <w:rPr>
                <w:rFonts w:ascii="Arial" w:hAnsi="Arial" w:cs="Arial"/>
                <w:lang w:val="es-CO"/>
              </w:rPr>
              <w:t>13</w:t>
            </w:r>
          </w:p>
        </w:tc>
        <w:tc>
          <w:tcPr>
            <w:tcW w:w="4961" w:type="dxa"/>
            <w:tcBorders>
              <w:top w:val="nil"/>
              <w:left w:val="nil"/>
              <w:bottom w:val="single" w:sz="4" w:space="0" w:color="000000"/>
              <w:right w:val="single" w:sz="4" w:space="0" w:color="000000"/>
            </w:tcBorders>
          </w:tcPr>
          <w:p w14:paraId="108DBA2E" w14:textId="77777777" w:rsidR="00980F34" w:rsidRPr="000D177E" w:rsidRDefault="00980F34" w:rsidP="00BA3912">
            <w:pPr>
              <w:pStyle w:val="Sinespaciado"/>
              <w:rPr>
                <w:rFonts w:ascii="Arial" w:hAnsi="Arial" w:cs="Arial"/>
                <w:i/>
                <w:iCs/>
                <w:lang w:val="es-CO"/>
              </w:rPr>
            </w:pPr>
            <w:r w:rsidRPr="000D177E">
              <w:rPr>
                <w:rFonts w:ascii="Arial" w:hAnsi="Arial" w:cs="Arial"/>
                <w:i/>
                <w:iCs/>
                <w:lang w:val="es-CO"/>
              </w:rPr>
              <w:t>LÓPEZ SALAZAR KAREN JULIANA</w:t>
            </w:r>
          </w:p>
        </w:tc>
        <w:tc>
          <w:tcPr>
            <w:tcW w:w="1980" w:type="dxa"/>
            <w:tcBorders>
              <w:top w:val="single" w:sz="4" w:space="0" w:color="000000"/>
              <w:left w:val="nil"/>
              <w:bottom w:val="single" w:sz="4" w:space="0" w:color="000000"/>
              <w:right w:val="single" w:sz="4" w:space="0" w:color="000000"/>
            </w:tcBorders>
          </w:tcPr>
          <w:p w14:paraId="282C27CA" w14:textId="77777777" w:rsidR="00980F34" w:rsidRPr="00BC6830" w:rsidRDefault="00ED72A4" w:rsidP="00BA3912">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40FF493F" w14:textId="77777777" w:rsidR="00980F34" w:rsidRPr="00BC6830" w:rsidRDefault="00980F34" w:rsidP="00980F34">
            <w:pPr>
              <w:pStyle w:val="Sinespaciado"/>
              <w:rPr>
                <w:rFonts w:ascii="Arial" w:hAnsi="Arial" w:cs="Arial"/>
                <w:lang w:val="es-CO"/>
              </w:rPr>
            </w:pPr>
          </w:p>
        </w:tc>
      </w:tr>
      <w:tr w:rsidR="00980F34" w:rsidRPr="00BC6830" w14:paraId="2C9ED5CE" w14:textId="77777777" w:rsidTr="002705CA">
        <w:trPr>
          <w:trHeight w:val="238"/>
        </w:trPr>
        <w:tc>
          <w:tcPr>
            <w:tcW w:w="709" w:type="dxa"/>
            <w:tcBorders>
              <w:top w:val="nil"/>
              <w:left w:val="single" w:sz="4" w:space="0" w:color="000000"/>
              <w:bottom w:val="single" w:sz="4" w:space="0" w:color="000000"/>
              <w:right w:val="single" w:sz="4" w:space="0" w:color="000000"/>
            </w:tcBorders>
          </w:tcPr>
          <w:p w14:paraId="3C05880D" w14:textId="77777777" w:rsidR="00980F34" w:rsidRPr="00BC6830" w:rsidRDefault="00980F34" w:rsidP="00BA3912">
            <w:pPr>
              <w:pStyle w:val="Sinespaciado"/>
              <w:jc w:val="right"/>
              <w:rPr>
                <w:rFonts w:ascii="Arial" w:hAnsi="Arial" w:cs="Arial"/>
                <w:lang w:val="es-CO"/>
              </w:rPr>
            </w:pPr>
            <w:r w:rsidRPr="00BC6830">
              <w:rPr>
                <w:rFonts w:ascii="Arial" w:hAnsi="Arial" w:cs="Arial"/>
                <w:lang w:val="es-CO"/>
              </w:rPr>
              <w:t>14</w:t>
            </w:r>
          </w:p>
        </w:tc>
        <w:tc>
          <w:tcPr>
            <w:tcW w:w="4961" w:type="dxa"/>
            <w:tcBorders>
              <w:top w:val="nil"/>
              <w:left w:val="nil"/>
              <w:bottom w:val="single" w:sz="4" w:space="0" w:color="000000"/>
              <w:right w:val="single" w:sz="4" w:space="0" w:color="000000"/>
            </w:tcBorders>
          </w:tcPr>
          <w:p w14:paraId="3B412414" w14:textId="77777777" w:rsidR="00980F34" w:rsidRPr="000D177E" w:rsidRDefault="00980F34" w:rsidP="00BA3912">
            <w:pPr>
              <w:pStyle w:val="Sinespaciado"/>
              <w:rPr>
                <w:rFonts w:ascii="Arial" w:hAnsi="Arial" w:cs="Arial"/>
                <w:i/>
                <w:iCs/>
                <w:lang w:val="es-CO"/>
              </w:rPr>
            </w:pPr>
            <w:r w:rsidRPr="000D177E">
              <w:rPr>
                <w:rFonts w:ascii="Arial" w:hAnsi="Arial" w:cs="Arial"/>
                <w:i/>
                <w:iCs/>
                <w:lang w:val="es-CO"/>
              </w:rPr>
              <w:t xml:space="preserve">MONDRAGÓN GARZÓN ALFREDO </w:t>
            </w:r>
          </w:p>
        </w:tc>
        <w:tc>
          <w:tcPr>
            <w:tcW w:w="1980" w:type="dxa"/>
            <w:tcBorders>
              <w:top w:val="single" w:sz="4" w:space="0" w:color="000000"/>
              <w:left w:val="nil"/>
              <w:bottom w:val="single" w:sz="4" w:space="0" w:color="000000"/>
              <w:right w:val="single" w:sz="4" w:space="0" w:color="000000"/>
            </w:tcBorders>
          </w:tcPr>
          <w:p w14:paraId="4D11E670" w14:textId="77777777" w:rsidR="00980F34" w:rsidRPr="00BC6830" w:rsidRDefault="00ED72A4" w:rsidP="00BA3912">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42C221FE" w14:textId="77777777" w:rsidR="00980F34" w:rsidRPr="00BC6830" w:rsidRDefault="00980F34" w:rsidP="00BA3912">
            <w:pPr>
              <w:pStyle w:val="Sinespaciado"/>
              <w:jc w:val="center"/>
              <w:rPr>
                <w:rFonts w:ascii="Arial" w:hAnsi="Arial" w:cs="Arial"/>
                <w:lang w:val="es-CO"/>
              </w:rPr>
            </w:pPr>
          </w:p>
        </w:tc>
      </w:tr>
      <w:tr w:rsidR="00980F34" w:rsidRPr="00BC6830" w14:paraId="7CA0D776" w14:textId="77777777" w:rsidTr="002705CA">
        <w:trPr>
          <w:trHeight w:val="81"/>
        </w:trPr>
        <w:tc>
          <w:tcPr>
            <w:tcW w:w="709" w:type="dxa"/>
            <w:tcBorders>
              <w:top w:val="nil"/>
              <w:left w:val="single" w:sz="4" w:space="0" w:color="000000"/>
              <w:bottom w:val="single" w:sz="4" w:space="0" w:color="000000"/>
              <w:right w:val="single" w:sz="4" w:space="0" w:color="000000"/>
            </w:tcBorders>
          </w:tcPr>
          <w:p w14:paraId="647D1314" w14:textId="77777777" w:rsidR="00980F34" w:rsidRPr="00BC6830" w:rsidRDefault="00980F34" w:rsidP="00BA3912">
            <w:pPr>
              <w:pStyle w:val="Sinespaciado"/>
              <w:jc w:val="right"/>
              <w:rPr>
                <w:rFonts w:ascii="Arial" w:hAnsi="Arial" w:cs="Arial"/>
                <w:lang w:val="es-CO"/>
              </w:rPr>
            </w:pPr>
            <w:r w:rsidRPr="00BC6830">
              <w:rPr>
                <w:rFonts w:ascii="Arial" w:hAnsi="Arial" w:cs="Arial"/>
                <w:lang w:val="es-CO"/>
              </w:rPr>
              <w:t>15</w:t>
            </w:r>
          </w:p>
        </w:tc>
        <w:tc>
          <w:tcPr>
            <w:tcW w:w="4961" w:type="dxa"/>
            <w:tcBorders>
              <w:top w:val="nil"/>
              <w:left w:val="nil"/>
              <w:bottom w:val="single" w:sz="4" w:space="0" w:color="000000"/>
              <w:right w:val="single" w:sz="4" w:space="0" w:color="000000"/>
            </w:tcBorders>
          </w:tcPr>
          <w:p w14:paraId="2D51DEE7" w14:textId="77777777" w:rsidR="00980F34" w:rsidRPr="000D177E" w:rsidRDefault="00980F34" w:rsidP="00BA3912">
            <w:pPr>
              <w:pStyle w:val="Sinespaciado"/>
              <w:rPr>
                <w:rFonts w:ascii="Arial" w:hAnsi="Arial" w:cs="Arial"/>
                <w:i/>
                <w:iCs/>
                <w:lang w:val="es-CO"/>
              </w:rPr>
            </w:pPr>
            <w:r w:rsidRPr="000D177E">
              <w:rPr>
                <w:rFonts w:ascii="Arial" w:hAnsi="Arial" w:cs="Arial"/>
                <w:i/>
                <w:iCs/>
                <w:lang w:val="es-CO"/>
              </w:rPr>
              <w:t>PÉREZ ARANGO BETSY JUDITH</w:t>
            </w:r>
          </w:p>
        </w:tc>
        <w:tc>
          <w:tcPr>
            <w:tcW w:w="1980" w:type="dxa"/>
            <w:tcBorders>
              <w:top w:val="single" w:sz="4" w:space="0" w:color="000000"/>
              <w:left w:val="nil"/>
              <w:bottom w:val="single" w:sz="4" w:space="0" w:color="000000"/>
              <w:right w:val="single" w:sz="4" w:space="0" w:color="000000"/>
            </w:tcBorders>
          </w:tcPr>
          <w:p w14:paraId="38E10854" w14:textId="77777777" w:rsidR="00980F34" w:rsidRPr="00BC6830" w:rsidRDefault="00ED72A4" w:rsidP="00BA3912">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2C095223" w14:textId="77777777" w:rsidR="00980F34" w:rsidRPr="00BC6830" w:rsidRDefault="00980F34" w:rsidP="00980F34">
            <w:pPr>
              <w:pStyle w:val="Sinespaciado"/>
              <w:rPr>
                <w:rFonts w:ascii="Arial" w:hAnsi="Arial" w:cs="Arial"/>
                <w:lang w:val="es-CO"/>
              </w:rPr>
            </w:pPr>
          </w:p>
        </w:tc>
      </w:tr>
      <w:tr w:rsidR="00980F34" w:rsidRPr="00BC6830" w14:paraId="1AABECCC" w14:textId="77777777" w:rsidTr="002705CA">
        <w:trPr>
          <w:trHeight w:val="44"/>
        </w:trPr>
        <w:tc>
          <w:tcPr>
            <w:tcW w:w="709" w:type="dxa"/>
            <w:tcBorders>
              <w:top w:val="nil"/>
              <w:left w:val="single" w:sz="4" w:space="0" w:color="000000"/>
              <w:bottom w:val="single" w:sz="4" w:space="0" w:color="auto"/>
              <w:right w:val="single" w:sz="4" w:space="0" w:color="000000"/>
            </w:tcBorders>
          </w:tcPr>
          <w:p w14:paraId="4176C666" w14:textId="77777777" w:rsidR="00980F34" w:rsidRPr="00BC6830" w:rsidRDefault="00980F34" w:rsidP="00BA3912">
            <w:pPr>
              <w:pStyle w:val="Sinespaciado"/>
              <w:jc w:val="right"/>
              <w:rPr>
                <w:rFonts w:ascii="Arial" w:hAnsi="Arial" w:cs="Arial"/>
                <w:lang w:val="es-CO"/>
              </w:rPr>
            </w:pPr>
            <w:r w:rsidRPr="00BC6830">
              <w:rPr>
                <w:rFonts w:ascii="Arial" w:hAnsi="Arial" w:cs="Arial"/>
                <w:lang w:val="es-CO"/>
              </w:rPr>
              <w:t>16</w:t>
            </w:r>
          </w:p>
        </w:tc>
        <w:tc>
          <w:tcPr>
            <w:tcW w:w="4961" w:type="dxa"/>
            <w:tcBorders>
              <w:top w:val="nil"/>
              <w:left w:val="nil"/>
              <w:bottom w:val="single" w:sz="4" w:space="0" w:color="auto"/>
              <w:right w:val="single" w:sz="4" w:space="0" w:color="000000"/>
            </w:tcBorders>
          </w:tcPr>
          <w:p w14:paraId="04A60CB4" w14:textId="77777777" w:rsidR="00980F34" w:rsidRPr="000D177E" w:rsidRDefault="00980F34" w:rsidP="00BA3912">
            <w:pPr>
              <w:pStyle w:val="Sinespaciado"/>
              <w:rPr>
                <w:rFonts w:ascii="Arial" w:hAnsi="Arial" w:cs="Arial"/>
                <w:i/>
                <w:iCs/>
                <w:lang w:val="es-CO"/>
              </w:rPr>
            </w:pPr>
            <w:r w:rsidRPr="000D177E">
              <w:rPr>
                <w:rFonts w:ascii="Arial" w:hAnsi="Arial" w:cs="Arial"/>
                <w:i/>
                <w:iCs/>
                <w:lang w:val="es-CO"/>
              </w:rPr>
              <w:t>QUEVEDO HERRERA JORGE ALEXANDER</w:t>
            </w:r>
          </w:p>
        </w:tc>
        <w:tc>
          <w:tcPr>
            <w:tcW w:w="1980" w:type="dxa"/>
            <w:tcBorders>
              <w:top w:val="single" w:sz="4" w:space="0" w:color="000000"/>
              <w:left w:val="nil"/>
              <w:bottom w:val="single" w:sz="4" w:space="0" w:color="auto"/>
              <w:right w:val="single" w:sz="4" w:space="0" w:color="000000"/>
            </w:tcBorders>
          </w:tcPr>
          <w:p w14:paraId="7141FA1A" w14:textId="77777777" w:rsidR="00980F34" w:rsidRPr="00BC6830" w:rsidRDefault="00ED72A4" w:rsidP="00BA3912">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auto"/>
              <w:right w:val="single" w:sz="4" w:space="0" w:color="000000"/>
            </w:tcBorders>
          </w:tcPr>
          <w:p w14:paraId="0B24B7CD" w14:textId="77777777" w:rsidR="00980F34" w:rsidRPr="00BC6830" w:rsidRDefault="00980F34" w:rsidP="00BA3912">
            <w:pPr>
              <w:pStyle w:val="Sinespaciado"/>
              <w:jc w:val="center"/>
              <w:rPr>
                <w:rFonts w:ascii="Arial" w:hAnsi="Arial" w:cs="Arial"/>
                <w:lang w:val="es-CO"/>
              </w:rPr>
            </w:pPr>
          </w:p>
        </w:tc>
      </w:tr>
      <w:tr w:rsidR="00980F34" w:rsidRPr="00BC6830" w14:paraId="076D9AAD" w14:textId="77777777" w:rsidTr="002705CA">
        <w:trPr>
          <w:trHeight w:val="44"/>
        </w:trPr>
        <w:tc>
          <w:tcPr>
            <w:tcW w:w="709" w:type="dxa"/>
            <w:tcBorders>
              <w:top w:val="single" w:sz="4" w:space="0" w:color="auto"/>
              <w:left w:val="single" w:sz="4" w:space="0" w:color="000000"/>
              <w:bottom w:val="single" w:sz="4" w:space="0" w:color="000000"/>
              <w:right w:val="single" w:sz="4" w:space="0" w:color="000000"/>
            </w:tcBorders>
          </w:tcPr>
          <w:p w14:paraId="50A7FFDC" w14:textId="77777777" w:rsidR="00980F34" w:rsidRPr="00BC6830" w:rsidRDefault="00980F34" w:rsidP="00BA3912">
            <w:pPr>
              <w:pStyle w:val="Sinespaciado"/>
              <w:jc w:val="right"/>
              <w:rPr>
                <w:rFonts w:ascii="Arial" w:hAnsi="Arial" w:cs="Arial"/>
                <w:lang w:val="es-CO"/>
              </w:rPr>
            </w:pPr>
            <w:r w:rsidRPr="00BC6830">
              <w:rPr>
                <w:rFonts w:ascii="Arial" w:hAnsi="Arial" w:cs="Arial"/>
                <w:lang w:val="es-CO"/>
              </w:rPr>
              <w:t>17</w:t>
            </w:r>
          </w:p>
        </w:tc>
        <w:tc>
          <w:tcPr>
            <w:tcW w:w="4961" w:type="dxa"/>
            <w:tcBorders>
              <w:top w:val="single" w:sz="4" w:space="0" w:color="auto"/>
              <w:left w:val="nil"/>
              <w:bottom w:val="single" w:sz="4" w:space="0" w:color="000000"/>
              <w:right w:val="single" w:sz="4" w:space="0" w:color="000000"/>
            </w:tcBorders>
          </w:tcPr>
          <w:p w14:paraId="580F8C23" w14:textId="77777777" w:rsidR="00980F34" w:rsidRPr="000D177E" w:rsidRDefault="00980F34" w:rsidP="00BA3912">
            <w:pPr>
              <w:pStyle w:val="Sinespaciado"/>
              <w:rPr>
                <w:rFonts w:ascii="Arial" w:hAnsi="Arial" w:cs="Arial"/>
                <w:i/>
                <w:iCs/>
                <w:lang w:val="es-CO"/>
              </w:rPr>
            </w:pPr>
            <w:r w:rsidRPr="000D177E">
              <w:rPr>
                <w:rFonts w:ascii="Arial" w:hAnsi="Arial" w:cs="Arial"/>
                <w:i/>
                <w:iCs/>
                <w:lang w:val="es-CO"/>
              </w:rPr>
              <w:t>ROZO ANÍS GERMAN ROGELIO</w:t>
            </w:r>
          </w:p>
        </w:tc>
        <w:tc>
          <w:tcPr>
            <w:tcW w:w="1980" w:type="dxa"/>
            <w:tcBorders>
              <w:top w:val="single" w:sz="4" w:space="0" w:color="auto"/>
              <w:left w:val="nil"/>
              <w:bottom w:val="single" w:sz="4" w:space="0" w:color="000000"/>
              <w:right w:val="single" w:sz="4" w:space="0" w:color="000000"/>
            </w:tcBorders>
          </w:tcPr>
          <w:p w14:paraId="67800629" w14:textId="77777777" w:rsidR="00980F34" w:rsidRPr="00BC6830" w:rsidRDefault="00ED72A4" w:rsidP="00BA3912">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auto"/>
              <w:left w:val="nil"/>
              <w:bottom w:val="single" w:sz="4" w:space="0" w:color="000000"/>
              <w:right w:val="single" w:sz="4" w:space="0" w:color="000000"/>
            </w:tcBorders>
          </w:tcPr>
          <w:p w14:paraId="35793EDE" w14:textId="77777777" w:rsidR="00980F34" w:rsidRPr="00BC6830" w:rsidRDefault="00980F34" w:rsidP="00BA3912">
            <w:pPr>
              <w:pStyle w:val="Sinespaciado"/>
              <w:jc w:val="center"/>
              <w:rPr>
                <w:rFonts w:ascii="Arial" w:hAnsi="Arial" w:cs="Arial"/>
                <w:lang w:val="es-CO"/>
              </w:rPr>
            </w:pPr>
          </w:p>
        </w:tc>
      </w:tr>
      <w:tr w:rsidR="00980F34" w:rsidRPr="00BC6830" w14:paraId="404ACBFC" w14:textId="77777777" w:rsidTr="002705CA">
        <w:trPr>
          <w:trHeight w:val="44"/>
        </w:trPr>
        <w:tc>
          <w:tcPr>
            <w:tcW w:w="709" w:type="dxa"/>
            <w:tcBorders>
              <w:top w:val="nil"/>
              <w:left w:val="single" w:sz="4" w:space="0" w:color="000000"/>
              <w:bottom w:val="single" w:sz="4" w:space="0" w:color="auto"/>
              <w:right w:val="single" w:sz="4" w:space="0" w:color="000000"/>
            </w:tcBorders>
          </w:tcPr>
          <w:p w14:paraId="12D39207" w14:textId="77777777" w:rsidR="00980F34" w:rsidRPr="00BC6830" w:rsidRDefault="00980F34" w:rsidP="00BA3912">
            <w:pPr>
              <w:pStyle w:val="Sinespaciado"/>
              <w:jc w:val="right"/>
              <w:rPr>
                <w:rFonts w:ascii="Arial" w:hAnsi="Arial" w:cs="Arial"/>
                <w:lang w:val="es-CO"/>
              </w:rPr>
            </w:pPr>
            <w:r w:rsidRPr="00BC6830">
              <w:rPr>
                <w:rFonts w:ascii="Arial" w:hAnsi="Arial" w:cs="Arial"/>
                <w:lang w:val="es-CO"/>
              </w:rPr>
              <w:lastRenderedPageBreak/>
              <w:t>18</w:t>
            </w:r>
          </w:p>
        </w:tc>
        <w:tc>
          <w:tcPr>
            <w:tcW w:w="4961" w:type="dxa"/>
            <w:tcBorders>
              <w:top w:val="nil"/>
              <w:left w:val="nil"/>
              <w:bottom w:val="single" w:sz="4" w:space="0" w:color="auto"/>
              <w:right w:val="single" w:sz="4" w:space="0" w:color="000000"/>
            </w:tcBorders>
          </w:tcPr>
          <w:p w14:paraId="5995CC57" w14:textId="77777777" w:rsidR="00980F34" w:rsidRPr="000D177E" w:rsidRDefault="00980F34" w:rsidP="00BA3912">
            <w:pPr>
              <w:pStyle w:val="Sinespaciado"/>
              <w:rPr>
                <w:rFonts w:ascii="Arial" w:hAnsi="Arial" w:cs="Arial"/>
                <w:i/>
                <w:iCs/>
                <w:lang w:val="es-CO"/>
              </w:rPr>
            </w:pPr>
            <w:r w:rsidRPr="000D177E">
              <w:rPr>
                <w:rFonts w:ascii="Arial" w:hAnsi="Arial" w:cs="Arial"/>
                <w:i/>
                <w:iCs/>
                <w:lang w:val="es-CO"/>
              </w:rPr>
              <w:t>SALCEDO GUERRERO VÍCTOR MANUEL</w:t>
            </w:r>
          </w:p>
        </w:tc>
        <w:tc>
          <w:tcPr>
            <w:tcW w:w="1980" w:type="dxa"/>
            <w:tcBorders>
              <w:top w:val="single" w:sz="4" w:space="0" w:color="000000"/>
              <w:left w:val="nil"/>
              <w:bottom w:val="single" w:sz="4" w:space="0" w:color="auto"/>
              <w:right w:val="single" w:sz="4" w:space="0" w:color="000000"/>
            </w:tcBorders>
          </w:tcPr>
          <w:p w14:paraId="62CD0F7A" w14:textId="77777777" w:rsidR="00980F34" w:rsidRPr="00BC6830" w:rsidRDefault="00980F34" w:rsidP="00BA3912">
            <w:pPr>
              <w:pStyle w:val="Sinespaciado"/>
              <w:jc w:val="center"/>
              <w:rPr>
                <w:rFonts w:ascii="Arial" w:hAnsi="Arial" w:cs="Arial"/>
                <w:lang w:val="es-CO"/>
              </w:rPr>
            </w:pPr>
          </w:p>
        </w:tc>
        <w:tc>
          <w:tcPr>
            <w:tcW w:w="1984" w:type="dxa"/>
            <w:tcBorders>
              <w:top w:val="single" w:sz="4" w:space="0" w:color="000000"/>
              <w:left w:val="nil"/>
              <w:bottom w:val="single" w:sz="4" w:space="0" w:color="auto"/>
              <w:right w:val="single" w:sz="4" w:space="0" w:color="000000"/>
            </w:tcBorders>
          </w:tcPr>
          <w:p w14:paraId="6FD7AE68" w14:textId="77777777" w:rsidR="00980F34" w:rsidRPr="00BC6830" w:rsidRDefault="00ED72A4" w:rsidP="00BA3912">
            <w:pPr>
              <w:pStyle w:val="Sinespaciado"/>
              <w:jc w:val="center"/>
              <w:rPr>
                <w:rFonts w:ascii="Arial" w:hAnsi="Arial" w:cs="Arial"/>
                <w:lang w:val="es-CO"/>
              </w:rPr>
            </w:pPr>
            <w:r w:rsidRPr="00BC6830">
              <w:rPr>
                <w:rFonts w:ascii="Arial" w:hAnsi="Arial" w:cs="Arial"/>
                <w:lang w:val="es-CO"/>
              </w:rPr>
              <w:t>X</w:t>
            </w:r>
          </w:p>
        </w:tc>
      </w:tr>
      <w:tr w:rsidR="00980F34" w:rsidRPr="00BC6830" w14:paraId="7850B4AB" w14:textId="77777777" w:rsidTr="002705CA">
        <w:trPr>
          <w:trHeight w:val="107"/>
        </w:trPr>
        <w:tc>
          <w:tcPr>
            <w:tcW w:w="709" w:type="dxa"/>
            <w:tcBorders>
              <w:top w:val="single" w:sz="4" w:space="0" w:color="auto"/>
              <w:left w:val="single" w:sz="4" w:space="0" w:color="auto"/>
              <w:bottom w:val="single" w:sz="4" w:space="0" w:color="auto"/>
              <w:right w:val="single" w:sz="4" w:space="0" w:color="auto"/>
            </w:tcBorders>
          </w:tcPr>
          <w:p w14:paraId="1080544C" w14:textId="77777777" w:rsidR="00980F34" w:rsidRPr="00BC6830" w:rsidRDefault="00980F34" w:rsidP="00BA3912">
            <w:pPr>
              <w:pStyle w:val="Sinespaciado"/>
              <w:jc w:val="right"/>
              <w:rPr>
                <w:rFonts w:ascii="Arial" w:hAnsi="Arial" w:cs="Arial"/>
                <w:lang w:val="es-CO"/>
              </w:rPr>
            </w:pPr>
            <w:r w:rsidRPr="00BC6830">
              <w:rPr>
                <w:rFonts w:ascii="Arial" w:hAnsi="Arial" w:cs="Arial"/>
                <w:lang w:val="es-CO"/>
              </w:rPr>
              <w:t>19</w:t>
            </w:r>
          </w:p>
        </w:tc>
        <w:tc>
          <w:tcPr>
            <w:tcW w:w="4961" w:type="dxa"/>
            <w:tcBorders>
              <w:top w:val="single" w:sz="4" w:space="0" w:color="auto"/>
              <w:left w:val="single" w:sz="4" w:space="0" w:color="auto"/>
              <w:bottom w:val="single" w:sz="4" w:space="0" w:color="auto"/>
              <w:right w:val="single" w:sz="4" w:space="0" w:color="auto"/>
            </w:tcBorders>
          </w:tcPr>
          <w:p w14:paraId="262EA19B" w14:textId="77777777" w:rsidR="00980F34" w:rsidRPr="000D177E" w:rsidRDefault="00980F34" w:rsidP="00BA3912">
            <w:pPr>
              <w:pStyle w:val="Sinespaciado"/>
              <w:rPr>
                <w:rFonts w:ascii="Arial" w:hAnsi="Arial" w:cs="Arial"/>
                <w:i/>
                <w:iCs/>
                <w:lang w:val="es-CO"/>
              </w:rPr>
            </w:pPr>
            <w:r w:rsidRPr="000D177E">
              <w:rPr>
                <w:rFonts w:ascii="Arial" w:hAnsi="Arial" w:cs="Arial"/>
                <w:i/>
                <w:iCs/>
                <w:lang w:val="es-CO"/>
              </w:rPr>
              <w:t>VARGAS SOLER JUAN CARLOS</w:t>
            </w:r>
          </w:p>
        </w:tc>
        <w:tc>
          <w:tcPr>
            <w:tcW w:w="1980" w:type="dxa"/>
            <w:tcBorders>
              <w:top w:val="single" w:sz="4" w:space="0" w:color="auto"/>
              <w:left w:val="single" w:sz="4" w:space="0" w:color="auto"/>
              <w:bottom w:val="single" w:sz="4" w:space="0" w:color="auto"/>
              <w:right w:val="single" w:sz="4" w:space="0" w:color="auto"/>
            </w:tcBorders>
          </w:tcPr>
          <w:p w14:paraId="65FA8169" w14:textId="77777777" w:rsidR="00980F34" w:rsidRPr="00BC6830" w:rsidRDefault="00ED72A4" w:rsidP="00BA3912">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auto"/>
              <w:left w:val="single" w:sz="4" w:space="0" w:color="auto"/>
              <w:bottom w:val="single" w:sz="4" w:space="0" w:color="auto"/>
              <w:right w:val="single" w:sz="4" w:space="0" w:color="auto"/>
            </w:tcBorders>
          </w:tcPr>
          <w:p w14:paraId="56438BA2" w14:textId="77777777" w:rsidR="00980F34" w:rsidRPr="00BC6830" w:rsidRDefault="00980F34" w:rsidP="00BA3912">
            <w:pPr>
              <w:pStyle w:val="Sinespaciado"/>
              <w:jc w:val="center"/>
              <w:rPr>
                <w:rFonts w:ascii="Arial" w:hAnsi="Arial" w:cs="Arial"/>
                <w:lang w:val="es-CO"/>
              </w:rPr>
            </w:pPr>
          </w:p>
        </w:tc>
      </w:tr>
      <w:tr w:rsidR="00980F34" w:rsidRPr="00BC6830" w14:paraId="27059614" w14:textId="77777777" w:rsidTr="002705CA">
        <w:trPr>
          <w:trHeight w:val="54"/>
        </w:trPr>
        <w:tc>
          <w:tcPr>
            <w:tcW w:w="709" w:type="dxa"/>
            <w:tcBorders>
              <w:top w:val="single" w:sz="4" w:space="0" w:color="auto"/>
              <w:left w:val="single" w:sz="4" w:space="0" w:color="000000"/>
              <w:bottom w:val="single" w:sz="4" w:space="0" w:color="000000"/>
              <w:right w:val="single" w:sz="4" w:space="0" w:color="000000"/>
            </w:tcBorders>
          </w:tcPr>
          <w:p w14:paraId="4B2FF6C3" w14:textId="77777777" w:rsidR="00980F34" w:rsidRPr="00BC6830" w:rsidRDefault="00980F34" w:rsidP="00BA3912">
            <w:pPr>
              <w:pStyle w:val="Sinespaciado"/>
              <w:jc w:val="right"/>
              <w:rPr>
                <w:rFonts w:ascii="Arial" w:hAnsi="Arial" w:cs="Arial"/>
                <w:lang w:val="es-CO"/>
              </w:rPr>
            </w:pPr>
            <w:r w:rsidRPr="00BC6830">
              <w:rPr>
                <w:rFonts w:ascii="Arial" w:hAnsi="Arial" w:cs="Arial"/>
                <w:lang w:val="es-CO"/>
              </w:rPr>
              <w:t>20</w:t>
            </w:r>
          </w:p>
        </w:tc>
        <w:tc>
          <w:tcPr>
            <w:tcW w:w="4961" w:type="dxa"/>
            <w:tcBorders>
              <w:top w:val="single" w:sz="4" w:space="0" w:color="auto"/>
              <w:left w:val="nil"/>
              <w:bottom w:val="single" w:sz="4" w:space="0" w:color="000000"/>
              <w:right w:val="single" w:sz="4" w:space="0" w:color="000000"/>
            </w:tcBorders>
          </w:tcPr>
          <w:p w14:paraId="0A1A6D63" w14:textId="77777777" w:rsidR="00980F34" w:rsidRPr="000D177E" w:rsidRDefault="00980F34" w:rsidP="00BA3912">
            <w:pPr>
              <w:pStyle w:val="Sinespaciado"/>
              <w:rPr>
                <w:rFonts w:ascii="Arial" w:hAnsi="Arial" w:cs="Arial"/>
                <w:i/>
                <w:iCs/>
                <w:lang w:val="es-CO"/>
              </w:rPr>
            </w:pPr>
            <w:r w:rsidRPr="000D177E">
              <w:rPr>
                <w:rFonts w:ascii="Arial" w:hAnsi="Arial" w:cs="Arial"/>
                <w:i/>
                <w:iCs/>
                <w:lang w:val="es-CO"/>
              </w:rPr>
              <w:t>VÁSQUEZ OCHOA LEIDER ALEXANDRA</w:t>
            </w:r>
          </w:p>
        </w:tc>
        <w:tc>
          <w:tcPr>
            <w:tcW w:w="1980" w:type="dxa"/>
            <w:tcBorders>
              <w:top w:val="single" w:sz="4" w:space="0" w:color="auto"/>
              <w:left w:val="nil"/>
              <w:bottom w:val="single" w:sz="4" w:space="0" w:color="000000"/>
              <w:right w:val="single" w:sz="4" w:space="0" w:color="000000"/>
            </w:tcBorders>
          </w:tcPr>
          <w:p w14:paraId="32E31A93" w14:textId="77777777" w:rsidR="00980F34" w:rsidRPr="00BC6830" w:rsidRDefault="00ED72A4" w:rsidP="00BA3912">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auto"/>
              <w:left w:val="nil"/>
              <w:bottom w:val="single" w:sz="4" w:space="0" w:color="000000"/>
              <w:right w:val="single" w:sz="4" w:space="0" w:color="000000"/>
            </w:tcBorders>
          </w:tcPr>
          <w:p w14:paraId="4D7F484D" w14:textId="77777777" w:rsidR="00980F34" w:rsidRPr="00BC6830" w:rsidRDefault="00980F34" w:rsidP="00BA3912">
            <w:pPr>
              <w:pStyle w:val="Sinespaciado"/>
              <w:jc w:val="center"/>
              <w:rPr>
                <w:rFonts w:ascii="Arial" w:hAnsi="Arial" w:cs="Arial"/>
                <w:lang w:val="es-CO"/>
              </w:rPr>
            </w:pPr>
          </w:p>
        </w:tc>
      </w:tr>
      <w:tr w:rsidR="00980F34" w:rsidRPr="00BC6830" w14:paraId="2647D29F" w14:textId="77777777" w:rsidTr="002705CA">
        <w:trPr>
          <w:trHeight w:val="54"/>
        </w:trPr>
        <w:tc>
          <w:tcPr>
            <w:tcW w:w="709" w:type="dxa"/>
            <w:tcBorders>
              <w:top w:val="nil"/>
              <w:left w:val="single" w:sz="4" w:space="0" w:color="000000"/>
              <w:bottom w:val="single" w:sz="4" w:space="0" w:color="000000"/>
              <w:right w:val="single" w:sz="4" w:space="0" w:color="000000"/>
            </w:tcBorders>
          </w:tcPr>
          <w:p w14:paraId="1C5B4A85" w14:textId="77777777" w:rsidR="00980F34" w:rsidRPr="00BC6830" w:rsidRDefault="00980F34" w:rsidP="00BA3912">
            <w:pPr>
              <w:pStyle w:val="Sinespaciado"/>
              <w:jc w:val="right"/>
              <w:rPr>
                <w:rFonts w:ascii="Arial" w:hAnsi="Arial" w:cs="Arial"/>
                <w:lang w:val="es-CO"/>
              </w:rPr>
            </w:pPr>
            <w:r w:rsidRPr="00BC6830">
              <w:rPr>
                <w:rFonts w:ascii="Arial" w:hAnsi="Arial" w:cs="Arial"/>
                <w:lang w:val="es-CO"/>
              </w:rPr>
              <w:t>21</w:t>
            </w:r>
          </w:p>
        </w:tc>
        <w:tc>
          <w:tcPr>
            <w:tcW w:w="4961" w:type="dxa"/>
            <w:tcBorders>
              <w:top w:val="nil"/>
              <w:left w:val="nil"/>
              <w:bottom w:val="single" w:sz="4" w:space="0" w:color="000000"/>
              <w:right w:val="single" w:sz="4" w:space="0" w:color="000000"/>
            </w:tcBorders>
          </w:tcPr>
          <w:p w14:paraId="75468E34" w14:textId="77777777" w:rsidR="00980F34" w:rsidRPr="000D177E" w:rsidRDefault="00980F34" w:rsidP="00BA3912">
            <w:pPr>
              <w:pStyle w:val="Sinespaciado"/>
              <w:rPr>
                <w:rFonts w:ascii="Arial" w:hAnsi="Arial" w:cs="Arial"/>
                <w:i/>
                <w:iCs/>
                <w:lang w:val="es-CO"/>
              </w:rPr>
            </w:pPr>
            <w:r w:rsidRPr="000D177E">
              <w:rPr>
                <w:rFonts w:ascii="Arial" w:hAnsi="Arial" w:cs="Arial"/>
                <w:i/>
                <w:iCs/>
                <w:lang w:val="es-CO"/>
              </w:rPr>
              <w:t>YEPES CARO GERARDO</w:t>
            </w:r>
          </w:p>
        </w:tc>
        <w:tc>
          <w:tcPr>
            <w:tcW w:w="1980" w:type="dxa"/>
            <w:tcBorders>
              <w:top w:val="single" w:sz="4" w:space="0" w:color="000000"/>
              <w:left w:val="nil"/>
              <w:bottom w:val="single" w:sz="4" w:space="0" w:color="000000"/>
              <w:right w:val="single" w:sz="4" w:space="0" w:color="000000"/>
            </w:tcBorders>
          </w:tcPr>
          <w:p w14:paraId="2ECA6271" w14:textId="77777777" w:rsidR="00980F34" w:rsidRPr="00BC6830" w:rsidRDefault="00ED72A4" w:rsidP="00BA3912">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252F6524" w14:textId="77777777" w:rsidR="00980F34" w:rsidRPr="00BC6830" w:rsidRDefault="00980F34" w:rsidP="00D069AD">
            <w:pPr>
              <w:pStyle w:val="Sinespaciado"/>
              <w:rPr>
                <w:rFonts w:ascii="Arial" w:hAnsi="Arial" w:cs="Arial"/>
                <w:lang w:val="es-CO"/>
              </w:rPr>
            </w:pPr>
          </w:p>
        </w:tc>
      </w:tr>
      <w:tr w:rsidR="00980F34" w:rsidRPr="00BC6830" w14:paraId="4AAF7526" w14:textId="77777777" w:rsidTr="002705CA">
        <w:trPr>
          <w:trHeight w:val="54"/>
        </w:trPr>
        <w:tc>
          <w:tcPr>
            <w:tcW w:w="709" w:type="dxa"/>
            <w:tcBorders>
              <w:top w:val="nil"/>
              <w:left w:val="nil"/>
              <w:bottom w:val="nil"/>
              <w:right w:val="nil"/>
            </w:tcBorders>
          </w:tcPr>
          <w:p w14:paraId="2C67EE9C" w14:textId="77777777" w:rsidR="00980F34" w:rsidRPr="00BC6830" w:rsidRDefault="00980F34" w:rsidP="00BA3912">
            <w:pPr>
              <w:pStyle w:val="Sinespaciado"/>
              <w:jc w:val="right"/>
              <w:rPr>
                <w:rFonts w:ascii="Arial" w:hAnsi="Arial" w:cs="Arial"/>
                <w:lang w:val="es-CO"/>
              </w:rPr>
            </w:pPr>
          </w:p>
        </w:tc>
        <w:tc>
          <w:tcPr>
            <w:tcW w:w="4961" w:type="dxa"/>
            <w:tcBorders>
              <w:top w:val="nil"/>
              <w:left w:val="single" w:sz="4" w:space="0" w:color="000000"/>
              <w:bottom w:val="single" w:sz="4" w:space="0" w:color="000000"/>
              <w:right w:val="single" w:sz="4" w:space="0" w:color="000000"/>
            </w:tcBorders>
            <w:vAlign w:val="center"/>
          </w:tcPr>
          <w:p w14:paraId="2A39B023" w14:textId="77777777" w:rsidR="00980F34" w:rsidRPr="00BC6830" w:rsidRDefault="00980F34" w:rsidP="00BA3912">
            <w:pPr>
              <w:pStyle w:val="Sinespaciado"/>
              <w:rPr>
                <w:rFonts w:ascii="Arial" w:hAnsi="Arial" w:cs="Arial"/>
                <w:b/>
                <w:iCs/>
                <w:lang w:val="es-CO"/>
              </w:rPr>
            </w:pPr>
            <w:r w:rsidRPr="00BC6830">
              <w:rPr>
                <w:rFonts w:ascii="Arial" w:hAnsi="Arial" w:cs="Arial"/>
                <w:b/>
                <w:i/>
                <w:lang w:val="es-CO"/>
              </w:rPr>
              <w:t>VOTACIÓN</w:t>
            </w:r>
            <w:r w:rsidRPr="00BC6830">
              <w:rPr>
                <w:rFonts w:ascii="Arial" w:hAnsi="Arial" w:cs="Arial"/>
                <w:b/>
                <w:lang w:val="es-CO"/>
              </w:rPr>
              <w:t xml:space="preserve"> TOTAL</w:t>
            </w:r>
          </w:p>
        </w:tc>
        <w:tc>
          <w:tcPr>
            <w:tcW w:w="1980" w:type="dxa"/>
            <w:tcBorders>
              <w:top w:val="single" w:sz="4" w:space="0" w:color="000000"/>
              <w:left w:val="nil"/>
              <w:bottom w:val="single" w:sz="4" w:space="0" w:color="000000"/>
              <w:right w:val="single" w:sz="4" w:space="0" w:color="000000"/>
            </w:tcBorders>
          </w:tcPr>
          <w:p w14:paraId="022703EA" w14:textId="77777777" w:rsidR="00980F34" w:rsidRPr="00BC6830" w:rsidRDefault="00ED72A4" w:rsidP="00BA3912">
            <w:pPr>
              <w:pStyle w:val="Sinespaciado"/>
              <w:jc w:val="center"/>
              <w:rPr>
                <w:rFonts w:ascii="Arial" w:hAnsi="Arial" w:cs="Arial"/>
                <w:b/>
                <w:lang w:val="es-CO"/>
              </w:rPr>
            </w:pPr>
            <w:r w:rsidRPr="00BC6830">
              <w:rPr>
                <w:rFonts w:ascii="Arial" w:hAnsi="Arial" w:cs="Arial"/>
                <w:b/>
                <w:lang w:val="es-CO"/>
              </w:rPr>
              <w:t>18</w:t>
            </w:r>
          </w:p>
        </w:tc>
        <w:tc>
          <w:tcPr>
            <w:tcW w:w="1984" w:type="dxa"/>
            <w:tcBorders>
              <w:top w:val="single" w:sz="4" w:space="0" w:color="000000"/>
              <w:left w:val="nil"/>
              <w:bottom w:val="single" w:sz="4" w:space="0" w:color="000000"/>
              <w:right w:val="single" w:sz="4" w:space="0" w:color="000000"/>
            </w:tcBorders>
          </w:tcPr>
          <w:p w14:paraId="2DCDC947" w14:textId="77777777" w:rsidR="00980F34" w:rsidRPr="00BC6830" w:rsidRDefault="00ED72A4" w:rsidP="00BA3912">
            <w:pPr>
              <w:pStyle w:val="Sinespaciado"/>
              <w:jc w:val="center"/>
              <w:rPr>
                <w:rFonts w:ascii="Arial" w:hAnsi="Arial" w:cs="Arial"/>
                <w:b/>
                <w:lang w:val="es-CO"/>
              </w:rPr>
            </w:pPr>
            <w:r w:rsidRPr="00BC6830">
              <w:rPr>
                <w:rFonts w:ascii="Arial" w:hAnsi="Arial" w:cs="Arial"/>
                <w:b/>
                <w:lang w:val="es-CO"/>
              </w:rPr>
              <w:t>2</w:t>
            </w:r>
          </w:p>
        </w:tc>
      </w:tr>
    </w:tbl>
    <w:p w14:paraId="482E00CE" w14:textId="77777777" w:rsidR="00D260EC" w:rsidRPr="00BC6830" w:rsidRDefault="00D260EC" w:rsidP="00667EBF">
      <w:pPr>
        <w:pStyle w:val="Sinespaciado"/>
        <w:jc w:val="both"/>
        <w:rPr>
          <w:rStyle w:val="TNR21"/>
          <w:rFonts w:ascii="Arial" w:hAnsi="Arial" w:cs="Arial"/>
          <w:b/>
          <w:sz w:val="22"/>
          <w:lang w:val="es-CO"/>
        </w:rPr>
      </w:pPr>
    </w:p>
    <w:p w14:paraId="27E1BC0C" w14:textId="77777777" w:rsidR="00430F76"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Secretario</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430F76" w:rsidRPr="00BC6830">
        <w:rPr>
          <w:rStyle w:val="TNR21"/>
          <w:rFonts w:ascii="Arial" w:hAnsi="Arial" w:cs="Arial"/>
          <w:sz w:val="22"/>
          <w:lang w:val="es-CO"/>
        </w:rPr>
        <w:t>H</w:t>
      </w:r>
      <w:r w:rsidR="006146DD" w:rsidRPr="00BC6830">
        <w:rPr>
          <w:rStyle w:val="TNR21"/>
          <w:rFonts w:ascii="Arial" w:hAnsi="Arial" w:cs="Arial"/>
          <w:sz w:val="22"/>
          <w:lang w:val="es-CO"/>
        </w:rPr>
        <w:t>a sido aprobado con 18 votos a favor y 2 en contra</w:t>
      </w:r>
      <w:r w:rsidR="00430F76" w:rsidRPr="00BC6830">
        <w:rPr>
          <w:rStyle w:val="TNR21"/>
          <w:rFonts w:ascii="Arial" w:hAnsi="Arial" w:cs="Arial"/>
          <w:sz w:val="22"/>
          <w:lang w:val="es-CO"/>
        </w:rPr>
        <w:t>,</w:t>
      </w:r>
      <w:r w:rsidR="006146DD" w:rsidRPr="00BC6830">
        <w:rPr>
          <w:rStyle w:val="TNR21"/>
          <w:rFonts w:ascii="Arial" w:hAnsi="Arial" w:cs="Arial"/>
          <w:sz w:val="22"/>
          <w:lang w:val="es-CO"/>
        </w:rPr>
        <w:t xml:space="preserve"> la proposición con que termina el informe de ponencia del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w:t>
      </w:r>
      <w:r w:rsidR="00430F76" w:rsidRPr="00BC6830">
        <w:rPr>
          <w:rStyle w:val="TNR21"/>
          <w:rFonts w:ascii="Arial" w:hAnsi="Arial" w:cs="Arial"/>
          <w:sz w:val="22"/>
          <w:lang w:val="es-CO"/>
        </w:rPr>
        <w:t>074 de 2022 Cámara</w:t>
      </w:r>
      <w:r w:rsidR="006146DD" w:rsidRPr="00BC6830">
        <w:rPr>
          <w:rStyle w:val="TNR21"/>
          <w:rFonts w:ascii="Arial" w:hAnsi="Arial" w:cs="Arial"/>
          <w:sz w:val="22"/>
          <w:lang w:val="es-CO"/>
        </w:rPr>
        <w:t>.</w:t>
      </w:r>
    </w:p>
    <w:p w14:paraId="19F7F0B4" w14:textId="77777777" w:rsidR="00430F76" w:rsidRPr="00BC6830" w:rsidRDefault="00430F76" w:rsidP="00667EBF">
      <w:pPr>
        <w:pStyle w:val="Sinespaciado"/>
        <w:jc w:val="both"/>
        <w:rPr>
          <w:rStyle w:val="TNR21"/>
          <w:rFonts w:ascii="Arial" w:hAnsi="Arial" w:cs="Arial"/>
          <w:sz w:val="22"/>
          <w:lang w:val="es-CO"/>
        </w:rPr>
      </w:pPr>
    </w:p>
    <w:p w14:paraId="57D9E2C9" w14:textId="77777777" w:rsidR="00430F76"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430F76" w:rsidRPr="00BC6830">
        <w:rPr>
          <w:rStyle w:val="TNR21"/>
          <w:rFonts w:ascii="Arial" w:hAnsi="Arial" w:cs="Arial"/>
          <w:sz w:val="22"/>
          <w:lang w:val="es-CO"/>
        </w:rPr>
        <w:t>M</w:t>
      </w:r>
      <w:r w:rsidR="006146DD" w:rsidRPr="00BC6830">
        <w:rPr>
          <w:rStyle w:val="TNR21"/>
          <w:rFonts w:ascii="Arial" w:hAnsi="Arial" w:cs="Arial"/>
          <w:sz w:val="22"/>
          <w:lang w:val="es-CO"/>
        </w:rPr>
        <w:t>uchas gracias Secretario</w:t>
      </w:r>
      <w:r w:rsidR="00430F76" w:rsidRPr="00BC6830">
        <w:rPr>
          <w:rStyle w:val="TNR21"/>
          <w:rFonts w:ascii="Arial" w:hAnsi="Arial" w:cs="Arial"/>
          <w:sz w:val="22"/>
          <w:lang w:val="es-CO"/>
        </w:rPr>
        <w:t>,</w:t>
      </w:r>
      <w:r w:rsidR="006146DD" w:rsidRPr="00BC6830">
        <w:rPr>
          <w:rStyle w:val="TNR21"/>
          <w:rFonts w:ascii="Arial" w:hAnsi="Arial" w:cs="Arial"/>
          <w:sz w:val="22"/>
          <w:lang w:val="es-CO"/>
        </w:rPr>
        <w:t xml:space="preserve"> sírvase leer cuántos artículos tiene 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número</w:t>
      </w:r>
      <w:r w:rsidR="00430F76" w:rsidRPr="00BC6830">
        <w:rPr>
          <w:rStyle w:val="TNR21"/>
          <w:rFonts w:ascii="Arial" w:hAnsi="Arial" w:cs="Arial"/>
          <w:sz w:val="22"/>
          <w:lang w:val="es-CO"/>
        </w:rPr>
        <w:t xml:space="preserve"> 074 del 2022</w:t>
      </w:r>
      <w:r w:rsidR="006146DD" w:rsidRPr="00BC6830">
        <w:rPr>
          <w:rStyle w:val="TNR21"/>
          <w:rFonts w:ascii="Arial" w:hAnsi="Arial" w:cs="Arial"/>
          <w:sz w:val="22"/>
          <w:lang w:val="es-CO"/>
        </w:rPr>
        <w:t>.</w:t>
      </w:r>
    </w:p>
    <w:p w14:paraId="5CDE181A" w14:textId="77777777" w:rsidR="00430F76" w:rsidRPr="00BC6830" w:rsidRDefault="00430F76" w:rsidP="00667EBF">
      <w:pPr>
        <w:pStyle w:val="Sinespaciado"/>
        <w:jc w:val="both"/>
        <w:rPr>
          <w:rStyle w:val="TNR21"/>
          <w:rFonts w:ascii="Arial" w:hAnsi="Arial" w:cs="Arial"/>
          <w:sz w:val="22"/>
          <w:lang w:val="es-CO"/>
        </w:rPr>
      </w:pPr>
    </w:p>
    <w:p w14:paraId="4F4F8A8A" w14:textId="77777777" w:rsidR="002F6D23"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Secretario</w:t>
      </w:r>
      <w:r w:rsidRPr="00BC6830">
        <w:rPr>
          <w:rStyle w:val="TNR21"/>
          <w:rFonts w:ascii="Arial" w:hAnsi="Arial" w:cs="Arial"/>
          <w:sz w:val="22"/>
          <w:lang w:val="es-CO"/>
        </w:rPr>
        <w:t>:</w:t>
      </w:r>
      <w:r w:rsidR="006146DD" w:rsidRPr="00BC6830">
        <w:rPr>
          <w:rStyle w:val="TNR21"/>
          <w:rFonts w:ascii="Arial" w:hAnsi="Arial" w:cs="Arial"/>
          <w:sz w:val="22"/>
          <w:lang w:val="es-CO"/>
        </w:rPr>
        <w:t xml:space="preserve"> Presidente</w:t>
      </w:r>
      <w:r w:rsidR="00430F76" w:rsidRPr="00BC6830">
        <w:rPr>
          <w:rStyle w:val="TNR21"/>
          <w:rFonts w:ascii="Arial" w:hAnsi="Arial" w:cs="Arial"/>
          <w:sz w:val="22"/>
          <w:lang w:val="es-CO"/>
        </w:rPr>
        <w:t>,</w:t>
      </w:r>
      <w:r w:rsidR="006146DD" w:rsidRPr="00BC6830">
        <w:rPr>
          <w:rStyle w:val="TNR21"/>
          <w:rFonts w:ascii="Arial" w:hAnsi="Arial" w:cs="Arial"/>
          <w:sz w:val="22"/>
          <w:lang w:val="es-CO"/>
        </w:rPr>
        <w:t xml:space="preserve"> este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consta de 6 artículos</w:t>
      </w:r>
      <w:r w:rsidR="00ED72A4" w:rsidRPr="00BC6830">
        <w:rPr>
          <w:rStyle w:val="TNR21"/>
          <w:rFonts w:ascii="Arial" w:hAnsi="Arial" w:cs="Arial"/>
          <w:sz w:val="22"/>
          <w:lang w:val="es-CO"/>
        </w:rPr>
        <w:t>,</w:t>
      </w:r>
      <w:r w:rsidR="00CA209C" w:rsidRPr="00BC6830">
        <w:rPr>
          <w:rStyle w:val="TNR21"/>
          <w:rFonts w:ascii="Arial" w:hAnsi="Arial" w:cs="Arial"/>
          <w:sz w:val="22"/>
          <w:lang w:val="es-CO"/>
        </w:rPr>
        <w:t xml:space="preserve"> </w:t>
      </w:r>
      <w:r w:rsidR="006146DD" w:rsidRPr="00BC6830">
        <w:rPr>
          <w:rStyle w:val="TNR21"/>
          <w:rFonts w:ascii="Arial" w:hAnsi="Arial" w:cs="Arial"/>
          <w:sz w:val="22"/>
          <w:lang w:val="es-CO"/>
        </w:rPr>
        <w:t>incluida la vigencia</w:t>
      </w:r>
      <w:r w:rsidR="002F6D23" w:rsidRPr="00BC6830">
        <w:rPr>
          <w:rStyle w:val="TNR21"/>
          <w:rFonts w:ascii="Arial" w:hAnsi="Arial" w:cs="Arial"/>
          <w:sz w:val="22"/>
          <w:lang w:val="es-CO"/>
        </w:rPr>
        <w:t>.</w:t>
      </w:r>
    </w:p>
    <w:p w14:paraId="3982BBF5" w14:textId="77777777" w:rsidR="002F6D23" w:rsidRPr="00BC6830" w:rsidRDefault="002F6D23" w:rsidP="00667EBF">
      <w:pPr>
        <w:pStyle w:val="Sinespaciado"/>
        <w:jc w:val="both"/>
        <w:rPr>
          <w:rStyle w:val="TNR21"/>
          <w:rFonts w:ascii="Arial" w:hAnsi="Arial" w:cs="Arial"/>
          <w:sz w:val="22"/>
          <w:lang w:val="es-CO"/>
        </w:rPr>
      </w:pPr>
    </w:p>
    <w:p w14:paraId="67716817" w14:textId="77777777" w:rsidR="002F6D23"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2F6D23" w:rsidRPr="00BC6830">
        <w:rPr>
          <w:rStyle w:val="TNR21"/>
          <w:rFonts w:ascii="Arial" w:hAnsi="Arial" w:cs="Arial"/>
          <w:sz w:val="22"/>
          <w:lang w:val="es-CO"/>
        </w:rPr>
        <w:t>¿H</w:t>
      </w:r>
      <w:r w:rsidR="006146DD" w:rsidRPr="00BC6830">
        <w:rPr>
          <w:rStyle w:val="TNR21"/>
          <w:rFonts w:ascii="Arial" w:hAnsi="Arial" w:cs="Arial"/>
          <w:sz w:val="22"/>
          <w:lang w:val="es-CO"/>
        </w:rPr>
        <w:t>ay proposiciones</w:t>
      </w:r>
      <w:r w:rsidR="002F6D23" w:rsidRPr="00BC6830">
        <w:rPr>
          <w:rStyle w:val="TNR21"/>
          <w:rFonts w:ascii="Arial" w:hAnsi="Arial" w:cs="Arial"/>
          <w:sz w:val="22"/>
          <w:lang w:val="es-CO"/>
        </w:rPr>
        <w:t>?</w:t>
      </w:r>
    </w:p>
    <w:p w14:paraId="04B31C24" w14:textId="77777777" w:rsidR="002F6D23" w:rsidRPr="00BC6830" w:rsidRDefault="002F6D23" w:rsidP="00667EBF">
      <w:pPr>
        <w:pStyle w:val="Sinespaciado"/>
        <w:jc w:val="both"/>
        <w:rPr>
          <w:rStyle w:val="TNR21"/>
          <w:rFonts w:ascii="Arial" w:hAnsi="Arial" w:cs="Arial"/>
          <w:sz w:val="22"/>
          <w:lang w:val="es-CO"/>
        </w:rPr>
      </w:pPr>
    </w:p>
    <w:p w14:paraId="664B4620" w14:textId="77777777" w:rsidR="002F6D23"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Secretario</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2F6D23" w:rsidRPr="00BC6830">
        <w:rPr>
          <w:rStyle w:val="TNR21"/>
          <w:rFonts w:ascii="Arial" w:hAnsi="Arial" w:cs="Arial"/>
          <w:sz w:val="22"/>
          <w:lang w:val="es-CO"/>
        </w:rPr>
        <w:t>S</w:t>
      </w:r>
      <w:r w:rsidR="006146DD" w:rsidRPr="00BC6830">
        <w:rPr>
          <w:rStyle w:val="TNR21"/>
          <w:rFonts w:ascii="Arial" w:hAnsi="Arial" w:cs="Arial"/>
          <w:sz w:val="22"/>
          <w:lang w:val="es-CO"/>
        </w:rPr>
        <w:t>í Presidente</w:t>
      </w:r>
      <w:r w:rsidR="002F6D23" w:rsidRPr="00BC6830">
        <w:rPr>
          <w:rStyle w:val="TNR21"/>
          <w:rFonts w:ascii="Arial" w:hAnsi="Arial" w:cs="Arial"/>
          <w:sz w:val="22"/>
          <w:lang w:val="es-CO"/>
        </w:rPr>
        <w:t>,</w:t>
      </w:r>
      <w:r w:rsidR="006146DD" w:rsidRPr="00BC6830">
        <w:rPr>
          <w:rStyle w:val="TNR21"/>
          <w:rFonts w:ascii="Arial" w:hAnsi="Arial" w:cs="Arial"/>
          <w:sz w:val="22"/>
          <w:lang w:val="es-CO"/>
        </w:rPr>
        <w:t xml:space="preserve"> hay varias proposiciones</w:t>
      </w:r>
      <w:r w:rsidR="002F6D23" w:rsidRPr="00BC6830">
        <w:rPr>
          <w:rStyle w:val="TNR21"/>
          <w:rFonts w:ascii="Arial" w:hAnsi="Arial" w:cs="Arial"/>
          <w:sz w:val="22"/>
          <w:lang w:val="es-CO"/>
        </w:rPr>
        <w:t>.</w:t>
      </w:r>
    </w:p>
    <w:p w14:paraId="70CE2A8A" w14:textId="77777777" w:rsidR="002F6D23" w:rsidRPr="00BC6830" w:rsidRDefault="002F6D23" w:rsidP="00667EBF">
      <w:pPr>
        <w:pStyle w:val="Sinespaciado"/>
        <w:jc w:val="both"/>
        <w:rPr>
          <w:rStyle w:val="TNR21"/>
          <w:rFonts w:ascii="Arial" w:hAnsi="Arial" w:cs="Arial"/>
          <w:sz w:val="22"/>
          <w:lang w:val="es-CO"/>
        </w:rPr>
      </w:pPr>
    </w:p>
    <w:p w14:paraId="3042E612" w14:textId="77777777" w:rsidR="002F6D23"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2F6D23" w:rsidRPr="00BC6830">
        <w:rPr>
          <w:rStyle w:val="TNR21"/>
          <w:rFonts w:ascii="Arial" w:hAnsi="Arial" w:cs="Arial"/>
          <w:sz w:val="22"/>
          <w:lang w:val="es-CO"/>
        </w:rPr>
        <w:t>S</w:t>
      </w:r>
      <w:r w:rsidR="006146DD" w:rsidRPr="00BC6830">
        <w:rPr>
          <w:rStyle w:val="TNR21"/>
          <w:rFonts w:ascii="Arial" w:hAnsi="Arial" w:cs="Arial"/>
          <w:sz w:val="22"/>
          <w:lang w:val="es-CO"/>
        </w:rPr>
        <w:t>eñor Secretario</w:t>
      </w:r>
      <w:r w:rsidR="002F6D23" w:rsidRPr="00BC6830">
        <w:rPr>
          <w:rStyle w:val="TNR21"/>
          <w:rFonts w:ascii="Arial" w:hAnsi="Arial" w:cs="Arial"/>
          <w:sz w:val="22"/>
          <w:lang w:val="es-CO"/>
        </w:rPr>
        <w:t>,</w:t>
      </w:r>
      <w:r w:rsidR="006146DD" w:rsidRPr="00BC6830">
        <w:rPr>
          <w:rStyle w:val="TNR21"/>
          <w:rFonts w:ascii="Arial" w:hAnsi="Arial" w:cs="Arial"/>
          <w:sz w:val="22"/>
          <w:lang w:val="es-CO"/>
        </w:rPr>
        <w:t xml:space="preserve"> sírvase leer las proposiciones radicadas</w:t>
      </w:r>
      <w:r w:rsidR="002F6D23" w:rsidRPr="00BC6830">
        <w:rPr>
          <w:rStyle w:val="TNR21"/>
          <w:rFonts w:ascii="Arial" w:hAnsi="Arial" w:cs="Arial"/>
          <w:sz w:val="22"/>
          <w:lang w:val="es-CO"/>
        </w:rPr>
        <w:t>.</w:t>
      </w:r>
    </w:p>
    <w:p w14:paraId="118116C9" w14:textId="77777777" w:rsidR="002F6D23" w:rsidRPr="00BC6830" w:rsidRDefault="002F6D23" w:rsidP="00667EBF">
      <w:pPr>
        <w:pStyle w:val="Sinespaciado"/>
        <w:jc w:val="both"/>
        <w:rPr>
          <w:rStyle w:val="TNR21"/>
          <w:rFonts w:ascii="Arial" w:hAnsi="Arial" w:cs="Arial"/>
          <w:sz w:val="22"/>
          <w:lang w:val="es-CO"/>
        </w:rPr>
      </w:pPr>
    </w:p>
    <w:p w14:paraId="2053D31F" w14:textId="77777777" w:rsidR="00BA3912"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Secretario</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2F6D23" w:rsidRPr="00BC6830">
        <w:rPr>
          <w:rStyle w:val="TNR21"/>
          <w:rFonts w:ascii="Arial" w:hAnsi="Arial" w:cs="Arial"/>
          <w:sz w:val="22"/>
          <w:lang w:val="es-CO"/>
        </w:rPr>
        <w:t>C</w:t>
      </w:r>
      <w:r w:rsidR="006146DD" w:rsidRPr="00BC6830">
        <w:rPr>
          <w:rStyle w:val="TNR21"/>
          <w:rFonts w:ascii="Arial" w:hAnsi="Arial" w:cs="Arial"/>
          <w:sz w:val="22"/>
          <w:lang w:val="es-CO"/>
        </w:rPr>
        <w:t>on mucho gusto señor Presidente</w:t>
      </w:r>
      <w:r w:rsidR="00ED72A4" w:rsidRPr="00BC6830">
        <w:rPr>
          <w:rStyle w:val="TNR21"/>
          <w:rFonts w:ascii="Arial" w:hAnsi="Arial" w:cs="Arial"/>
          <w:sz w:val="22"/>
          <w:lang w:val="es-CO"/>
        </w:rPr>
        <w:t>,</w:t>
      </w:r>
      <w:r w:rsidR="006146DD" w:rsidRPr="00BC6830">
        <w:rPr>
          <w:rStyle w:val="TNR21"/>
          <w:rFonts w:ascii="Arial" w:hAnsi="Arial" w:cs="Arial"/>
          <w:sz w:val="22"/>
          <w:lang w:val="es-CO"/>
        </w:rPr>
        <w:t xml:space="preserve"> han sido radicadas algunas proposiciones con respecto al articulado del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074 de 2022 Cámara que me permito leer a continuación</w:t>
      </w:r>
      <w:r w:rsidR="00ED72A4"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ED72A4" w:rsidRPr="00BC6830">
        <w:rPr>
          <w:rStyle w:val="TNR21"/>
          <w:rFonts w:ascii="Arial" w:hAnsi="Arial" w:cs="Arial"/>
          <w:sz w:val="22"/>
          <w:lang w:val="es-CO"/>
        </w:rPr>
        <w:t>P</w:t>
      </w:r>
      <w:r w:rsidR="006146DD" w:rsidRPr="00BC6830">
        <w:rPr>
          <w:rStyle w:val="TNR21"/>
          <w:rFonts w:ascii="Arial" w:hAnsi="Arial" w:cs="Arial"/>
          <w:sz w:val="22"/>
          <w:lang w:val="es-CO"/>
        </w:rPr>
        <w:t>roposición</w:t>
      </w:r>
      <w:r w:rsidR="00ED72A4" w:rsidRPr="00BC6830">
        <w:rPr>
          <w:rStyle w:val="TNR21"/>
          <w:rFonts w:ascii="Arial" w:hAnsi="Arial" w:cs="Arial"/>
          <w:sz w:val="22"/>
          <w:lang w:val="es-CO"/>
        </w:rPr>
        <w:t>,</w:t>
      </w:r>
      <w:r w:rsidR="006146DD" w:rsidRPr="00BC6830">
        <w:rPr>
          <w:rStyle w:val="TNR21"/>
          <w:rFonts w:ascii="Arial" w:hAnsi="Arial" w:cs="Arial"/>
          <w:sz w:val="22"/>
          <w:lang w:val="es-CO"/>
        </w:rPr>
        <w:t xml:space="preserve"> primero</w:t>
      </w:r>
      <w:r w:rsidR="00ED72A4" w:rsidRPr="00BC6830">
        <w:rPr>
          <w:rStyle w:val="TNR21"/>
          <w:rFonts w:ascii="Arial" w:hAnsi="Arial" w:cs="Arial"/>
          <w:sz w:val="22"/>
          <w:lang w:val="es-CO"/>
        </w:rPr>
        <w:t>,</w:t>
      </w:r>
      <w:r w:rsidR="006146DD" w:rsidRPr="00BC6830">
        <w:rPr>
          <w:rStyle w:val="TNR21"/>
          <w:rFonts w:ascii="Arial" w:hAnsi="Arial" w:cs="Arial"/>
          <w:sz w:val="22"/>
          <w:lang w:val="es-CO"/>
        </w:rPr>
        <w:t xml:space="preserve"> modifíquese y adiciónese el </w:t>
      </w:r>
      <w:r w:rsidR="00D83AF5">
        <w:rPr>
          <w:rStyle w:val="TNR21"/>
          <w:rFonts w:ascii="Arial" w:hAnsi="Arial" w:cs="Arial"/>
          <w:sz w:val="22"/>
          <w:lang w:val="es-CO"/>
        </w:rPr>
        <w:t>a</w:t>
      </w:r>
      <w:r w:rsidR="006146DD" w:rsidRPr="00BC6830">
        <w:rPr>
          <w:rStyle w:val="TNR21"/>
          <w:rFonts w:ascii="Arial" w:hAnsi="Arial" w:cs="Arial"/>
          <w:sz w:val="22"/>
          <w:lang w:val="es-CO"/>
        </w:rPr>
        <w:t xml:space="preserve">rtículo 3 del presente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el cual quedará así</w:t>
      </w:r>
      <w:r w:rsidR="00CA209C" w:rsidRPr="00BC6830">
        <w:rPr>
          <w:rStyle w:val="TNR21"/>
          <w:rFonts w:ascii="Arial" w:hAnsi="Arial" w:cs="Arial"/>
          <w:sz w:val="22"/>
          <w:lang w:val="es-CO"/>
        </w:rPr>
        <w:t xml:space="preserve">, </w:t>
      </w:r>
      <w:r w:rsidR="006146DD" w:rsidRPr="00BC6830">
        <w:rPr>
          <w:rStyle w:val="TNR21"/>
          <w:rFonts w:ascii="Arial" w:hAnsi="Arial" w:cs="Arial"/>
          <w:sz w:val="22"/>
          <w:lang w:val="es-CO"/>
        </w:rPr>
        <w:t>Artículo 3°</w:t>
      </w:r>
      <w:r w:rsidR="00D83AF5">
        <w:rPr>
          <w:rStyle w:val="TNR21"/>
          <w:rFonts w:ascii="Arial" w:hAnsi="Arial" w:cs="Arial"/>
          <w:sz w:val="22"/>
          <w:lang w:val="es-CO"/>
        </w:rPr>
        <w:t>.</w:t>
      </w:r>
      <w:r w:rsidR="006146DD" w:rsidRPr="00BC6830">
        <w:rPr>
          <w:rStyle w:val="TNR21"/>
          <w:rFonts w:ascii="Arial" w:hAnsi="Arial" w:cs="Arial"/>
          <w:sz w:val="22"/>
          <w:lang w:val="es-CO"/>
        </w:rPr>
        <w:t xml:space="preserve"> </w:t>
      </w:r>
      <w:r w:rsidR="00D83AF5">
        <w:rPr>
          <w:rStyle w:val="TNR21"/>
          <w:rFonts w:ascii="Arial" w:hAnsi="Arial" w:cs="Arial"/>
          <w:sz w:val="22"/>
          <w:lang w:val="es-CO"/>
        </w:rPr>
        <w:t>R</w:t>
      </w:r>
      <w:r w:rsidR="006146DD" w:rsidRPr="00BC6830">
        <w:rPr>
          <w:rStyle w:val="TNR21"/>
          <w:rFonts w:ascii="Arial" w:hAnsi="Arial" w:cs="Arial"/>
          <w:sz w:val="22"/>
          <w:lang w:val="es-CO"/>
        </w:rPr>
        <w:t>equisitos</w:t>
      </w:r>
      <w:r w:rsidR="00ED72A4" w:rsidRPr="00BC6830">
        <w:rPr>
          <w:rStyle w:val="TNR21"/>
          <w:rFonts w:ascii="Arial" w:hAnsi="Arial" w:cs="Arial"/>
          <w:sz w:val="22"/>
          <w:lang w:val="es-CO"/>
        </w:rPr>
        <w:t>,</w:t>
      </w:r>
      <w:r w:rsidR="006146DD" w:rsidRPr="00BC6830">
        <w:rPr>
          <w:rStyle w:val="TNR21"/>
          <w:rFonts w:ascii="Arial" w:hAnsi="Arial" w:cs="Arial"/>
          <w:sz w:val="22"/>
          <w:lang w:val="es-CO"/>
        </w:rPr>
        <w:t xml:space="preserve"> para ser beneficiario de la pensión básica a la persona mayor se deberán acreditar los siguientes requisitos</w:t>
      </w:r>
      <w:r w:rsidR="00D83AF5">
        <w:rPr>
          <w:rStyle w:val="TNR21"/>
          <w:rFonts w:ascii="Arial" w:hAnsi="Arial" w:cs="Arial"/>
          <w:sz w:val="22"/>
          <w:lang w:val="es-CO"/>
        </w:rPr>
        <w:t>: a) S</w:t>
      </w:r>
      <w:r w:rsidR="006146DD" w:rsidRPr="00BC6830">
        <w:rPr>
          <w:rStyle w:val="TNR21"/>
          <w:rFonts w:ascii="Arial" w:hAnsi="Arial" w:cs="Arial"/>
          <w:sz w:val="22"/>
          <w:lang w:val="es-CO"/>
        </w:rPr>
        <w:t xml:space="preserve">er colombiano nacimiento y acreditar residencia en el territorio nacional por un periodo de 20 </w:t>
      </w:r>
      <w:r w:rsidR="00D83AF5">
        <w:rPr>
          <w:rStyle w:val="TNR21"/>
          <w:rFonts w:ascii="Arial" w:hAnsi="Arial" w:cs="Arial"/>
          <w:sz w:val="22"/>
          <w:lang w:val="es-CO"/>
        </w:rPr>
        <w:t xml:space="preserve">años </w:t>
      </w:r>
      <w:r w:rsidR="006146DD" w:rsidRPr="00BC6830">
        <w:rPr>
          <w:rStyle w:val="TNR21"/>
          <w:rFonts w:ascii="Arial" w:hAnsi="Arial" w:cs="Arial"/>
          <w:sz w:val="22"/>
          <w:lang w:val="es-CO"/>
        </w:rPr>
        <w:t>continuos o discontinuos</w:t>
      </w:r>
      <w:r w:rsidR="00D83AF5">
        <w:rPr>
          <w:rStyle w:val="TNR21"/>
          <w:rFonts w:ascii="Arial" w:hAnsi="Arial" w:cs="Arial"/>
          <w:sz w:val="22"/>
          <w:lang w:val="es-CO"/>
        </w:rPr>
        <w:t>. c) N</w:t>
      </w:r>
      <w:r w:rsidR="006146DD" w:rsidRPr="00BC6830">
        <w:rPr>
          <w:rStyle w:val="TNR21"/>
          <w:rFonts w:ascii="Arial" w:hAnsi="Arial" w:cs="Arial"/>
          <w:sz w:val="22"/>
          <w:lang w:val="es-CO"/>
        </w:rPr>
        <w:t>o tener derecho a percibir pensión en ningún régimen ya sea en calidad de titular</w:t>
      </w:r>
      <w:r w:rsidR="00A16C3D" w:rsidRPr="00BC6830">
        <w:rPr>
          <w:rStyle w:val="TNR21"/>
          <w:rFonts w:ascii="Arial" w:hAnsi="Arial" w:cs="Arial"/>
          <w:sz w:val="22"/>
          <w:lang w:val="es-CO"/>
        </w:rPr>
        <w:t>,</w:t>
      </w:r>
      <w:r w:rsidR="006146DD" w:rsidRPr="00BC6830">
        <w:rPr>
          <w:rStyle w:val="TNR21"/>
          <w:rFonts w:ascii="Arial" w:hAnsi="Arial" w:cs="Arial"/>
          <w:sz w:val="22"/>
          <w:lang w:val="es-CO"/>
        </w:rPr>
        <w:t xml:space="preserve"> sustituto o beneficiario</w:t>
      </w:r>
      <w:r w:rsidR="00D83AF5">
        <w:rPr>
          <w:rStyle w:val="TNR21"/>
          <w:rFonts w:ascii="Arial" w:hAnsi="Arial" w:cs="Arial"/>
          <w:sz w:val="22"/>
          <w:lang w:val="es-CO"/>
        </w:rPr>
        <w:t>. d) I</w:t>
      </w:r>
      <w:r w:rsidR="006146DD" w:rsidRPr="00BC6830">
        <w:rPr>
          <w:rStyle w:val="TNR21"/>
          <w:rFonts w:ascii="Arial" w:hAnsi="Arial" w:cs="Arial"/>
          <w:sz w:val="22"/>
          <w:lang w:val="es-CO"/>
        </w:rPr>
        <w:t>ntegrar los grupos A</w:t>
      </w:r>
      <w:r w:rsidR="00D83AF5">
        <w:rPr>
          <w:rStyle w:val="TNR21"/>
          <w:rFonts w:ascii="Arial" w:hAnsi="Arial" w:cs="Arial"/>
          <w:sz w:val="22"/>
          <w:lang w:val="es-CO"/>
        </w:rPr>
        <w:t>,</w:t>
      </w:r>
      <w:r w:rsidR="006146DD" w:rsidRPr="00BC6830">
        <w:rPr>
          <w:rStyle w:val="TNR21"/>
          <w:rFonts w:ascii="Arial" w:hAnsi="Arial" w:cs="Arial"/>
          <w:sz w:val="22"/>
          <w:lang w:val="es-CO"/>
        </w:rPr>
        <w:t xml:space="preserve"> B o C del </w:t>
      </w:r>
      <w:r w:rsidR="00D83AF5" w:rsidRPr="00BC6830">
        <w:rPr>
          <w:rStyle w:val="TNR21"/>
          <w:rFonts w:ascii="Arial" w:hAnsi="Arial" w:cs="Arial"/>
          <w:sz w:val="22"/>
          <w:lang w:val="es-CO"/>
        </w:rPr>
        <w:t>SISBÉN</w:t>
      </w:r>
      <w:r w:rsidR="006146DD" w:rsidRPr="00BC6830">
        <w:rPr>
          <w:rStyle w:val="TNR21"/>
          <w:rFonts w:ascii="Arial" w:hAnsi="Arial" w:cs="Arial"/>
          <w:sz w:val="22"/>
          <w:lang w:val="es-CO"/>
        </w:rPr>
        <w:t xml:space="preserve"> definidos por el Departamento Nacional de Planeación</w:t>
      </w:r>
      <w:r w:rsidR="00D83AF5">
        <w:rPr>
          <w:rStyle w:val="TNR21"/>
          <w:rFonts w:ascii="Arial" w:hAnsi="Arial" w:cs="Arial"/>
          <w:sz w:val="22"/>
          <w:lang w:val="es-CO"/>
        </w:rPr>
        <w:t xml:space="preserve">. </w:t>
      </w:r>
      <w:r w:rsidR="006146DD" w:rsidRPr="00BC6830">
        <w:rPr>
          <w:rStyle w:val="TNR21"/>
          <w:rFonts w:ascii="Arial" w:hAnsi="Arial" w:cs="Arial"/>
          <w:sz w:val="22"/>
          <w:lang w:val="es-CO"/>
        </w:rPr>
        <w:t>esta está suscrita por el Representante Juan Carlos Vargas</w:t>
      </w:r>
      <w:r w:rsidR="00A16C3D" w:rsidRPr="00BC6830">
        <w:rPr>
          <w:rStyle w:val="TNR21"/>
          <w:rFonts w:ascii="Arial" w:hAnsi="Arial" w:cs="Arial"/>
          <w:sz w:val="22"/>
          <w:lang w:val="es-CO"/>
        </w:rPr>
        <w:t>,</w:t>
      </w:r>
      <w:r w:rsidR="006146DD" w:rsidRPr="00BC6830">
        <w:rPr>
          <w:rStyle w:val="TNR21"/>
          <w:rFonts w:ascii="Arial" w:hAnsi="Arial" w:cs="Arial"/>
          <w:sz w:val="22"/>
          <w:lang w:val="es-CO"/>
        </w:rPr>
        <w:t xml:space="preserve"> quedan como constancias</w:t>
      </w:r>
      <w:r w:rsidR="00A16C3D" w:rsidRPr="00BC6830">
        <w:rPr>
          <w:rStyle w:val="TNR21"/>
          <w:rFonts w:ascii="Arial" w:hAnsi="Arial" w:cs="Arial"/>
          <w:sz w:val="22"/>
          <w:lang w:val="es-CO"/>
        </w:rPr>
        <w:t>,</w:t>
      </w:r>
      <w:r w:rsidR="006146DD" w:rsidRPr="00BC6830">
        <w:rPr>
          <w:rStyle w:val="TNR21"/>
          <w:rFonts w:ascii="Arial" w:hAnsi="Arial" w:cs="Arial"/>
          <w:sz w:val="22"/>
          <w:lang w:val="es-CO"/>
        </w:rPr>
        <w:t xml:space="preserve"> continúo con la lectura</w:t>
      </w:r>
      <w:r w:rsidR="00A16C3D"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D83AF5">
        <w:rPr>
          <w:rStyle w:val="TNR21"/>
          <w:rFonts w:ascii="Arial" w:hAnsi="Arial" w:cs="Arial"/>
          <w:sz w:val="22"/>
          <w:lang w:val="es-CO"/>
        </w:rPr>
        <w:t>e)</w:t>
      </w:r>
      <w:r w:rsidR="006146DD" w:rsidRPr="00BC6830">
        <w:rPr>
          <w:rStyle w:val="TNR21"/>
          <w:rFonts w:ascii="Arial" w:hAnsi="Arial" w:cs="Arial"/>
          <w:sz w:val="22"/>
          <w:lang w:val="es-CO"/>
        </w:rPr>
        <w:t xml:space="preserve"> </w:t>
      </w:r>
      <w:r w:rsidR="00D83AF5">
        <w:rPr>
          <w:rStyle w:val="TNR21"/>
          <w:rFonts w:ascii="Arial" w:hAnsi="Arial" w:cs="Arial"/>
          <w:sz w:val="22"/>
          <w:lang w:val="es-CO"/>
        </w:rPr>
        <w:t>N</w:t>
      </w:r>
      <w:r w:rsidR="006146DD" w:rsidRPr="00BC6830">
        <w:rPr>
          <w:rStyle w:val="TNR21"/>
          <w:rFonts w:ascii="Arial" w:hAnsi="Arial" w:cs="Arial"/>
          <w:sz w:val="22"/>
          <w:lang w:val="es-CO"/>
        </w:rPr>
        <w:t xml:space="preserve">o haber recibido indemnización sustitutiva o devolución de saldos en ninguno de los </w:t>
      </w:r>
      <w:r w:rsidR="006146DD" w:rsidRPr="00A53584">
        <w:rPr>
          <w:rStyle w:val="TNR21"/>
          <w:rFonts w:ascii="Arial" w:hAnsi="Arial" w:cs="Arial"/>
          <w:sz w:val="22"/>
          <w:lang w:val="es-CO"/>
        </w:rPr>
        <w:t>regímenes del sistema de seguridad social</w:t>
      </w:r>
      <w:r w:rsidR="006146DD" w:rsidRPr="00BC6830">
        <w:rPr>
          <w:rStyle w:val="TNR21"/>
          <w:rFonts w:ascii="Arial" w:hAnsi="Arial" w:cs="Arial"/>
          <w:sz w:val="22"/>
          <w:lang w:val="es-CO"/>
        </w:rPr>
        <w:t xml:space="preserve"> en pensiones en un monto superior a 50 salarios mínimos mensuales </w:t>
      </w:r>
      <w:r w:rsidR="00A16C3D" w:rsidRPr="00BC6830">
        <w:rPr>
          <w:rStyle w:val="TNR21"/>
          <w:rFonts w:ascii="Arial" w:hAnsi="Arial" w:cs="Arial"/>
          <w:sz w:val="22"/>
          <w:lang w:val="es-CO"/>
        </w:rPr>
        <w:t xml:space="preserve">legales </w:t>
      </w:r>
      <w:r w:rsidR="006146DD" w:rsidRPr="00BC6830">
        <w:rPr>
          <w:rStyle w:val="TNR21"/>
          <w:rFonts w:ascii="Arial" w:hAnsi="Arial" w:cs="Arial"/>
          <w:sz w:val="22"/>
          <w:lang w:val="es-CO"/>
        </w:rPr>
        <w:t>vigentes</w:t>
      </w:r>
      <w:r w:rsidR="009C125F">
        <w:rPr>
          <w:rStyle w:val="TNR21"/>
          <w:rFonts w:ascii="Arial" w:hAnsi="Arial" w:cs="Arial"/>
          <w:sz w:val="22"/>
          <w:lang w:val="es-CO"/>
        </w:rPr>
        <w:t>. f) N</w:t>
      </w:r>
      <w:r w:rsidR="006146DD" w:rsidRPr="00BC6830">
        <w:rPr>
          <w:rStyle w:val="TNR21"/>
          <w:rFonts w:ascii="Arial" w:hAnsi="Arial" w:cs="Arial"/>
          <w:sz w:val="22"/>
          <w:lang w:val="es-CO"/>
        </w:rPr>
        <w:t>o percibir cuota alimentaria en cuantía superior a 50% de un salario mínimo legal mensual vigente</w:t>
      </w:r>
      <w:r w:rsidR="009C125F">
        <w:rPr>
          <w:rStyle w:val="TNR21"/>
          <w:rFonts w:ascii="Arial" w:hAnsi="Arial" w:cs="Arial"/>
          <w:sz w:val="22"/>
          <w:lang w:val="es-CO"/>
        </w:rPr>
        <w:t>. e) N</w:t>
      </w:r>
      <w:r w:rsidR="006146DD" w:rsidRPr="00BC6830">
        <w:rPr>
          <w:rStyle w:val="TNR21"/>
          <w:rFonts w:ascii="Arial" w:hAnsi="Arial" w:cs="Arial"/>
          <w:sz w:val="22"/>
          <w:lang w:val="es-CO"/>
        </w:rPr>
        <w:t>o reportar dos o más inmuebles a su nombre en las bases de datos institucionales</w:t>
      </w:r>
      <w:r w:rsidR="009C125F">
        <w:rPr>
          <w:rStyle w:val="TNR21"/>
          <w:rFonts w:ascii="Arial" w:hAnsi="Arial" w:cs="Arial"/>
          <w:sz w:val="22"/>
          <w:lang w:val="es-CO"/>
        </w:rPr>
        <w:t>. P</w:t>
      </w:r>
      <w:r w:rsidR="006146DD" w:rsidRPr="00BC6830">
        <w:rPr>
          <w:rStyle w:val="TNR21"/>
          <w:rFonts w:ascii="Arial" w:hAnsi="Arial" w:cs="Arial"/>
          <w:sz w:val="22"/>
          <w:lang w:val="es-CO"/>
        </w:rPr>
        <w:t>arágrafo 1</w:t>
      </w:r>
      <w:r w:rsidR="009C125F">
        <w:rPr>
          <w:rStyle w:val="TNR21"/>
          <w:rFonts w:ascii="Arial" w:hAnsi="Arial" w:cs="Arial"/>
          <w:sz w:val="22"/>
          <w:lang w:val="es-CO"/>
        </w:rPr>
        <w:t>. L</w:t>
      </w:r>
      <w:r w:rsidR="006146DD" w:rsidRPr="00BC6830">
        <w:rPr>
          <w:rStyle w:val="TNR21"/>
          <w:rFonts w:ascii="Arial" w:hAnsi="Arial" w:cs="Arial"/>
          <w:sz w:val="22"/>
          <w:lang w:val="es-CO"/>
        </w:rPr>
        <w:t>as personas mayores con discapacidad</w:t>
      </w:r>
      <w:r w:rsidR="00A16C3D" w:rsidRPr="00BC6830">
        <w:rPr>
          <w:rStyle w:val="TNR21"/>
          <w:rFonts w:ascii="Arial" w:hAnsi="Arial" w:cs="Arial"/>
          <w:sz w:val="22"/>
          <w:lang w:val="es-CO"/>
        </w:rPr>
        <w:t>,</w:t>
      </w:r>
      <w:r w:rsidR="006146DD" w:rsidRPr="00BC6830">
        <w:rPr>
          <w:rStyle w:val="TNR21"/>
          <w:rFonts w:ascii="Arial" w:hAnsi="Arial" w:cs="Arial"/>
          <w:sz w:val="22"/>
          <w:lang w:val="es-CO"/>
        </w:rPr>
        <w:t xml:space="preserve"> con enfermedades ruinosas</w:t>
      </w:r>
      <w:r w:rsidR="00A16C3D" w:rsidRPr="00BC6830">
        <w:rPr>
          <w:rStyle w:val="TNR21"/>
          <w:rFonts w:ascii="Arial" w:hAnsi="Arial" w:cs="Arial"/>
          <w:sz w:val="22"/>
          <w:lang w:val="es-CO"/>
        </w:rPr>
        <w:t>,</w:t>
      </w:r>
      <w:r w:rsidR="006146DD" w:rsidRPr="00BC6830">
        <w:rPr>
          <w:rStyle w:val="TNR21"/>
          <w:rFonts w:ascii="Arial" w:hAnsi="Arial" w:cs="Arial"/>
          <w:sz w:val="22"/>
          <w:lang w:val="es-CO"/>
        </w:rPr>
        <w:t xml:space="preserve"> así como las víctimas del conflicto armado y las personas mayores pertenecientes a comunidades campesinas y grupos étnicos</w:t>
      </w:r>
      <w:r w:rsidR="00A16C3D" w:rsidRPr="00BC6830">
        <w:rPr>
          <w:rStyle w:val="TNR21"/>
          <w:rFonts w:ascii="Arial" w:hAnsi="Arial" w:cs="Arial"/>
          <w:sz w:val="22"/>
          <w:lang w:val="es-CO"/>
        </w:rPr>
        <w:t>,</w:t>
      </w:r>
      <w:r w:rsidR="006146DD" w:rsidRPr="00BC6830">
        <w:rPr>
          <w:rStyle w:val="TNR21"/>
          <w:rFonts w:ascii="Arial" w:hAnsi="Arial" w:cs="Arial"/>
          <w:sz w:val="22"/>
          <w:lang w:val="es-CO"/>
        </w:rPr>
        <w:t xml:space="preserve"> tendrán prioridad en la asignación de la pensión básica</w:t>
      </w:r>
      <w:r w:rsidR="009C125F">
        <w:rPr>
          <w:rStyle w:val="TNR21"/>
          <w:rFonts w:ascii="Arial" w:hAnsi="Arial" w:cs="Arial"/>
          <w:sz w:val="22"/>
          <w:lang w:val="es-CO"/>
        </w:rPr>
        <w:t>. P</w:t>
      </w:r>
      <w:r w:rsidR="006146DD" w:rsidRPr="00BC6830">
        <w:rPr>
          <w:rStyle w:val="TNR21"/>
          <w:rFonts w:ascii="Arial" w:hAnsi="Arial" w:cs="Arial"/>
          <w:sz w:val="22"/>
          <w:lang w:val="es-CO"/>
        </w:rPr>
        <w:t xml:space="preserve">arágrafo </w:t>
      </w:r>
      <w:r w:rsidR="009C125F">
        <w:rPr>
          <w:rStyle w:val="TNR21"/>
          <w:rFonts w:ascii="Arial" w:hAnsi="Arial" w:cs="Arial"/>
          <w:sz w:val="22"/>
          <w:lang w:val="es-CO"/>
        </w:rPr>
        <w:t>2°. A</w:t>
      </w:r>
      <w:r w:rsidR="006146DD" w:rsidRPr="00BC6830">
        <w:rPr>
          <w:rStyle w:val="TNR21"/>
          <w:rFonts w:ascii="Arial" w:hAnsi="Arial" w:cs="Arial"/>
          <w:sz w:val="22"/>
          <w:lang w:val="es-CO"/>
        </w:rPr>
        <w:t xml:space="preserve"> las personas mayores que acrediten la condición de víctimas del conflicto armado no se les exigirá el requisito de residencia en territorio nacional</w:t>
      </w:r>
      <w:r w:rsidR="00A16C3D"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A16C3D" w:rsidRPr="00BC6830">
        <w:rPr>
          <w:rStyle w:val="TNR21"/>
          <w:rFonts w:ascii="Arial" w:hAnsi="Arial" w:cs="Arial"/>
          <w:sz w:val="22"/>
          <w:lang w:val="es-CO"/>
        </w:rPr>
        <w:t>S</w:t>
      </w:r>
      <w:r w:rsidR="006146DD" w:rsidRPr="00BC6830">
        <w:rPr>
          <w:rStyle w:val="TNR21"/>
          <w:rFonts w:ascii="Arial" w:hAnsi="Arial" w:cs="Arial"/>
          <w:sz w:val="22"/>
          <w:lang w:val="es-CO"/>
        </w:rPr>
        <w:t>iguiente proposición</w:t>
      </w:r>
      <w:r w:rsidR="00A53584">
        <w:rPr>
          <w:rStyle w:val="TNR21"/>
          <w:rFonts w:ascii="Arial" w:hAnsi="Arial" w:cs="Arial"/>
          <w:sz w:val="22"/>
          <w:lang w:val="es-CO"/>
        </w:rPr>
        <w:t>,</w:t>
      </w:r>
      <w:r w:rsidR="006146DD" w:rsidRPr="00BC6830">
        <w:rPr>
          <w:rStyle w:val="TNR21"/>
          <w:rFonts w:ascii="Arial" w:hAnsi="Arial" w:cs="Arial"/>
          <w:sz w:val="22"/>
          <w:lang w:val="es-CO"/>
        </w:rPr>
        <w:t xml:space="preserve"> suscrita por el Representante Camilo Esteban Ávila Morales</w:t>
      </w:r>
      <w:r w:rsidR="00A16C3D" w:rsidRPr="00BC6830">
        <w:rPr>
          <w:rStyle w:val="TNR21"/>
          <w:rFonts w:ascii="Arial" w:hAnsi="Arial" w:cs="Arial"/>
          <w:sz w:val="22"/>
          <w:lang w:val="es-CO"/>
        </w:rPr>
        <w:t>,</w:t>
      </w:r>
      <w:r w:rsidR="00CA209C" w:rsidRPr="00BC6830">
        <w:rPr>
          <w:rStyle w:val="TNR21"/>
          <w:rFonts w:ascii="Arial" w:hAnsi="Arial" w:cs="Arial"/>
          <w:sz w:val="22"/>
          <w:lang w:val="es-CO"/>
        </w:rPr>
        <w:t xml:space="preserve"> </w:t>
      </w:r>
      <w:r w:rsidR="006146DD" w:rsidRPr="00BC6830">
        <w:rPr>
          <w:rStyle w:val="TNR21"/>
          <w:rFonts w:ascii="Arial" w:hAnsi="Arial" w:cs="Arial"/>
          <w:sz w:val="22"/>
          <w:lang w:val="es-CO"/>
        </w:rPr>
        <w:t>modif</w:t>
      </w:r>
      <w:r w:rsidR="00A16C3D" w:rsidRPr="00BC6830">
        <w:rPr>
          <w:rStyle w:val="TNR21"/>
          <w:rFonts w:ascii="Arial" w:hAnsi="Arial" w:cs="Arial"/>
          <w:sz w:val="22"/>
          <w:lang w:val="es-CO"/>
        </w:rPr>
        <w:t>íquese</w:t>
      </w:r>
      <w:r w:rsidR="006146DD" w:rsidRPr="00BC6830">
        <w:rPr>
          <w:rStyle w:val="TNR21"/>
          <w:rFonts w:ascii="Arial" w:hAnsi="Arial" w:cs="Arial"/>
          <w:sz w:val="22"/>
          <w:lang w:val="es-CO"/>
        </w:rPr>
        <w:t xml:space="preserve"> el literal </w:t>
      </w:r>
      <w:r w:rsidR="00A53584">
        <w:rPr>
          <w:rStyle w:val="TNR21"/>
          <w:rFonts w:ascii="Arial" w:hAnsi="Arial" w:cs="Arial"/>
          <w:sz w:val="22"/>
          <w:lang w:val="es-CO"/>
        </w:rPr>
        <w:t xml:space="preserve">g) </w:t>
      </w:r>
      <w:r w:rsidR="006146DD" w:rsidRPr="00BC6830">
        <w:rPr>
          <w:rStyle w:val="TNR21"/>
          <w:rFonts w:ascii="Arial" w:hAnsi="Arial" w:cs="Arial"/>
          <w:sz w:val="22"/>
          <w:lang w:val="es-CO"/>
        </w:rPr>
        <w:t xml:space="preserve">del </w:t>
      </w:r>
      <w:r w:rsidR="00A53584">
        <w:rPr>
          <w:rStyle w:val="TNR21"/>
          <w:rFonts w:ascii="Arial" w:hAnsi="Arial" w:cs="Arial"/>
          <w:sz w:val="22"/>
          <w:lang w:val="es-CO"/>
        </w:rPr>
        <w:t>a</w:t>
      </w:r>
      <w:r w:rsidR="006146DD" w:rsidRPr="00BC6830">
        <w:rPr>
          <w:rStyle w:val="TNR21"/>
          <w:rFonts w:ascii="Arial" w:hAnsi="Arial" w:cs="Arial"/>
          <w:sz w:val="22"/>
          <w:lang w:val="es-CO"/>
        </w:rPr>
        <w:t>rtículo 3° de la ponencia presentada en los siguientes términos</w:t>
      </w:r>
      <w:r w:rsidR="00A16C3D" w:rsidRPr="00BC6830">
        <w:rPr>
          <w:rStyle w:val="TNR21"/>
          <w:rFonts w:ascii="Arial" w:hAnsi="Arial" w:cs="Arial"/>
          <w:sz w:val="22"/>
          <w:lang w:val="es-CO"/>
        </w:rPr>
        <w:t>,</w:t>
      </w:r>
      <w:r w:rsidR="006146DD" w:rsidRPr="00BC6830">
        <w:rPr>
          <w:rStyle w:val="TNR21"/>
          <w:rFonts w:ascii="Arial" w:hAnsi="Arial" w:cs="Arial"/>
          <w:sz w:val="22"/>
          <w:lang w:val="es-CO"/>
        </w:rPr>
        <w:t xml:space="preserve"> Artículo 3°</w:t>
      </w:r>
      <w:r w:rsidR="00A53584">
        <w:rPr>
          <w:rStyle w:val="TNR21"/>
          <w:rFonts w:ascii="Arial" w:hAnsi="Arial" w:cs="Arial"/>
          <w:sz w:val="22"/>
          <w:lang w:val="es-CO"/>
        </w:rPr>
        <w:t>. R</w:t>
      </w:r>
      <w:r w:rsidR="006146DD" w:rsidRPr="00BC6830">
        <w:rPr>
          <w:rStyle w:val="TNR21"/>
          <w:rFonts w:ascii="Arial" w:hAnsi="Arial" w:cs="Arial"/>
          <w:sz w:val="22"/>
          <w:lang w:val="es-CO"/>
        </w:rPr>
        <w:t>equisitos</w:t>
      </w:r>
      <w:r w:rsidR="00A53584">
        <w:rPr>
          <w:rStyle w:val="TNR21"/>
          <w:rFonts w:ascii="Arial" w:hAnsi="Arial" w:cs="Arial"/>
          <w:sz w:val="22"/>
          <w:lang w:val="es-CO"/>
        </w:rPr>
        <w:t>. P</w:t>
      </w:r>
      <w:r w:rsidR="006146DD" w:rsidRPr="00BC6830">
        <w:rPr>
          <w:rStyle w:val="TNR21"/>
          <w:rFonts w:ascii="Arial" w:hAnsi="Arial" w:cs="Arial"/>
          <w:sz w:val="22"/>
          <w:lang w:val="es-CO"/>
        </w:rPr>
        <w:t>ara ser beneficiario de la pensión básica de la persona mayor se deberán acreditar los siguientes requisitos</w:t>
      </w:r>
      <w:r w:rsidR="00A53584">
        <w:rPr>
          <w:rStyle w:val="TNR21"/>
          <w:rFonts w:ascii="Arial" w:hAnsi="Arial" w:cs="Arial"/>
          <w:sz w:val="22"/>
          <w:lang w:val="es-CO"/>
        </w:rPr>
        <w:t>: a) S</w:t>
      </w:r>
      <w:r w:rsidR="006146DD" w:rsidRPr="00BC6830">
        <w:rPr>
          <w:rStyle w:val="TNR21"/>
          <w:rFonts w:ascii="Arial" w:hAnsi="Arial" w:cs="Arial"/>
          <w:sz w:val="22"/>
          <w:lang w:val="es-CO"/>
        </w:rPr>
        <w:t xml:space="preserve">er colombiano </w:t>
      </w:r>
      <w:r w:rsidR="00A53584">
        <w:rPr>
          <w:rStyle w:val="TNR21"/>
          <w:rFonts w:ascii="Arial" w:hAnsi="Arial" w:cs="Arial"/>
          <w:sz w:val="22"/>
          <w:lang w:val="es-CO"/>
        </w:rPr>
        <w:t xml:space="preserve">de </w:t>
      </w:r>
      <w:r w:rsidR="006146DD" w:rsidRPr="00BC6830">
        <w:rPr>
          <w:rStyle w:val="TNR21"/>
          <w:rFonts w:ascii="Arial" w:hAnsi="Arial" w:cs="Arial"/>
          <w:sz w:val="22"/>
          <w:lang w:val="es-CO"/>
        </w:rPr>
        <w:t>nacimiento y acreditar residencia en territorio nacional por un período de 20 años continuos o discontinuas</w:t>
      </w:r>
      <w:r w:rsidR="00A53584">
        <w:rPr>
          <w:rStyle w:val="TNR21"/>
          <w:rFonts w:ascii="Arial" w:hAnsi="Arial" w:cs="Arial"/>
          <w:sz w:val="22"/>
          <w:lang w:val="es-CO"/>
        </w:rPr>
        <w:t>. b) S</w:t>
      </w:r>
      <w:r w:rsidR="006146DD" w:rsidRPr="00BC6830">
        <w:rPr>
          <w:rStyle w:val="TNR21"/>
          <w:rFonts w:ascii="Arial" w:hAnsi="Arial" w:cs="Arial"/>
          <w:sz w:val="22"/>
          <w:lang w:val="es-CO"/>
        </w:rPr>
        <w:t>er mayor de 60 años de edad al momento de la solicitud</w:t>
      </w:r>
      <w:r w:rsidR="00A53584">
        <w:rPr>
          <w:rStyle w:val="TNR21"/>
          <w:rFonts w:ascii="Arial" w:hAnsi="Arial" w:cs="Arial"/>
          <w:sz w:val="22"/>
          <w:lang w:val="es-CO"/>
        </w:rPr>
        <w:t>. c) N</w:t>
      </w:r>
      <w:r w:rsidR="006146DD" w:rsidRPr="00BC6830">
        <w:rPr>
          <w:rStyle w:val="TNR21"/>
          <w:rFonts w:ascii="Arial" w:hAnsi="Arial" w:cs="Arial"/>
          <w:sz w:val="22"/>
          <w:lang w:val="es-CO"/>
        </w:rPr>
        <w:t xml:space="preserve">o tener derecho a percibir pensión en ningún régimen ya sea en calidad </w:t>
      </w:r>
      <w:r w:rsidR="00A53584">
        <w:rPr>
          <w:rStyle w:val="TNR21"/>
          <w:rFonts w:ascii="Arial" w:hAnsi="Arial" w:cs="Arial"/>
          <w:sz w:val="22"/>
          <w:lang w:val="es-CO"/>
        </w:rPr>
        <w:t xml:space="preserve">de </w:t>
      </w:r>
      <w:r w:rsidR="006146DD" w:rsidRPr="00BC6830">
        <w:rPr>
          <w:rStyle w:val="TNR21"/>
          <w:rFonts w:ascii="Arial" w:hAnsi="Arial" w:cs="Arial"/>
          <w:sz w:val="22"/>
          <w:lang w:val="es-CO"/>
        </w:rPr>
        <w:t>titular o como beneficiario</w:t>
      </w:r>
      <w:r w:rsidR="00A53584">
        <w:rPr>
          <w:rStyle w:val="TNR21"/>
          <w:rFonts w:ascii="Arial" w:hAnsi="Arial" w:cs="Arial"/>
          <w:sz w:val="22"/>
          <w:lang w:val="es-CO"/>
        </w:rPr>
        <w:t>. d) I</w:t>
      </w:r>
      <w:r w:rsidR="006146DD" w:rsidRPr="00BC6830">
        <w:rPr>
          <w:rStyle w:val="TNR21"/>
          <w:rFonts w:ascii="Arial" w:hAnsi="Arial" w:cs="Arial"/>
          <w:sz w:val="22"/>
          <w:lang w:val="es-CO"/>
        </w:rPr>
        <w:t xml:space="preserve">ntegrar los </w:t>
      </w:r>
      <w:r w:rsidR="00A53584">
        <w:rPr>
          <w:rStyle w:val="TNR21"/>
          <w:rFonts w:ascii="Arial" w:hAnsi="Arial" w:cs="Arial"/>
          <w:sz w:val="22"/>
          <w:lang w:val="es-CO"/>
        </w:rPr>
        <w:t xml:space="preserve">grupos </w:t>
      </w:r>
      <w:r w:rsidR="006146DD" w:rsidRPr="00BC6830">
        <w:rPr>
          <w:rStyle w:val="TNR21"/>
          <w:rFonts w:ascii="Arial" w:hAnsi="Arial" w:cs="Arial"/>
          <w:sz w:val="22"/>
          <w:lang w:val="es-CO"/>
        </w:rPr>
        <w:t>A</w:t>
      </w:r>
      <w:r w:rsidR="00A53584">
        <w:rPr>
          <w:rStyle w:val="TNR21"/>
          <w:rFonts w:ascii="Arial" w:hAnsi="Arial" w:cs="Arial"/>
          <w:sz w:val="22"/>
          <w:lang w:val="es-CO"/>
        </w:rPr>
        <w:t>,</w:t>
      </w:r>
      <w:r w:rsidR="006146DD" w:rsidRPr="00BC6830">
        <w:rPr>
          <w:rStyle w:val="TNR21"/>
          <w:rFonts w:ascii="Arial" w:hAnsi="Arial" w:cs="Arial"/>
          <w:sz w:val="22"/>
          <w:lang w:val="es-CO"/>
        </w:rPr>
        <w:t xml:space="preserve"> B o C del </w:t>
      </w:r>
      <w:r w:rsidR="00A53584" w:rsidRPr="00BC6830">
        <w:rPr>
          <w:rStyle w:val="TNR21"/>
          <w:rFonts w:ascii="Arial" w:hAnsi="Arial" w:cs="Arial"/>
          <w:sz w:val="22"/>
          <w:lang w:val="es-CO"/>
        </w:rPr>
        <w:t>SISBÉN</w:t>
      </w:r>
      <w:r w:rsidR="006146DD" w:rsidRPr="00BC6830">
        <w:rPr>
          <w:rStyle w:val="TNR21"/>
          <w:rFonts w:ascii="Arial" w:hAnsi="Arial" w:cs="Arial"/>
          <w:sz w:val="22"/>
          <w:lang w:val="es-CO"/>
        </w:rPr>
        <w:t xml:space="preserve"> definidos por el Departamento Nacional de Planeación</w:t>
      </w:r>
      <w:r w:rsidR="00A53584">
        <w:rPr>
          <w:rStyle w:val="TNR21"/>
          <w:rFonts w:ascii="Arial" w:hAnsi="Arial" w:cs="Arial"/>
          <w:sz w:val="22"/>
          <w:lang w:val="es-CO"/>
        </w:rPr>
        <w:t>. e)</w:t>
      </w:r>
      <w:r w:rsidR="006146DD" w:rsidRPr="00BC6830">
        <w:rPr>
          <w:rStyle w:val="TNR21"/>
          <w:rFonts w:ascii="Arial" w:hAnsi="Arial" w:cs="Arial"/>
          <w:sz w:val="22"/>
          <w:lang w:val="es-CO"/>
        </w:rPr>
        <w:t xml:space="preserve"> </w:t>
      </w:r>
      <w:r w:rsidR="00A53584" w:rsidRPr="00A056C1">
        <w:rPr>
          <w:rStyle w:val="TNR21"/>
          <w:rFonts w:ascii="Arial" w:hAnsi="Arial" w:cs="Arial"/>
          <w:sz w:val="22"/>
          <w:lang w:val="es-CO"/>
        </w:rPr>
        <w:t>N</w:t>
      </w:r>
      <w:r w:rsidR="006146DD" w:rsidRPr="00A056C1">
        <w:rPr>
          <w:rStyle w:val="TNR21"/>
          <w:rFonts w:ascii="Arial" w:hAnsi="Arial" w:cs="Arial"/>
          <w:sz w:val="22"/>
          <w:lang w:val="es-CO"/>
        </w:rPr>
        <w:t>o haber recibido indemnización</w:t>
      </w:r>
      <w:r w:rsidR="006146DD" w:rsidRPr="00BC6830">
        <w:rPr>
          <w:rStyle w:val="TNR21"/>
          <w:rFonts w:ascii="Arial" w:hAnsi="Arial" w:cs="Arial"/>
          <w:sz w:val="22"/>
          <w:lang w:val="es-CO"/>
        </w:rPr>
        <w:t xml:space="preserve"> sustitutiva o devolución de saldos en ninguno de los regímenes del sistema de seguridad social en pensiones en un monto superior a 50 salarios mínimos mensuales vigentes</w:t>
      </w:r>
      <w:r w:rsidR="00A53584">
        <w:rPr>
          <w:rStyle w:val="TNR21"/>
          <w:rFonts w:ascii="Arial" w:hAnsi="Arial" w:cs="Arial"/>
          <w:sz w:val="22"/>
          <w:lang w:val="es-CO"/>
        </w:rPr>
        <w:t>. f) N</w:t>
      </w:r>
      <w:r w:rsidR="006146DD" w:rsidRPr="00BC6830">
        <w:rPr>
          <w:rStyle w:val="TNR21"/>
          <w:rFonts w:ascii="Arial" w:hAnsi="Arial" w:cs="Arial"/>
          <w:sz w:val="22"/>
          <w:lang w:val="es-CO"/>
        </w:rPr>
        <w:t>o serán beneficiarios de esta prestación económica quién perciba cuota alimentaria por parte de sus hijos</w:t>
      </w:r>
      <w:r w:rsidR="00A16C3D" w:rsidRPr="00BC6830">
        <w:rPr>
          <w:rStyle w:val="TNR21"/>
          <w:rFonts w:ascii="Arial" w:hAnsi="Arial" w:cs="Arial"/>
          <w:sz w:val="22"/>
          <w:lang w:val="es-CO"/>
        </w:rPr>
        <w:t>,</w:t>
      </w:r>
      <w:r w:rsidR="006146DD" w:rsidRPr="00BC6830">
        <w:rPr>
          <w:rStyle w:val="TNR21"/>
          <w:rFonts w:ascii="Arial" w:hAnsi="Arial" w:cs="Arial"/>
          <w:sz w:val="22"/>
          <w:lang w:val="es-CO"/>
        </w:rPr>
        <w:t xml:space="preserve"> no serán beneficiarios quiénes</w:t>
      </w:r>
      <w:r w:rsidR="00CA209C" w:rsidRPr="00BC6830">
        <w:rPr>
          <w:rStyle w:val="TNR21"/>
          <w:rFonts w:ascii="Arial" w:hAnsi="Arial" w:cs="Arial"/>
          <w:sz w:val="22"/>
          <w:lang w:val="es-CO"/>
        </w:rPr>
        <w:t xml:space="preserve"> </w:t>
      </w:r>
      <w:r w:rsidR="006146DD" w:rsidRPr="00BC6830">
        <w:rPr>
          <w:rStyle w:val="TNR21"/>
          <w:rFonts w:ascii="Arial" w:hAnsi="Arial" w:cs="Arial"/>
          <w:sz w:val="22"/>
          <w:lang w:val="es-CO"/>
        </w:rPr>
        <w:t xml:space="preserve">sean propietarios de </w:t>
      </w:r>
      <w:r w:rsidR="00A16C3D" w:rsidRPr="00BC6830">
        <w:rPr>
          <w:rStyle w:val="TNR21"/>
          <w:rFonts w:ascii="Arial" w:hAnsi="Arial" w:cs="Arial"/>
          <w:sz w:val="22"/>
          <w:lang w:val="es-CO"/>
        </w:rPr>
        <w:t xml:space="preserve">dos </w:t>
      </w:r>
      <w:r w:rsidR="006146DD" w:rsidRPr="00BC6830">
        <w:rPr>
          <w:rStyle w:val="TNR21"/>
          <w:rFonts w:ascii="Arial" w:hAnsi="Arial" w:cs="Arial"/>
          <w:sz w:val="22"/>
          <w:lang w:val="es-CO"/>
        </w:rPr>
        <w:t>o más bienes inmuebles</w:t>
      </w:r>
      <w:r w:rsidR="00A53584">
        <w:rPr>
          <w:rStyle w:val="TNR21"/>
          <w:rFonts w:ascii="Arial" w:hAnsi="Arial" w:cs="Arial"/>
          <w:sz w:val="22"/>
          <w:lang w:val="es-CO"/>
        </w:rPr>
        <w:t xml:space="preserve">. </w:t>
      </w:r>
      <w:r w:rsidR="00A16C3D" w:rsidRPr="00BC6830">
        <w:rPr>
          <w:rStyle w:val="TNR21"/>
          <w:rFonts w:ascii="Arial" w:hAnsi="Arial" w:cs="Arial"/>
          <w:sz w:val="22"/>
          <w:lang w:val="es-CO"/>
        </w:rPr>
        <w:t>T</w:t>
      </w:r>
      <w:r w:rsidR="006146DD" w:rsidRPr="00BC6830">
        <w:rPr>
          <w:rStyle w:val="TNR21"/>
          <w:rFonts w:ascii="Arial" w:hAnsi="Arial" w:cs="Arial"/>
          <w:sz w:val="22"/>
          <w:lang w:val="es-CO"/>
        </w:rPr>
        <w:t>ercera proposición</w:t>
      </w:r>
      <w:r w:rsidR="00A53584">
        <w:rPr>
          <w:rStyle w:val="TNR21"/>
          <w:rFonts w:ascii="Arial" w:hAnsi="Arial" w:cs="Arial"/>
          <w:sz w:val="22"/>
          <w:lang w:val="es-CO"/>
        </w:rPr>
        <w:t>,</w:t>
      </w:r>
      <w:r w:rsidR="006146DD" w:rsidRPr="00BC6830">
        <w:rPr>
          <w:rStyle w:val="TNR21"/>
          <w:rFonts w:ascii="Arial" w:hAnsi="Arial" w:cs="Arial"/>
          <w:sz w:val="22"/>
          <w:lang w:val="es-CO"/>
        </w:rPr>
        <w:t xml:space="preserve"> suscrita por el Representante Camilo Esteban Ávila Morales</w:t>
      </w:r>
      <w:r w:rsidR="00A16C3D" w:rsidRPr="00BC6830">
        <w:rPr>
          <w:rStyle w:val="TNR21"/>
          <w:rFonts w:ascii="Arial" w:hAnsi="Arial" w:cs="Arial"/>
          <w:sz w:val="22"/>
          <w:lang w:val="es-CO"/>
        </w:rPr>
        <w:t>,</w:t>
      </w:r>
      <w:r w:rsidR="006146DD" w:rsidRPr="00BC6830">
        <w:rPr>
          <w:rStyle w:val="TNR21"/>
          <w:rFonts w:ascii="Arial" w:hAnsi="Arial" w:cs="Arial"/>
          <w:sz w:val="22"/>
          <w:lang w:val="es-CO"/>
        </w:rPr>
        <w:t xml:space="preserve"> modifíquese el </w:t>
      </w:r>
      <w:r w:rsidR="00A53584">
        <w:rPr>
          <w:rStyle w:val="TNR21"/>
          <w:rFonts w:ascii="Arial" w:hAnsi="Arial" w:cs="Arial"/>
          <w:sz w:val="22"/>
          <w:lang w:val="es-CO"/>
        </w:rPr>
        <w:t>a</w:t>
      </w:r>
      <w:r w:rsidR="006146DD" w:rsidRPr="00BC6830">
        <w:rPr>
          <w:rStyle w:val="TNR21"/>
          <w:rFonts w:ascii="Arial" w:hAnsi="Arial" w:cs="Arial"/>
          <w:sz w:val="22"/>
          <w:lang w:val="es-CO"/>
        </w:rPr>
        <w:t>rtículo 5° de la ponencia presentada en los siguientes términos</w:t>
      </w:r>
      <w:r w:rsidR="00A53584">
        <w:rPr>
          <w:rStyle w:val="TNR21"/>
          <w:rFonts w:ascii="Arial" w:hAnsi="Arial" w:cs="Arial"/>
          <w:sz w:val="22"/>
          <w:lang w:val="es-CO"/>
        </w:rPr>
        <w:t>,</w:t>
      </w:r>
      <w:r w:rsidR="006146DD" w:rsidRPr="00BC6830">
        <w:rPr>
          <w:rStyle w:val="TNR21"/>
          <w:rFonts w:ascii="Arial" w:hAnsi="Arial" w:cs="Arial"/>
          <w:sz w:val="22"/>
          <w:lang w:val="es-CO"/>
        </w:rPr>
        <w:t xml:space="preserve"> Artículo 5°</w:t>
      </w:r>
      <w:r w:rsidR="00A53584">
        <w:rPr>
          <w:rStyle w:val="TNR21"/>
          <w:rFonts w:ascii="Arial" w:hAnsi="Arial" w:cs="Arial"/>
          <w:sz w:val="22"/>
          <w:lang w:val="es-CO"/>
        </w:rPr>
        <w:t xml:space="preserve">. </w:t>
      </w:r>
      <w:r w:rsidR="00A53584" w:rsidRPr="00BC6830">
        <w:rPr>
          <w:rStyle w:val="TNR21"/>
          <w:rFonts w:ascii="Arial" w:hAnsi="Arial" w:cs="Arial"/>
          <w:sz w:val="22"/>
          <w:lang w:val="es-CO"/>
        </w:rPr>
        <w:t>COLPENSIONES</w:t>
      </w:r>
      <w:r w:rsidR="006146DD" w:rsidRPr="00BC6830">
        <w:rPr>
          <w:rStyle w:val="TNR21"/>
          <w:rFonts w:ascii="Arial" w:hAnsi="Arial" w:cs="Arial"/>
          <w:sz w:val="22"/>
          <w:lang w:val="es-CO"/>
        </w:rPr>
        <w:t xml:space="preserve"> será la entidad encargada de otorgar y administrar pensión básica a la persona mayor</w:t>
      </w:r>
      <w:r w:rsidR="00A16C3D"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A16C3D" w:rsidRPr="00BC6830">
        <w:rPr>
          <w:rStyle w:val="TNR21"/>
          <w:rFonts w:ascii="Arial" w:hAnsi="Arial" w:cs="Arial"/>
          <w:sz w:val="22"/>
          <w:lang w:val="es-CO"/>
        </w:rPr>
        <w:t>S</w:t>
      </w:r>
      <w:r w:rsidR="006146DD" w:rsidRPr="00BC6830">
        <w:rPr>
          <w:rStyle w:val="TNR21"/>
          <w:rFonts w:ascii="Arial" w:hAnsi="Arial" w:cs="Arial"/>
          <w:sz w:val="22"/>
          <w:lang w:val="es-CO"/>
        </w:rPr>
        <w:t>iguiente proposición</w:t>
      </w:r>
      <w:r w:rsidR="00A53584">
        <w:rPr>
          <w:rStyle w:val="TNR21"/>
          <w:rFonts w:ascii="Arial" w:hAnsi="Arial" w:cs="Arial"/>
          <w:sz w:val="22"/>
          <w:lang w:val="es-CO"/>
        </w:rPr>
        <w:t>,</w:t>
      </w:r>
      <w:r w:rsidR="006146DD" w:rsidRPr="00BC6830">
        <w:rPr>
          <w:rStyle w:val="TNR21"/>
          <w:rFonts w:ascii="Arial" w:hAnsi="Arial" w:cs="Arial"/>
          <w:sz w:val="22"/>
          <w:lang w:val="es-CO"/>
        </w:rPr>
        <w:t xml:space="preserve"> suscrita por el Representante Juan Carlos Vargas Soler</w:t>
      </w:r>
      <w:r w:rsidR="00A16C3D" w:rsidRPr="00BC6830">
        <w:rPr>
          <w:rStyle w:val="TNR21"/>
          <w:rFonts w:ascii="Arial" w:hAnsi="Arial" w:cs="Arial"/>
          <w:sz w:val="22"/>
          <w:lang w:val="es-CO"/>
        </w:rPr>
        <w:t>,</w:t>
      </w:r>
      <w:r w:rsidR="006146DD" w:rsidRPr="00BC6830">
        <w:rPr>
          <w:rStyle w:val="TNR21"/>
          <w:rFonts w:ascii="Arial" w:hAnsi="Arial" w:cs="Arial"/>
          <w:sz w:val="22"/>
          <w:lang w:val="es-CO"/>
        </w:rPr>
        <w:t xml:space="preserve"> modifíquese el </w:t>
      </w:r>
      <w:r w:rsidR="00A53584">
        <w:rPr>
          <w:rStyle w:val="TNR21"/>
          <w:rFonts w:ascii="Arial" w:hAnsi="Arial" w:cs="Arial"/>
          <w:sz w:val="22"/>
          <w:lang w:val="es-CO"/>
        </w:rPr>
        <w:t>a</w:t>
      </w:r>
      <w:r w:rsidR="006146DD" w:rsidRPr="00BC6830">
        <w:rPr>
          <w:rStyle w:val="TNR21"/>
          <w:rFonts w:ascii="Arial" w:hAnsi="Arial" w:cs="Arial"/>
          <w:sz w:val="22"/>
          <w:lang w:val="es-CO"/>
        </w:rPr>
        <w:t xml:space="preserve">rtículo 5° del presente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el cual quedará así</w:t>
      </w:r>
      <w:r w:rsidR="00A16C3D" w:rsidRPr="00BC6830">
        <w:rPr>
          <w:rStyle w:val="TNR21"/>
          <w:rFonts w:ascii="Arial" w:hAnsi="Arial" w:cs="Arial"/>
          <w:sz w:val="22"/>
          <w:lang w:val="es-CO"/>
        </w:rPr>
        <w:t>,</w:t>
      </w:r>
      <w:r w:rsidR="006146DD" w:rsidRPr="00BC6830">
        <w:rPr>
          <w:rStyle w:val="TNR21"/>
          <w:rFonts w:ascii="Arial" w:hAnsi="Arial" w:cs="Arial"/>
          <w:sz w:val="22"/>
          <w:lang w:val="es-CO"/>
        </w:rPr>
        <w:t xml:space="preserve"> Artículo 5°</w:t>
      </w:r>
      <w:r w:rsidR="00A53584">
        <w:rPr>
          <w:rStyle w:val="TNR21"/>
          <w:rFonts w:ascii="Arial" w:hAnsi="Arial" w:cs="Arial"/>
          <w:sz w:val="22"/>
          <w:lang w:val="es-CO"/>
        </w:rPr>
        <w:t>.</w:t>
      </w:r>
      <w:r w:rsidR="006146DD" w:rsidRPr="00BC6830">
        <w:rPr>
          <w:rStyle w:val="TNR21"/>
          <w:rFonts w:ascii="Arial" w:hAnsi="Arial" w:cs="Arial"/>
          <w:sz w:val="22"/>
          <w:lang w:val="es-CO"/>
        </w:rPr>
        <w:t xml:space="preserve"> </w:t>
      </w:r>
      <w:r w:rsidR="00A53584" w:rsidRPr="00BC6830">
        <w:rPr>
          <w:rStyle w:val="TNR21"/>
          <w:rFonts w:ascii="Arial" w:hAnsi="Arial" w:cs="Arial"/>
          <w:sz w:val="22"/>
          <w:lang w:val="es-CO"/>
        </w:rPr>
        <w:t>COLPENSIONES</w:t>
      </w:r>
      <w:r w:rsidR="006146DD" w:rsidRPr="00BC6830">
        <w:rPr>
          <w:rStyle w:val="TNR21"/>
          <w:rFonts w:ascii="Arial" w:hAnsi="Arial" w:cs="Arial"/>
          <w:sz w:val="22"/>
          <w:lang w:val="es-CO"/>
        </w:rPr>
        <w:t xml:space="preserve"> será la entidad </w:t>
      </w:r>
      <w:r w:rsidR="006146DD" w:rsidRPr="00BC6830">
        <w:rPr>
          <w:rStyle w:val="TNR21"/>
          <w:rFonts w:ascii="Arial" w:hAnsi="Arial" w:cs="Arial"/>
          <w:sz w:val="22"/>
          <w:lang w:val="es-CO"/>
        </w:rPr>
        <w:lastRenderedPageBreak/>
        <w:t>encargada de administrar</w:t>
      </w:r>
      <w:r w:rsidR="00A16C3D" w:rsidRPr="00BC6830">
        <w:rPr>
          <w:rStyle w:val="TNR21"/>
          <w:rFonts w:ascii="Arial" w:hAnsi="Arial" w:cs="Arial"/>
          <w:sz w:val="22"/>
          <w:lang w:val="es-CO"/>
        </w:rPr>
        <w:t>,</w:t>
      </w:r>
      <w:r w:rsidR="006146DD" w:rsidRPr="00BC6830">
        <w:rPr>
          <w:rStyle w:val="TNR21"/>
          <w:rFonts w:ascii="Arial" w:hAnsi="Arial" w:cs="Arial"/>
          <w:sz w:val="22"/>
          <w:lang w:val="es-CO"/>
        </w:rPr>
        <w:t xml:space="preserve"> reconocer y pagar la pensión básica a la persona mayor aplicando los criterios de priorización indicados</w:t>
      </w:r>
      <w:r w:rsidR="00A16C3D"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A16C3D" w:rsidRPr="00BC6830">
        <w:rPr>
          <w:rStyle w:val="TNR21"/>
          <w:rFonts w:ascii="Arial" w:hAnsi="Arial" w:cs="Arial"/>
          <w:sz w:val="22"/>
          <w:lang w:val="es-CO"/>
        </w:rPr>
        <w:t>A</w:t>
      </w:r>
      <w:r w:rsidR="006146DD" w:rsidRPr="00BC6830">
        <w:rPr>
          <w:rStyle w:val="TNR21"/>
          <w:rFonts w:ascii="Arial" w:hAnsi="Arial" w:cs="Arial"/>
          <w:sz w:val="22"/>
          <w:lang w:val="es-CO"/>
        </w:rPr>
        <w:t>cabamos de recibir radicación de dos proposiciones más</w:t>
      </w:r>
      <w:r w:rsidR="00A16C3D" w:rsidRPr="00BC6830">
        <w:rPr>
          <w:rStyle w:val="TNR21"/>
          <w:rFonts w:ascii="Arial" w:hAnsi="Arial" w:cs="Arial"/>
          <w:sz w:val="22"/>
          <w:lang w:val="es-CO"/>
        </w:rPr>
        <w:t>,</w:t>
      </w:r>
      <w:r w:rsidR="006146DD" w:rsidRPr="00BC6830">
        <w:rPr>
          <w:rStyle w:val="TNR21"/>
          <w:rFonts w:ascii="Arial" w:hAnsi="Arial" w:cs="Arial"/>
          <w:sz w:val="22"/>
          <w:lang w:val="es-CO"/>
        </w:rPr>
        <w:t xml:space="preserve"> proposición modificatoria</w:t>
      </w:r>
      <w:r w:rsidR="00A53584">
        <w:rPr>
          <w:rStyle w:val="TNR21"/>
          <w:rFonts w:ascii="Arial" w:hAnsi="Arial" w:cs="Arial"/>
          <w:sz w:val="22"/>
          <w:lang w:val="es-CO"/>
        </w:rPr>
        <w:t>,</w:t>
      </w:r>
      <w:r w:rsidR="00CA209C" w:rsidRPr="00BC6830">
        <w:rPr>
          <w:rStyle w:val="TNR21"/>
          <w:rFonts w:ascii="Arial" w:hAnsi="Arial" w:cs="Arial"/>
          <w:sz w:val="22"/>
          <w:lang w:val="es-CO"/>
        </w:rPr>
        <w:t xml:space="preserve"> </w:t>
      </w:r>
      <w:r w:rsidR="006146DD" w:rsidRPr="00BC6830">
        <w:rPr>
          <w:rStyle w:val="TNR21"/>
          <w:rFonts w:ascii="Arial" w:hAnsi="Arial" w:cs="Arial"/>
          <w:sz w:val="22"/>
          <w:lang w:val="es-CO"/>
        </w:rPr>
        <w:t>radicada por la Representante Leider Alexandra Vásquez Ochoa</w:t>
      </w:r>
      <w:r w:rsidR="00A16C3D" w:rsidRPr="00BC6830">
        <w:rPr>
          <w:rStyle w:val="TNR21"/>
          <w:rFonts w:ascii="Arial" w:hAnsi="Arial" w:cs="Arial"/>
          <w:sz w:val="22"/>
          <w:lang w:val="es-CO"/>
        </w:rPr>
        <w:t>,</w:t>
      </w:r>
      <w:r w:rsidR="006146DD" w:rsidRPr="00BC6830">
        <w:rPr>
          <w:rStyle w:val="TNR21"/>
          <w:rFonts w:ascii="Arial" w:hAnsi="Arial" w:cs="Arial"/>
          <w:sz w:val="22"/>
          <w:lang w:val="es-CO"/>
        </w:rPr>
        <w:t xml:space="preserve"> modifíquese el </w:t>
      </w:r>
      <w:r w:rsidR="00A53584">
        <w:rPr>
          <w:rStyle w:val="TNR21"/>
          <w:rFonts w:ascii="Arial" w:hAnsi="Arial" w:cs="Arial"/>
          <w:sz w:val="22"/>
          <w:lang w:val="es-CO"/>
        </w:rPr>
        <w:t>a</w:t>
      </w:r>
      <w:r w:rsidR="006146DD" w:rsidRPr="00BC6830">
        <w:rPr>
          <w:rStyle w:val="TNR21"/>
          <w:rFonts w:ascii="Arial" w:hAnsi="Arial" w:cs="Arial"/>
          <w:sz w:val="22"/>
          <w:lang w:val="es-CO"/>
        </w:rPr>
        <w:t>rtículo 1°</w:t>
      </w:r>
      <w:r w:rsidR="00A16C3D" w:rsidRPr="00BC6830">
        <w:rPr>
          <w:rStyle w:val="TNR21"/>
          <w:rFonts w:ascii="Arial" w:hAnsi="Arial" w:cs="Arial"/>
          <w:sz w:val="22"/>
          <w:lang w:val="es-CO"/>
        </w:rPr>
        <w:t>,</w:t>
      </w:r>
      <w:r w:rsidR="006146DD" w:rsidRPr="00BC6830">
        <w:rPr>
          <w:rStyle w:val="TNR21"/>
          <w:rFonts w:ascii="Arial" w:hAnsi="Arial" w:cs="Arial"/>
          <w:sz w:val="22"/>
          <w:lang w:val="es-CO"/>
        </w:rPr>
        <w:t xml:space="preserve"> 2</w:t>
      </w:r>
      <w:r w:rsidR="00A16C3D" w:rsidRPr="00BC6830">
        <w:rPr>
          <w:rStyle w:val="TNR21"/>
          <w:rFonts w:ascii="Arial" w:hAnsi="Arial" w:cs="Arial"/>
          <w:sz w:val="22"/>
          <w:lang w:val="es-CO"/>
        </w:rPr>
        <w:t>,</w:t>
      </w:r>
      <w:r w:rsidR="006146DD" w:rsidRPr="00BC6830">
        <w:rPr>
          <w:rStyle w:val="TNR21"/>
          <w:rFonts w:ascii="Arial" w:hAnsi="Arial" w:cs="Arial"/>
          <w:sz w:val="22"/>
          <w:lang w:val="es-CO"/>
        </w:rPr>
        <w:t xml:space="preserve"> 3</w:t>
      </w:r>
      <w:r w:rsidR="00A16C3D" w:rsidRPr="00BC6830">
        <w:rPr>
          <w:rStyle w:val="TNR21"/>
          <w:rFonts w:ascii="Arial" w:hAnsi="Arial" w:cs="Arial"/>
          <w:sz w:val="22"/>
          <w:lang w:val="es-CO"/>
        </w:rPr>
        <w:t>,</w:t>
      </w:r>
      <w:r w:rsidR="006146DD" w:rsidRPr="00BC6830">
        <w:rPr>
          <w:rStyle w:val="TNR21"/>
          <w:rFonts w:ascii="Arial" w:hAnsi="Arial" w:cs="Arial"/>
          <w:sz w:val="22"/>
          <w:lang w:val="es-CO"/>
        </w:rPr>
        <w:t xml:space="preserve"> 4 y 5 del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074</w:t>
      </w:r>
      <w:r w:rsidR="00A16C3D" w:rsidRPr="00BC6830">
        <w:rPr>
          <w:rStyle w:val="TNR21"/>
          <w:rFonts w:ascii="Arial" w:hAnsi="Arial" w:cs="Arial"/>
          <w:sz w:val="22"/>
          <w:lang w:val="es-CO"/>
        </w:rPr>
        <w:t>,</w:t>
      </w:r>
      <w:r w:rsidR="006146DD" w:rsidRPr="00BC6830">
        <w:rPr>
          <w:rStyle w:val="TNR21"/>
          <w:rFonts w:ascii="Arial" w:hAnsi="Arial" w:cs="Arial"/>
          <w:sz w:val="22"/>
          <w:lang w:val="es-CO"/>
        </w:rPr>
        <w:t xml:space="preserve"> Artículo 1°</w:t>
      </w:r>
      <w:r w:rsidR="00A53584">
        <w:rPr>
          <w:rStyle w:val="TNR21"/>
          <w:rFonts w:ascii="Arial" w:hAnsi="Arial" w:cs="Arial"/>
          <w:sz w:val="22"/>
          <w:lang w:val="es-CO"/>
        </w:rPr>
        <w:t>. O</w:t>
      </w:r>
      <w:r w:rsidR="006146DD" w:rsidRPr="00BC6830">
        <w:rPr>
          <w:rStyle w:val="TNR21"/>
          <w:rFonts w:ascii="Arial" w:hAnsi="Arial" w:cs="Arial"/>
          <w:sz w:val="22"/>
          <w:lang w:val="es-CO"/>
        </w:rPr>
        <w:t>bjeto</w:t>
      </w:r>
      <w:r w:rsidR="00A53584">
        <w:rPr>
          <w:rStyle w:val="TNR21"/>
          <w:rFonts w:ascii="Arial" w:hAnsi="Arial" w:cs="Arial"/>
          <w:sz w:val="22"/>
          <w:lang w:val="es-CO"/>
        </w:rPr>
        <w:t>. L</w:t>
      </w:r>
      <w:r w:rsidR="006146DD" w:rsidRPr="00BC6830">
        <w:rPr>
          <w:rStyle w:val="TNR21"/>
          <w:rFonts w:ascii="Arial" w:hAnsi="Arial" w:cs="Arial"/>
          <w:sz w:val="22"/>
          <w:lang w:val="es-CO"/>
        </w:rPr>
        <w:t>a presente ley pretende establecer la renta básica a la persona mayor como una de las formas para garantizar calidad y el goce efectivo de</w:t>
      </w:r>
      <w:r w:rsidR="00DA6D7A">
        <w:rPr>
          <w:rStyle w:val="TNR21"/>
          <w:rFonts w:ascii="Arial" w:hAnsi="Arial" w:cs="Arial"/>
          <w:sz w:val="22"/>
          <w:lang w:val="es-CO"/>
        </w:rPr>
        <w:t xml:space="preserve"> los</w:t>
      </w:r>
      <w:r w:rsidR="006146DD" w:rsidRPr="00BC6830">
        <w:rPr>
          <w:rStyle w:val="TNR21"/>
          <w:rFonts w:ascii="Arial" w:hAnsi="Arial" w:cs="Arial"/>
          <w:sz w:val="22"/>
          <w:lang w:val="es-CO"/>
        </w:rPr>
        <w:t xml:space="preserve"> derechos de los adultos mayores en Colombia</w:t>
      </w:r>
      <w:r w:rsidR="00A53584">
        <w:rPr>
          <w:rStyle w:val="TNR21"/>
          <w:rFonts w:ascii="Arial" w:hAnsi="Arial" w:cs="Arial"/>
          <w:sz w:val="22"/>
          <w:lang w:val="es-CO"/>
        </w:rPr>
        <w:t xml:space="preserve">. </w:t>
      </w:r>
      <w:r w:rsidR="006146DD" w:rsidRPr="00BC6830">
        <w:rPr>
          <w:rStyle w:val="TNR21"/>
          <w:rFonts w:ascii="Arial" w:hAnsi="Arial" w:cs="Arial"/>
          <w:sz w:val="22"/>
          <w:lang w:val="es-CO"/>
        </w:rPr>
        <w:t>Artículo 2°</w:t>
      </w:r>
      <w:r w:rsidR="00A53584">
        <w:rPr>
          <w:rStyle w:val="TNR21"/>
          <w:rFonts w:ascii="Arial" w:hAnsi="Arial" w:cs="Arial"/>
          <w:sz w:val="22"/>
          <w:lang w:val="es-CO"/>
        </w:rPr>
        <w:t>. L</w:t>
      </w:r>
      <w:r w:rsidR="006146DD" w:rsidRPr="00BC6830">
        <w:rPr>
          <w:rStyle w:val="TNR21"/>
          <w:rFonts w:ascii="Arial" w:hAnsi="Arial" w:cs="Arial"/>
          <w:sz w:val="22"/>
          <w:lang w:val="es-CO"/>
        </w:rPr>
        <w:t>a renta básica a la persona mayor consistirá en una prestación monetaria no retributiva de carácter mensual a cargo del Estado</w:t>
      </w:r>
      <w:r w:rsidR="00A16C3D" w:rsidRPr="00BC6830">
        <w:rPr>
          <w:rStyle w:val="TNR21"/>
          <w:rFonts w:ascii="Arial" w:hAnsi="Arial" w:cs="Arial"/>
          <w:sz w:val="22"/>
          <w:lang w:val="es-CO"/>
        </w:rPr>
        <w:t>,</w:t>
      </w:r>
      <w:r w:rsidR="006146DD" w:rsidRPr="00BC6830">
        <w:rPr>
          <w:rStyle w:val="TNR21"/>
          <w:rFonts w:ascii="Arial" w:hAnsi="Arial" w:cs="Arial"/>
          <w:sz w:val="22"/>
          <w:lang w:val="es-CO"/>
        </w:rPr>
        <w:t xml:space="preserve"> a la cual podrán acceder las personas que cumplan con los requisitos establecidos en esta ley</w:t>
      </w:r>
      <w:r w:rsidR="00DA6D7A">
        <w:rPr>
          <w:rStyle w:val="TNR21"/>
          <w:rFonts w:ascii="Arial" w:hAnsi="Arial" w:cs="Arial"/>
          <w:sz w:val="22"/>
          <w:lang w:val="es-CO"/>
        </w:rPr>
        <w:t>. L</w:t>
      </w:r>
      <w:r w:rsidR="006146DD" w:rsidRPr="00BC6830">
        <w:rPr>
          <w:rStyle w:val="TNR21"/>
          <w:rFonts w:ascii="Arial" w:hAnsi="Arial" w:cs="Arial"/>
          <w:sz w:val="22"/>
          <w:lang w:val="es-CO"/>
        </w:rPr>
        <w:t>a renta básica a la persona mayor aumentará anualmente de acuerdo al IPC tendrá una cobertura en todo el territorio nacional y no podrá ser inferior al monto definido para la línea de pobreza determinada por el Departamento Nacional de Estadística</w:t>
      </w:r>
      <w:r w:rsidR="00DA6D7A">
        <w:rPr>
          <w:rStyle w:val="TNR21"/>
          <w:rFonts w:ascii="Arial" w:hAnsi="Arial" w:cs="Arial"/>
          <w:sz w:val="22"/>
          <w:lang w:val="es-CO"/>
        </w:rPr>
        <w:t>. E</w:t>
      </w:r>
      <w:r w:rsidR="006146DD" w:rsidRPr="00BC6830">
        <w:rPr>
          <w:rStyle w:val="TNR21"/>
          <w:rFonts w:ascii="Arial" w:hAnsi="Arial" w:cs="Arial"/>
          <w:sz w:val="22"/>
          <w:lang w:val="es-CO"/>
        </w:rPr>
        <w:t xml:space="preserve">l monto de la renta básica a la persona mayor será fijado por el </w:t>
      </w:r>
      <w:r w:rsidR="00DA6D7A">
        <w:rPr>
          <w:rStyle w:val="TNR21"/>
          <w:rFonts w:ascii="Arial" w:hAnsi="Arial" w:cs="Arial"/>
          <w:sz w:val="22"/>
          <w:lang w:val="es-CO"/>
        </w:rPr>
        <w:t>g</w:t>
      </w:r>
      <w:r w:rsidR="006146DD" w:rsidRPr="00BC6830">
        <w:rPr>
          <w:rStyle w:val="TNR21"/>
          <w:rFonts w:ascii="Arial" w:hAnsi="Arial" w:cs="Arial"/>
          <w:sz w:val="22"/>
          <w:lang w:val="es-CO"/>
        </w:rPr>
        <w:t xml:space="preserve">obierno Nacional junto con los integrantes del Consejo Nacional del adulto </w:t>
      </w:r>
      <w:r w:rsidR="00A16C3D" w:rsidRPr="00BC6830">
        <w:rPr>
          <w:rStyle w:val="TNR21"/>
          <w:rFonts w:ascii="Arial" w:hAnsi="Arial" w:cs="Arial"/>
          <w:sz w:val="22"/>
          <w:lang w:val="es-CO"/>
        </w:rPr>
        <w:t xml:space="preserve">mayor </w:t>
      </w:r>
      <w:r w:rsidR="006146DD" w:rsidRPr="00BC6830">
        <w:rPr>
          <w:rStyle w:val="TNR21"/>
          <w:rFonts w:ascii="Arial" w:hAnsi="Arial" w:cs="Arial"/>
          <w:sz w:val="22"/>
          <w:lang w:val="es-CO"/>
        </w:rPr>
        <w:t>para cada vigencia fiscal</w:t>
      </w:r>
      <w:r w:rsidR="00A16C3D" w:rsidRPr="00BC6830">
        <w:rPr>
          <w:rStyle w:val="TNR21"/>
          <w:rFonts w:ascii="Arial" w:hAnsi="Arial" w:cs="Arial"/>
          <w:sz w:val="22"/>
          <w:lang w:val="es-CO"/>
        </w:rPr>
        <w:t>,</w:t>
      </w:r>
      <w:r w:rsidR="006146DD" w:rsidRPr="00BC6830">
        <w:rPr>
          <w:rStyle w:val="TNR21"/>
          <w:rFonts w:ascii="Arial" w:hAnsi="Arial" w:cs="Arial"/>
          <w:sz w:val="22"/>
          <w:lang w:val="es-CO"/>
        </w:rPr>
        <w:t xml:space="preserve"> en ningún caso podrá </w:t>
      </w:r>
      <w:r w:rsidR="00A16C3D" w:rsidRPr="00BC6830">
        <w:rPr>
          <w:rStyle w:val="TNR21"/>
          <w:rFonts w:ascii="Arial" w:hAnsi="Arial" w:cs="Arial"/>
          <w:sz w:val="22"/>
          <w:lang w:val="es-CO"/>
        </w:rPr>
        <w:t xml:space="preserve">ser </w:t>
      </w:r>
      <w:r w:rsidR="006146DD" w:rsidRPr="00BC6830">
        <w:rPr>
          <w:rStyle w:val="TNR21"/>
          <w:rFonts w:ascii="Arial" w:hAnsi="Arial" w:cs="Arial"/>
          <w:sz w:val="22"/>
          <w:lang w:val="es-CO"/>
        </w:rPr>
        <w:t>inferior al 50% del salario mínimo legal mensual vigente</w:t>
      </w:r>
      <w:r w:rsidR="00A16C3D"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A16C3D" w:rsidRPr="00BC6830">
        <w:rPr>
          <w:rStyle w:val="TNR21"/>
          <w:rFonts w:ascii="Arial" w:hAnsi="Arial" w:cs="Arial"/>
          <w:sz w:val="22"/>
          <w:lang w:val="es-CO"/>
        </w:rPr>
        <w:t>P</w:t>
      </w:r>
      <w:r w:rsidR="006146DD" w:rsidRPr="00BC6830">
        <w:rPr>
          <w:rStyle w:val="TNR21"/>
          <w:rFonts w:ascii="Arial" w:hAnsi="Arial" w:cs="Arial"/>
          <w:sz w:val="22"/>
          <w:lang w:val="es-CO"/>
        </w:rPr>
        <w:t xml:space="preserve">arágrafo </w:t>
      </w:r>
      <w:r w:rsidR="00A53584">
        <w:rPr>
          <w:rStyle w:val="TNR21"/>
          <w:rFonts w:ascii="Arial" w:hAnsi="Arial" w:cs="Arial"/>
          <w:sz w:val="22"/>
          <w:lang w:val="es-CO"/>
        </w:rPr>
        <w:t>1°. E</w:t>
      </w:r>
      <w:r w:rsidR="006146DD" w:rsidRPr="00BC6830">
        <w:rPr>
          <w:rStyle w:val="TNR21"/>
          <w:rFonts w:ascii="Arial" w:hAnsi="Arial" w:cs="Arial"/>
          <w:sz w:val="22"/>
          <w:lang w:val="es-CO"/>
        </w:rPr>
        <w:t xml:space="preserve">l </w:t>
      </w:r>
      <w:r w:rsidR="00DA6D7A">
        <w:rPr>
          <w:rStyle w:val="TNR21"/>
          <w:rFonts w:ascii="Arial" w:hAnsi="Arial" w:cs="Arial"/>
          <w:sz w:val="22"/>
          <w:lang w:val="es-CO"/>
        </w:rPr>
        <w:t>g</w:t>
      </w:r>
      <w:r w:rsidR="006146DD" w:rsidRPr="00BC6830">
        <w:rPr>
          <w:rStyle w:val="TNR21"/>
          <w:rFonts w:ascii="Arial" w:hAnsi="Arial" w:cs="Arial"/>
          <w:sz w:val="22"/>
          <w:lang w:val="es-CO"/>
        </w:rPr>
        <w:t xml:space="preserve">obierno Nacional realizará los ajustes razonables que garanticen la accesibilidad y goce efectivo de </w:t>
      </w:r>
      <w:r w:rsidR="005B25CC" w:rsidRPr="00BC6830">
        <w:rPr>
          <w:rStyle w:val="TNR21"/>
          <w:rFonts w:ascii="Arial" w:hAnsi="Arial" w:cs="Arial"/>
          <w:sz w:val="22"/>
          <w:lang w:val="es-CO"/>
        </w:rPr>
        <w:t xml:space="preserve">los </w:t>
      </w:r>
      <w:r w:rsidR="006146DD" w:rsidRPr="00BC6830">
        <w:rPr>
          <w:rStyle w:val="TNR21"/>
          <w:rFonts w:ascii="Arial" w:hAnsi="Arial" w:cs="Arial"/>
          <w:sz w:val="22"/>
          <w:lang w:val="es-CO"/>
        </w:rPr>
        <w:t>recursos</w:t>
      </w:r>
      <w:r w:rsidR="005B25CC" w:rsidRPr="00BC6830">
        <w:rPr>
          <w:rStyle w:val="TNR21"/>
          <w:rFonts w:ascii="Arial" w:hAnsi="Arial" w:cs="Arial"/>
          <w:sz w:val="22"/>
          <w:lang w:val="es-CO"/>
        </w:rPr>
        <w:t>,</w:t>
      </w:r>
      <w:r w:rsidR="006146DD" w:rsidRPr="00BC6830">
        <w:rPr>
          <w:rStyle w:val="TNR21"/>
          <w:rFonts w:ascii="Arial" w:hAnsi="Arial" w:cs="Arial"/>
          <w:sz w:val="22"/>
          <w:lang w:val="es-CO"/>
        </w:rPr>
        <w:t xml:space="preserve"> entre estas medidas deberá asegurar como mínimo diversos canales y formas de retiro</w:t>
      </w:r>
      <w:r w:rsidR="00382575">
        <w:rPr>
          <w:rStyle w:val="TNR21"/>
          <w:rFonts w:ascii="Arial" w:hAnsi="Arial" w:cs="Arial"/>
          <w:sz w:val="22"/>
          <w:lang w:val="es-CO"/>
        </w:rPr>
        <w:t>,</w:t>
      </w:r>
      <w:r w:rsidR="006146DD" w:rsidRPr="00BC6830">
        <w:rPr>
          <w:rStyle w:val="TNR21"/>
          <w:rFonts w:ascii="Arial" w:hAnsi="Arial" w:cs="Arial"/>
          <w:sz w:val="22"/>
          <w:lang w:val="es-CO"/>
        </w:rPr>
        <w:t xml:space="preserve"> excepciones al retiro personal</w:t>
      </w:r>
      <w:r w:rsidR="00DA6D7A">
        <w:rPr>
          <w:rStyle w:val="TNR21"/>
          <w:rFonts w:ascii="Arial" w:hAnsi="Arial" w:cs="Arial"/>
          <w:sz w:val="22"/>
          <w:lang w:val="es-CO"/>
        </w:rPr>
        <w:t xml:space="preserve"> </w:t>
      </w:r>
      <w:r w:rsidR="006146DD" w:rsidRPr="00BC6830">
        <w:rPr>
          <w:rStyle w:val="TNR21"/>
          <w:rFonts w:ascii="Arial" w:hAnsi="Arial" w:cs="Arial"/>
          <w:sz w:val="22"/>
          <w:lang w:val="es-CO"/>
        </w:rPr>
        <w:t xml:space="preserve">con su procedimiento efectivo y la prohibición de cobro por </w:t>
      </w:r>
      <w:r w:rsidR="005B25CC" w:rsidRPr="00BC6830">
        <w:rPr>
          <w:rStyle w:val="TNR21"/>
          <w:rFonts w:ascii="Arial" w:hAnsi="Arial" w:cs="Arial"/>
          <w:sz w:val="22"/>
          <w:lang w:val="es-CO"/>
        </w:rPr>
        <w:t>c</w:t>
      </w:r>
      <w:r w:rsidR="006146DD" w:rsidRPr="00BC6830">
        <w:rPr>
          <w:rStyle w:val="TNR21"/>
          <w:rFonts w:ascii="Arial" w:hAnsi="Arial" w:cs="Arial"/>
          <w:sz w:val="22"/>
          <w:lang w:val="es-CO"/>
        </w:rPr>
        <w:t>omisión o tarifa por el retiro o disposición de las transferencias</w:t>
      </w:r>
      <w:r w:rsidR="005B25CC" w:rsidRPr="00BC6830">
        <w:rPr>
          <w:rStyle w:val="TNR21"/>
          <w:rFonts w:ascii="Arial" w:hAnsi="Arial" w:cs="Arial"/>
          <w:sz w:val="22"/>
          <w:lang w:val="es-CO"/>
        </w:rPr>
        <w:t>.</w:t>
      </w:r>
      <w:r w:rsidR="006146DD" w:rsidRPr="00BC6830">
        <w:rPr>
          <w:rStyle w:val="TNR21"/>
          <w:rFonts w:ascii="Arial" w:hAnsi="Arial" w:cs="Arial"/>
          <w:sz w:val="22"/>
          <w:lang w:val="es-CO"/>
        </w:rPr>
        <w:t xml:space="preserve"> Artículo 3°</w:t>
      </w:r>
      <w:r w:rsidR="00DA6D7A">
        <w:rPr>
          <w:rStyle w:val="TNR21"/>
          <w:rFonts w:ascii="Arial" w:hAnsi="Arial" w:cs="Arial"/>
          <w:sz w:val="22"/>
          <w:lang w:val="es-CO"/>
        </w:rPr>
        <w:t xml:space="preserve">. </w:t>
      </w:r>
      <w:r w:rsidR="006146DD" w:rsidRPr="00BC6830">
        <w:rPr>
          <w:rStyle w:val="TNR21"/>
          <w:rFonts w:ascii="Arial" w:hAnsi="Arial" w:cs="Arial"/>
          <w:sz w:val="22"/>
          <w:lang w:val="es-CO"/>
        </w:rPr>
        <w:t xml:space="preserve"> </w:t>
      </w:r>
      <w:r w:rsidR="00DA6D7A">
        <w:rPr>
          <w:rStyle w:val="TNR21"/>
          <w:rFonts w:ascii="Arial" w:hAnsi="Arial" w:cs="Arial"/>
          <w:sz w:val="22"/>
          <w:lang w:val="es-CO"/>
        </w:rPr>
        <w:t>R</w:t>
      </w:r>
      <w:r w:rsidR="006146DD" w:rsidRPr="00BC6830">
        <w:rPr>
          <w:rStyle w:val="TNR21"/>
          <w:rFonts w:ascii="Arial" w:hAnsi="Arial" w:cs="Arial"/>
          <w:sz w:val="22"/>
          <w:lang w:val="es-CO"/>
        </w:rPr>
        <w:t>equisitos</w:t>
      </w:r>
      <w:r w:rsidR="00DA6D7A">
        <w:rPr>
          <w:rStyle w:val="TNR21"/>
          <w:rFonts w:ascii="Arial" w:hAnsi="Arial" w:cs="Arial"/>
          <w:sz w:val="22"/>
          <w:lang w:val="es-CO"/>
        </w:rPr>
        <w:t>. P</w:t>
      </w:r>
      <w:r w:rsidR="006146DD" w:rsidRPr="00BC6830">
        <w:rPr>
          <w:rStyle w:val="TNR21"/>
          <w:rFonts w:ascii="Arial" w:hAnsi="Arial" w:cs="Arial"/>
          <w:sz w:val="22"/>
          <w:lang w:val="es-CO"/>
        </w:rPr>
        <w:t>ara ser beneficiario de la renta básica la persona mayor deberá acreditar los siguientes requisitos</w:t>
      </w:r>
      <w:r w:rsidR="00DA6D7A">
        <w:rPr>
          <w:rStyle w:val="TNR21"/>
          <w:rFonts w:ascii="Arial" w:hAnsi="Arial" w:cs="Arial"/>
          <w:sz w:val="22"/>
          <w:lang w:val="es-CO"/>
        </w:rPr>
        <w:t xml:space="preserve">: </w:t>
      </w:r>
      <w:r w:rsidR="00DA6D7A" w:rsidRPr="00705FAE">
        <w:rPr>
          <w:rStyle w:val="TNR21"/>
          <w:rFonts w:ascii="Arial" w:hAnsi="Arial" w:cs="Arial"/>
          <w:sz w:val="22"/>
          <w:lang w:val="es-CO"/>
        </w:rPr>
        <w:t>a)</w:t>
      </w:r>
      <w:r w:rsidR="006146DD" w:rsidRPr="00705FAE">
        <w:rPr>
          <w:rStyle w:val="TNR21"/>
          <w:rFonts w:ascii="Arial" w:hAnsi="Arial" w:cs="Arial"/>
          <w:sz w:val="22"/>
          <w:lang w:val="es-CO"/>
        </w:rPr>
        <w:t xml:space="preserve"> </w:t>
      </w:r>
      <w:r w:rsidR="00DA6D7A" w:rsidRPr="00705FAE">
        <w:rPr>
          <w:rStyle w:val="TNR21"/>
          <w:rFonts w:ascii="Arial" w:hAnsi="Arial" w:cs="Arial"/>
          <w:sz w:val="22"/>
          <w:lang w:val="es-CO"/>
        </w:rPr>
        <w:t>S</w:t>
      </w:r>
      <w:r w:rsidR="006146DD" w:rsidRPr="00705FAE">
        <w:rPr>
          <w:rStyle w:val="TNR21"/>
          <w:rFonts w:ascii="Arial" w:hAnsi="Arial" w:cs="Arial"/>
          <w:sz w:val="22"/>
          <w:lang w:val="es-CO"/>
        </w:rPr>
        <w:t>er colombiano de nacimiento y acreditar</w:t>
      </w:r>
      <w:r w:rsidR="006146DD" w:rsidRPr="00BC6830">
        <w:rPr>
          <w:rStyle w:val="TNR21"/>
          <w:rFonts w:ascii="Arial" w:hAnsi="Arial" w:cs="Arial"/>
          <w:sz w:val="22"/>
          <w:lang w:val="es-CO"/>
        </w:rPr>
        <w:t xml:space="preserve"> residencia en el territorio nacional por un período de 20 años continuos o discontinuos</w:t>
      </w:r>
      <w:r w:rsidR="00382575">
        <w:rPr>
          <w:rStyle w:val="TNR21"/>
          <w:rFonts w:ascii="Arial" w:hAnsi="Arial" w:cs="Arial"/>
          <w:sz w:val="22"/>
          <w:lang w:val="es-CO"/>
        </w:rPr>
        <w:t>. b)</w:t>
      </w:r>
      <w:r w:rsidR="006146DD" w:rsidRPr="00BC6830">
        <w:rPr>
          <w:rStyle w:val="TNR21"/>
          <w:rFonts w:ascii="Arial" w:hAnsi="Arial" w:cs="Arial"/>
          <w:sz w:val="22"/>
          <w:lang w:val="es-CO"/>
        </w:rPr>
        <w:t xml:space="preserve"> </w:t>
      </w:r>
      <w:r w:rsidR="00382575">
        <w:rPr>
          <w:rStyle w:val="TNR21"/>
          <w:rFonts w:ascii="Arial" w:hAnsi="Arial" w:cs="Arial"/>
          <w:sz w:val="22"/>
          <w:lang w:val="es-CO"/>
        </w:rPr>
        <w:t>S</w:t>
      </w:r>
      <w:r w:rsidR="006146DD" w:rsidRPr="00BC6830">
        <w:rPr>
          <w:rStyle w:val="TNR21"/>
          <w:rFonts w:ascii="Arial" w:hAnsi="Arial" w:cs="Arial"/>
          <w:sz w:val="22"/>
          <w:lang w:val="es-CO"/>
        </w:rPr>
        <w:t>er mayor de 60 años</w:t>
      </w:r>
      <w:r w:rsidR="00CA209C" w:rsidRPr="00BC6830">
        <w:rPr>
          <w:rStyle w:val="TNR21"/>
          <w:rFonts w:ascii="Arial" w:hAnsi="Arial" w:cs="Arial"/>
          <w:sz w:val="22"/>
          <w:lang w:val="es-CO"/>
        </w:rPr>
        <w:t xml:space="preserve"> </w:t>
      </w:r>
      <w:r w:rsidR="006146DD" w:rsidRPr="00BC6830">
        <w:rPr>
          <w:rStyle w:val="TNR21"/>
          <w:rFonts w:ascii="Arial" w:hAnsi="Arial" w:cs="Arial"/>
          <w:sz w:val="22"/>
          <w:lang w:val="es-CO"/>
        </w:rPr>
        <w:t>de edad al momento</w:t>
      </w:r>
      <w:r w:rsidR="00382575">
        <w:rPr>
          <w:rStyle w:val="TNR21"/>
          <w:rFonts w:ascii="Arial" w:hAnsi="Arial" w:cs="Arial"/>
          <w:sz w:val="22"/>
          <w:lang w:val="es-CO"/>
        </w:rPr>
        <w:t>. c)</w:t>
      </w:r>
      <w:r w:rsidR="006146DD" w:rsidRPr="00BC6830">
        <w:rPr>
          <w:rStyle w:val="TNR21"/>
          <w:rFonts w:ascii="Arial" w:hAnsi="Arial" w:cs="Arial"/>
          <w:sz w:val="22"/>
          <w:lang w:val="es-CO"/>
        </w:rPr>
        <w:t xml:space="preserve"> </w:t>
      </w:r>
      <w:r w:rsidR="00382575">
        <w:rPr>
          <w:rStyle w:val="TNR21"/>
          <w:rFonts w:ascii="Arial" w:hAnsi="Arial" w:cs="Arial"/>
          <w:sz w:val="22"/>
          <w:lang w:val="es-CO"/>
        </w:rPr>
        <w:t>N</w:t>
      </w:r>
      <w:r w:rsidR="006146DD" w:rsidRPr="00BC6830">
        <w:rPr>
          <w:rStyle w:val="TNR21"/>
          <w:rFonts w:ascii="Arial" w:hAnsi="Arial" w:cs="Arial"/>
          <w:sz w:val="22"/>
          <w:lang w:val="es-CO"/>
        </w:rPr>
        <w:t>o tener derecho a percibir pensión en ningún régimen ya sea en calidad de titular o como beneficiario</w:t>
      </w:r>
      <w:r w:rsidR="00382575">
        <w:rPr>
          <w:rStyle w:val="TNR21"/>
          <w:rFonts w:ascii="Arial" w:hAnsi="Arial" w:cs="Arial"/>
          <w:sz w:val="22"/>
          <w:lang w:val="es-CO"/>
        </w:rPr>
        <w:t>. d)</w:t>
      </w:r>
      <w:r w:rsidR="006146DD" w:rsidRPr="00BC6830">
        <w:rPr>
          <w:rStyle w:val="TNR21"/>
          <w:rFonts w:ascii="Arial" w:hAnsi="Arial" w:cs="Arial"/>
          <w:sz w:val="22"/>
          <w:lang w:val="es-CO"/>
        </w:rPr>
        <w:t xml:space="preserve"> </w:t>
      </w:r>
      <w:r w:rsidR="00382575">
        <w:rPr>
          <w:rStyle w:val="TNR21"/>
          <w:rFonts w:ascii="Arial" w:hAnsi="Arial" w:cs="Arial"/>
          <w:sz w:val="22"/>
          <w:lang w:val="es-CO"/>
        </w:rPr>
        <w:t>I</w:t>
      </w:r>
      <w:r w:rsidR="006146DD" w:rsidRPr="00BC6830">
        <w:rPr>
          <w:rStyle w:val="TNR21"/>
          <w:rFonts w:ascii="Arial" w:hAnsi="Arial" w:cs="Arial"/>
          <w:sz w:val="22"/>
          <w:lang w:val="es-CO"/>
        </w:rPr>
        <w:t>ntegrar los grupos A</w:t>
      </w:r>
      <w:r w:rsidR="00BA3912" w:rsidRPr="00BC6830">
        <w:rPr>
          <w:rStyle w:val="TNR21"/>
          <w:rFonts w:ascii="Arial" w:hAnsi="Arial" w:cs="Arial"/>
          <w:sz w:val="22"/>
          <w:lang w:val="es-CO"/>
        </w:rPr>
        <w:t>,</w:t>
      </w:r>
      <w:r w:rsidR="006146DD" w:rsidRPr="00BC6830">
        <w:rPr>
          <w:rStyle w:val="TNR21"/>
          <w:rFonts w:ascii="Arial" w:hAnsi="Arial" w:cs="Arial"/>
          <w:sz w:val="22"/>
          <w:lang w:val="es-CO"/>
        </w:rPr>
        <w:t xml:space="preserve"> B </w:t>
      </w:r>
      <w:r w:rsidR="00382575">
        <w:rPr>
          <w:rStyle w:val="TNR21"/>
          <w:rFonts w:ascii="Arial" w:hAnsi="Arial" w:cs="Arial"/>
          <w:sz w:val="22"/>
          <w:lang w:val="es-CO"/>
        </w:rPr>
        <w:t>o</w:t>
      </w:r>
      <w:r w:rsidR="006146DD" w:rsidRPr="00BC6830">
        <w:rPr>
          <w:rStyle w:val="TNR21"/>
          <w:rFonts w:ascii="Arial" w:hAnsi="Arial" w:cs="Arial"/>
          <w:sz w:val="22"/>
          <w:lang w:val="es-CO"/>
        </w:rPr>
        <w:t xml:space="preserve"> C del </w:t>
      </w:r>
      <w:r w:rsidR="00382575" w:rsidRPr="00BC6830">
        <w:rPr>
          <w:rStyle w:val="TNR21"/>
          <w:rFonts w:ascii="Arial" w:hAnsi="Arial" w:cs="Arial"/>
          <w:sz w:val="22"/>
          <w:lang w:val="es-CO"/>
        </w:rPr>
        <w:t xml:space="preserve">SISBÉN </w:t>
      </w:r>
      <w:r w:rsidR="006146DD" w:rsidRPr="00BC6830">
        <w:rPr>
          <w:rStyle w:val="TNR21"/>
          <w:rFonts w:ascii="Arial" w:hAnsi="Arial" w:cs="Arial"/>
          <w:sz w:val="22"/>
          <w:lang w:val="es-CO"/>
        </w:rPr>
        <w:t>definidos por el Departamento Nacional de Planeación</w:t>
      </w:r>
      <w:r w:rsidR="00382575">
        <w:rPr>
          <w:rStyle w:val="TNR21"/>
          <w:rFonts w:ascii="Arial" w:hAnsi="Arial" w:cs="Arial"/>
          <w:sz w:val="22"/>
          <w:lang w:val="es-CO"/>
        </w:rPr>
        <w:t>. e)</w:t>
      </w:r>
      <w:r w:rsidR="006146DD" w:rsidRPr="00BC6830">
        <w:rPr>
          <w:rStyle w:val="TNR21"/>
          <w:rFonts w:ascii="Arial" w:hAnsi="Arial" w:cs="Arial"/>
          <w:sz w:val="22"/>
          <w:lang w:val="es-CO"/>
        </w:rPr>
        <w:t xml:space="preserve"> </w:t>
      </w:r>
      <w:r w:rsidR="00382575">
        <w:rPr>
          <w:rStyle w:val="TNR21"/>
          <w:rFonts w:ascii="Arial" w:hAnsi="Arial" w:cs="Arial"/>
          <w:sz w:val="22"/>
          <w:lang w:val="es-CO"/>
        </w:rPr>
        <w:t>N</w:t>
      </w:r>
      <w:r w:rsidR="006146DD" w:rsidRPr="00BC6830">
        <w:rPr>
          <w:rStyle w:val="TNR21"/>
          <w:rFonts w:ascii="Arial" w:hAnsi="Arial" w:cs="Arial"/>
          <w:sz w:val="22"/>
          <w:lang w:val="es-CO"/>
        </w:rPr>
        <w:t xml:space="preserve">o haber recibido indemnización sustitutiva o devolución de saldos en ninguno de los regímenes del </w:t>
      </w:r>
      <w:r w:rsidR="00382575" w:rsidRPr="00BC6830">
        <w:rPr>
          <w:rStyle w:val="TNR21"/>
          <w:rFonts w:ascii="Arial" w:hAnsi="Arial" w:cs="Arial"/>
          <w:sz w:val="22"/>
          <w:lang w:val="es-CO"/>
        </w:rPr>
        <w:t>Sistema</w:t>
      </w:r>
      <w:r w:rsidR="006146DD" w:rsidRPr="00BC6830">
        <w:rPr>
          <w:rStyle w:val="TNR21"/>
          <w:rFonts w:ascii="Arial" w:hAnsi="Arial" w:cs="Arial"/>
          <w:sz w:val="22"/>
          <w:lang w:val="es-CO"/>
        </w:rPr>
        <w:t xml:space="preserve"> de </w:t>
      </w:r>
      <w:r w:rsidR="00382575" w:rsidRPr="00BC6830">
        <w:rPr>
          <w:rStyle w:val="TNR21"/>
          <w:rFonts w:ascii="Arial" w:hAnsi="Arial" w:cs="Arial"/>
          <w:sz w:val="22"/>
          <w:lang w:val="es-CO"/>
        </w:rPr>
        <w:t xml:space="preserve">Seguridad Social </w:t>
      </w:r>
      <w:r w:rsidR="006146DD" w:rsidRPr="00BC6830">
        <w:rPr>
          <w:rStyle w:val="TNR21"/>
          <w:rFonts w:ascii="Arial" w:hAnsi="Arial" w:cs="Arial"/>
          <w:sz w:val="22"/>
          <w:lang w:val="es-CO"/>
        </w:rPr>
        <w:t xml:space="preserve">en </w:t>
      </w:r>
      <w:r w:rsidR="00382575" w:rsidRPr="00BC6830">
        <w:rPr>
          <w:rStyle w:val="TNR21"/>
          <w:rFonts w:ascii="Arial" w:hAnsi="Arial" w:cs="Arial"/>
          <w:sz w:val="22"/>
          <w:lang w:val="es-CO"/>
        </w:rPr>
        <w:t>Pensiones</w:t>
      </w:r>
      <w:r w:rsidR="006146DD" w:rsidRPr="00BC6830">
        <w:rPr>
          <w:rStyle w:val="TNR21"/>
          <w:rFonts w:ascii="Arial" w:hAnsi="Arial" w:cs="Arial"/>
          <w:sz w:val="22"/>
          <w:lang w:val="es-CO"/>
        </w:rPr>
        <w:t xml:space="preserve"> en un monto superior a 50 salarios mínimos legales mensuales vigentes</w:t>
      </w:r>
      <w:r w:rsidR="00382575">
        <w:rPr>
          <w:rStyle w:val="TNR21"/>
          <w:rFonts w:ascii="Arial" w:hAnsi="Arial" w:cs="Arial"/>
          <w:sz w:val="22"/>
          <w:lang w:val="es-CO"/>
        </w:rPr>
        <w:t>. f)</w:t>
      </w:r>
      <w:r w:rsidR="006146DD" w:rsidRPr="00BC6830">
        <w:rPr>
          <w:rStyle w:val="TNR21"/>
          <w:rFonts w:ascii="Arial" w:hAnsi="Arial" w:cs="Arial"/>
          <w:sz w:val="22"/>
          <w:lang w:val="es-CO"/>
        </w:rPr>
        <w:t xml:space="preserve"> </w:t>
      </w:r>
      <w:r w:rsidR="00382575">
        <w:rPr>
          <w:rStyle w:val="TNR21"/>
          <w:rFonts w:ascii="Arial" w:hAnsi="Arial" w:cs="Arial"/>
          <w:sz w:val="22"/>
          <w:lang w:val="es-CO"/>
        </w:rPr>
        <w:t>N</w:t>
      </w:r>
      <w:r w:rsidR="006146DD" w:rsidRPr="00BC6830">
        <w:rPr>
          <w:rStyle w:val="TNR21"/>
          <w:rFonts w:ascii="Arial" w:hAnsi="Arial" w:cs="Arial"/>
          <w:sz w:val="22"/>
          <w:lang w:val="es-CO"/>
        </w:rPr>
        <w:t xml:space="preserve">o serán beneficiarios de esta prestación monetaria quién perciba cuota alimentaria por parte </w:t>
      </w:r>
      <w:r w:rsidR="00382575">
        <w:rPr>
          <w:rStyle w:val="TNR21"/>
          <w:rFonts w:ascii="Arial" w:hAnsi="Arial" w:cs="Arial"/>
          <w:sz w:val="22"/>
          <w:lang w:val="es-CO"/>
        </w:rPr>
        <w:t xml:space="preserve">de </w:t>
      </w:r>
      <w:r w:rsidR="006146DD" w:rsidRPr="00BC6830">
        <w:rPr>
          <w:rStyle w:val="TNR21"/>
          <w:rFonts w:ascii="Arial" w:hAnsi="Arial" w:cs="Arial"/>
          <w:sz w:val="22"/>
          <w:lang w:val="es-CO"/>
        </w:rPr>
        <w:t>sus hijos</w:t>
      </w:r>
      <w:r w:rsidR="00382575">
        <w:rPr>
          <w:rStyle w:val="TNR21"/>
          <w:rFonts w:ascii="Arial" w:hAnsi="Arial" w:cs="Arial"/>
          <w:sz w:val="22"/>
          <w:lang w:val="es-CO"/>
        </w:rPr>
        <w:t>. g)</w:t>
      </w:r>
      <w:r w:rsidR="006146DD" w:rsidRPr="00BC6830">
        <w:rPr>
          <w:rStyle w:val="TNR21"/>
          <w:rFonts w:ascii="Arial" w:hAnsi="Arial" w:cs="Arial"/>
          <w:sz w:val="22"/>
          <w:lang w:val="es-CO"/>
        </w:rPr>
        <w:t xml:space="preserve"> </w:t>
      </w:r>
      <w:r w:rsidR="00382575">
        <w:rPr>
          <w:rStyle w:val="TNR21"/>
          <w:rFonts w:ascii="Arial" w:hAnsi="Arial" w:cs="Arial"/>
          <w:sz w:val="22"/>
          <w:lang w:val="es-CO"/>
        </w:rPr>
        <w:t>N</w:t>
      </w:r>
      <w:r w:rsidR="006146DD" w:rsidRPr="00BC6830">
        <w:rPr>
          <w:rStyle w:val="TNR21"/>
          <w:rFonts w:ascii="Arial" w:hAnsi="Arial" w:cs="Arial"/>
          <w:sz w:val="22"/>
          <w:lang w:val="es-CO"/>
        </w:rPr>
        <w:t>o serán beneficiarios quienes tengan dos o más viviendas a su nombre</w:t>
      </w:r>
      <w:r w:rsidR="00BA3912" w:rsidRPr="00BC6830">
        <w:rPr>
          <w:rStyle w:val="TNR21"/>
          <w:rFonts w:ascii="Arial" w:hAnsi="Arial" w:cs="Arial"/>
          <w:sz w:val="22"/>
          <w:lang w:val="es-CO"/>
        </w:rPr>
        <w:t>.</w:t>
      </w:r>
      <w:r w:rsidR="006146DD" w:rsidRPr="00BC6830">
        <w:rPr>
          <w:rStyle w:val="TNR21"/>
          <w:rFonts w:ascii="Arial" w:hAnsi="Arial" w:cs="Arial"/>
          <w:sz w:val="22"/>
          <w:lang w:val="es-CO"/>
        </w:rPr>
        <w:t xml:space="preserve"> Artículo 4°</w:t>
      </w:r>
      <w:r w:rsidR="00382575">
        <w:rPr>
          <w:rStyle w:val="TNR21"/>
          <w:rFonts w:ascii="Arial" w:hAnsi="Arial" w:cs="Arial"/>
          <w:sz w:val="22"/>
          <w:lang w:val="es-CO"/>
        </w:rPr>
        <w:t>. L</w:t>
      </w:r>
      <w:r w:rsidR="006146DD" w:rsidRPr="00BC6830">
        <w:rPr>
          <w:rStyle w:val="TNR21"/>
          <w:rFonts w:ascii="Arial" w:hAnsi="Arial" w:cs="Arial"/>
          <w:sz w:val="22"/>
          <w:lang w:val="es-CO"/>
        </w:rPr>
        <w:t>os beneficiarios de esta prestación monetaria no podrán percibir otros subsidio</w:t>
      </w:r>
      <w:r w:rsidR="00BA3912" w:rsidRPr="00BC6830">
        <w:rPr>
          <w:rStyle w:val="TNR21"/>
          <w:rFonts w:ascii="Arial" w:hAnsi="Arial" w:cs="Arial"/>
          <w:sz w:val="22"/>
          <w:lang w:val="es-CO"/>
        </w:rPr>
        <w:t>s</w:t>
      </w:r>
      <w:r w:rsidR="006146DD" w:rsidRPr="00BC6830">
        <w:rPr>
          <w:rStyle w:val="TNR21"/>
          <w:rFonts w:ascii="Arial" w:hAnsi="Arial" w:cs="Arial"/>
          <w:sz w:val="22"/>
          <w:lang w:val="es-CO"/>
        </w:rPr>
        <w:t xml:space="preserve"> por parte del Estado de carácter económico</w:t>
      </w:r>
      <w:r w:rsidR="00BA3912" w:rsidRPr="00BC6830">
        <w:rPr>
          <w:rStyle w:val="TNR21"/>
          <w:rFonts w:ascii="Arial" w:hAnsi="Arial" w:cs="Arial"/>
          <w:sz w:val="22"/>
          <w:lang w:val="es-CO"/>
        </w:rPr>
        <w:t>,</w:t>
      </w:r>
      <w:r w:rsidR="006146DD" w:rsidRPr="00BC6830">
        <w:rPr>
          <w:rStyle w:val="TNR21"/>
          <w:rFonts w:ascii="Arial" w:hAnsi="Arial" w:cs="Arial"/>
          <w:sz w:val="22"/>
          <w:lang w:val="es-CO"/>
        </w:rPr>
        <w:t xml:space="preserve"> se exceptúan los subsidios relacionados a programas de vivienda para quienes no cuentan con vivienda propia y auxilios funerarios</w:t>
      </w:r>
      <w:r w:rsidR="00BA3912" w:rsidRPr="00BC6830">
        <w:rPr>
          <w:rStyle w:val="TNR21"/>
          <w:rFonts w:ascii="Arial" w:hAnsi="Arial" w:cs="Arial"/>
          <w:sz w:val="22"/>
          <w:lang w:val="es-CO"/>
        </w:rPr>
        <w:t>,</w:t>
      </w:r>
      <w:r w:rsidR="006146DD" w:rsidRPr="00BC6830">
        <w:rPr>
          <w:rStyle w:val="TNR21"/>
          <w:rFonts w:ascii="Arial" w:hAnsi="Arial" w:cs="Arial"/>
          <w:sz w:val="22"/>
          <w:lang w:val="es-CO"/>
        </w:rPr>
        <w:t xml:space="preserve"> y a los subsidios que reciben</w:t>
      </w:r>
      <w:r w:rsidR="00CA209C" w:rsidRPr="00BC6830">
        <w:rPr>
          <w:rStyle w:val="TNR21"/>
          <w:rFonts w:ascii="Arial" w:hAnsi="Arial" w:cs="Arial"/>
          <w:sz w:val="22"/>
          <w:lang w:val="es-CO"/>
        </w:rPr>
        <w:t xml:space="preserve"> </w:t>
      </w:r>
      <w:r w:rsidR="006146DD" w:rsidRPr="00BC6830">
        <w:rPr>
          <w:rStyle w:val="TNR21"/>
          <w:rFonts w:ascii="Arial" w:hAnsi="Arial" w:cs="Arial"/>
          <w:sz w:val="22"/>
          <w:lang w:val="es-CO"/>
        </w:rPr>
        <w:t>las víctimas del conflicto</w:t>
      </w:r>
      <w:r w:rsidR="00BA3912" w:rsidRPr="00BC6830">
        <w:rPr>
          <w:rStyle w:val="TNR21"/>
          <w:rFonts w:ascii="Arial" w:hAnsi="Arial" w:cs="Arial"/>
          <w:sz w:val="22"/>
          <w:lang w:val="es-CO"/>
        </w:rPr>
        <w:t xml:space="preserve"> armado</w:t>
      </w:r>
      <w:r w:rsidR="006146DD" w:rsidRPr="00BC6830">
        <w:rPr>
          <w:rStyle w:val="TNR21"/>
          <w:rFonts w:ascii="Arial" w:hAnsi="Arial" w:cs="Arial"/>
          <w:sz w:val="22"/>
          <w:lang w:val="es-CO"/>
        </w:rPr>
        <w:t xml:space="preserve"> por su condición</w:t>
      </w:r>
      <w:r w:rsidR="00BA3912" w:rsidRPr="00BC6830">
        <w:rPr>
          <w:rStyle w:val="TNR21"/>
          <w:rFonts w:ascii="Arial" w:hAnsi="Arial" w:cs="Arial"/>
          <w:sz w:val="22"/>
          <w:lang w:val="es-CO"/>
        </w:rPr>
        <w:t>,</w:t>
      </w:r>
      <w:r w:rsidR="006146DD" w:rsidRPr="00BC6830">
        <w:rPr>
          <w:rStyle w:val="TNR21"/>
          <w:rFonts w:ascii="Arial" w:hAnsi="Arial" w:cs="Arial"/>
          <w:sz w:val="22"/>
          <w:lang w:val="es-CO"/>
        </w:rPr>
        <w:t xml:space="preserve"> siempre y cuando estos no sean de carácter monetario</w:t>
      </w:r>
      <w:r w:rsidR="00BA3912"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BA3912" w:rsidRPr="00BC6830">
        <w:rPr>
          <w:rStyle w:val="TNR21"/>
          <w:rFonts w:ascii="Arial" w:hAnsi="Arial" w:cs="Arial"/>
          <w:sz w:val="22"/>
          <w:lang w:val="es-CO"/>
        </w:rPr>
        <w:t>P</w:t>
      </w:r>
      <w:r w:rsidR="006146DD" w:rsidRPr="00BC6830">
        <w:rPr>
          <w:rStyle w:val="TNR21"/>
          <w:rFonts w:ascii="Arial" w:hAnsi="Arial" w:cs="Arial"/>
          <w:sz w:val="22"/>
          <w:lang w:val="es-CO"/>
        </w:rPr>
        <w:t>arágrafo</w:t>
      </w:r>
      <w:r w:rsidR="00382575">
        <w:rPr>
          <w:rStyle w:val="TNR21"/>
          <w:rFonts w:ascii="Arial" w:hAnsi="Arial" w:cs="Arial"/>
          <w:sz w:val="22"/>
          <w:lang w:val="es-CO"/>
        </w:rPr>
        <w:t>. D</w:t>
      </w:r>
      <w:r w:rsidR="006146DD" w:rsidRPr="00BC6830">
        <w:rPr>
          <w:rStyle w:val="TNR21"/>
          <w:rFonts w:ascii="Arial" w:hAnsi="Arial" w:cs="Arial"/>
          <w:sz w:val="22"/>
          <w:lang w:val="es-CO"/>
        </w:rPr>
        <w:t>e igual manera la presente renta básica para el adulto mayor no podrá ser objeto de pensión de sobrevivencia</w:t>
      </w:r>
      <w:r w:rsidR="00BA3912" w:rsidRPr="00BC6830">
        <w:rPr>
          <w:rStyle w:val="TNR21"/>
          <w:rFonts w:ascii="Arial" w:hAnsi="Arial" w:cs="Arial"/>
          <w:sz w:val="22"/>
          <w:lang w:val="es-CO"/>
        </w:rPr>
        <w:t>.</w:t>
      </w:r>
      <w:r w:rsidR="006146DD" w:rsidRPr="00BC6830">
        <w:rPr>
          <w:rStyle w:val="TNR21"/>
          <w:rFonts w:ascii="Arial" w:hAnsi="Arial" w:cs="Arial"/>
          <w:sz w:val="22"/>
          <w:lang w:val="es-CO"/>
        </w:rPr>
        <w:t xml:space="preserve"> Artículo 5°</w:t>
      </w:r>
      <w:r w:rsidR="00382575">
        <w:rPr>
          <w:rStyle w:val="TNR21"/>
          <w:rFonts w:ascii="Arial" w:hAnsi="Arial" w:cs="Arial"/>
          <w:sz w:val="22"/>
          <w:lang w:val="es-CO"/>
        </w:rPr>
        <w:t xml:space="preserve">. </w:t>
      </w:r>
      <w:r w:rsidR="00382575" w:rsidRPr="00BC6830">
        <w:rPr>
          <w:rStyle w:val="TNR21"/>
          <w:rFonts w:ascii="Arial" w:hAnsi="Arial" w:cs="Arial"/>
          <w:sz w:val="22"/>
          <w:lang w:val="es-CO"/>
        </w:rPr>
        <w:t>COLPENSIONES</w:t>
      </w:r>
      <w:r w:rsidR="006146DD" w:rsidRPr="00BC6830">
        <w:rPr>
          <w:rStyle w:val="TNR21"/>
          <w:rFonts w:ascii="Arial" w:hAnsi="Arial" w:cs="Arial"/>
          <w:sz w:val="22"/>
          <w:lang w:val="es-CO"/>
        </w:rPr>
        <w:t xml:space="preserve"> será la encargada de otorgar y administrar la renta básica a la persona mayor</w:t>
      </w:r>
      <w:r w:rsidR="00BA3912"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BA3912" w:rsidRPr="00BC6830">
        <w:rPr>
          <w:rStyle w:val="TNR21"/>
          <w:rFonts w:ascii="Arial" w:hAnsi="Arial" w:cs="Arial"/>
          <w:sz w:val="22"/>
          <w:lang w:val="es-CO"/>
        </w:rPr>
        <w:t>E</w:t>
      </w:r>
      <w:r w:rsidR="006146DD" w:rsidRPr="00BC6830">
        <w:rPr>
          <w:rStyle w:val="TNR21"/>
          <w:rFonts w:ascii="Arial" w:hAnsi="Arial" w:cs="Arial"/>
          <w:sz w:val="22"/>
          <w:lang w:val="es-CO"/>
        </w:rPr>
        <w:t xml:space="preserve">sas son las proposiciones radicadas en Secretaría con respecto al articulado de este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w:t>
      </w:r>
      <w:r w:rsidR="00BA3912" w:rsidRPr="00BC6830">
        <w:rPr>
          <w:rStyle w:val="TNR21"/>
          <w:rFonts w:ascii="Arial" w:hAnsi="Arial" w:cs="Arial"/>
          <w:sz w:val="22"/>
          <w:lang w:val="es-CO"/>
        </w:rPr>
        <w:t>, Presidente</w:t>
      </w:r>
      <w:r w:rsidR="006146DD" w:rsidRPr="00BC6830">
        <w:rPr>
          <w:rStyle w:val="TNR21"/>
          <w:rFonts w:ascii="Arial" w:hAnsi="Arial" w:cs="Arial"/>
          <w:sz w:val="22"/>
          <w:lang w:val="es-CO"/>
        </w:rPr>
        <w:t>.</w:t>
      </w:r>
    </w:p>
    <w:p w14:paraId="4AD70548" w14:textId="77777777" w:rsidR="00BA3912" w:rsidRPr="00BC6830" w:rsidRDefault="00BA3912" w:rsidP="00667EBF">
      <w:pPr>
        <w:pStyle w:val="Sinespaciado"/>
        <w:jc w:val="both"/>
        <w:rPr>
          <w:rStyle w:val="TNR21"/>
          <w:rFonts w:ascii="Arial" w:hAnsi="Arial" w:cs="Arial"/>
          <w:sz w:val="22"/>
          <w:lang w:val="es-CO"/>
        </w:rPr>
      </w:pPr>
    </w:p>
    <w:p w14:paraId="35F27DC3" w14:textId="77777777" w:rsidR="00203564"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BA3912" w:rsidRPr="00BC6830">
        <w:rPr>
          <w:rStyle w:val="TNR21"/>
          <w:rFonts w:ascii="Arial" w:hAnsi="Arial" w:cs="Arial"/>
          <w:sz w:val="22"/>
          <w:lang w:val="es-CO"/>
        </w:rPr>
        <w:t>M</w:t>
      </w:r>
      <w:r w:rsidR="006146DD" w:rsidRPr="00BC6830">
        <w:rPr>
          <w:rStyle w:val="TNR21"/>
          <w:rFonts w:ascii="Arial" w:hAnsi="Arial" w:cs="Arial"/>
          <w:sz w:val="22"/>
          <w:lang w:val="es-CO"/>
        </w:rPr>
        <w:t>uchas gracias Secretario</w:t>
      </w:r>
      <w:r w:rsidR="00BA3912"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203564" w:rsidRPr="00BC6830">
        <w:rPr>
          <w:rStyle w:val="TNR21"/>
          <w:rFonts w:ascii="Arial" w:hAnsi="Arial" w:cs="Arial"/>
          <w:sz w:val="22"/>
          <w:lang w:val="es-CO"/>
        </w:rPr>
        <w:t>¿</w:t>
      </w:r>
      <w:r w:rsidR="00BA3912" w:rsidRPr="00BC6830">
        <w:rPr>
          <w:rStyle w:val="TNR21"/>
          <w:rFonts w:ascii="Arial" w:hAnsi="Arial" w:cs="Arial"/>
          <w:sz w:val="22"/>
          <w:lang w:val="es-CO"/>
        </w:rPr>
        <w:t>L</w:t>
      </w:r>
      <w:r w:rsidR="006146DD" w:rsidRPr="00BC6830">
        <w:rPr>
          <w:rStyle w:val="TNR21"/>
          <w:rFonts w:ascii="Arial" w:hAnsi="Arial" w:cs="Arial"/>
          <w:sz w:val="22"/>
          <w:lang w:val="es-CO"/>
        </w:rPr>
        <w:t>os ponentes avalan las proposiciones de modificación o no modificación que se han leído</w:t>
      </w:r>
      <w:r w:rsidR="00382575">
        <w:rPr>
          <w:rStyle w:val="TNR21"/>
          <w:rFonts w:ascii="Arial" w:hAnsi="Arial" w:cs="Arial"/>
          <w:sz w:val="22"/>
          <w:lang w:val="es-CO"/>
        </w:rPr>
        <w:t xml:space="preserve"> s</w:t>
      </w:r>
      <w:r w:rsidR="00203564" w:rsidRPr="00BC6830">
        <w:rPr>
          <w:rStyle w:val="TNR21"/>
          <w:rFonts w:ascii="Arial" w:hAnsi="Arial" w:cs="Arial"/>
          <w:sz w:val="22"/>
          <w:lang w:val="es-CO"/>
        </w:rPr>
        <w:t>eñor ponente</w:t>
      </w:r>
      <w:r w:rsidR="00382575">
        <w:rPr>
          <w:rStyle w:val="TNR21"/>
          <w:rFonts w:ascii="Arial" w:hAnsi="Arial" w:cs="Arial"/>
          <w:sz w:val="22"/>
          <w:lang w:val="es-CO"/>
        </w:rPr>
        <w:t>?</w:t>
      </w:r>
    </w:p>
    <w:p w14:paraId="32CF7D2E" w14:textId="77777777" w:rsidR="00203564" w:rsidRPr="00BC6830" w:rsidRDefault="00203564" w:rsidP="00667EBF">
      <w:pPr>
        <w:pStyle w:val="Sinespaciado"/>
        <w:jc w:val="both"/>
        <w:rPr>
          <w:rStyle w:val="TNR21"/>
          <w:rFonts w:ascii="Arial" w:hAnsi="Arial" w:cs="Arial"/>
          <w:sz w:val="22"/>
          <w:lang w:val="es-CO"/>
        </w:rPr>
      </w:pPr>
    </w:p>
    <w:p w14:paraId="5D02114B" w14:textId="77777777" w:rsidR="00203564" w:rsidRPr="00BC6830" w:rsidRDefault="00203564" w:rsidP="00667EBF">
      <w:pPr>
        <w:pStyle w:val="Sinespaciado"/>
        <w:jc w:val="both"/>
        <w:rPr>
          <w:rStyle w:val="TNR21"/>
          <w:rFonts w:ascii="Arial" w:hAnsi="Arial" w:cs="Arial"/>
          <w:sz w:val="22"/>
          <w:lang w:val="es-CO"/>
        </w:rPr>
      </w:pPr>
      <w:r w:rsidRPr="00BC6830">
        <w:rPr>
          <w:rStyle w:val="TNR21"/>
          <w:rFonts w:ascii="Arial" w:hAnsi="Arial" w:cs="Arial"/>
          <w:b/>
          <w:sz w:val="22"/>
          <w:lang w:val="es-CO"/>
        </w:rPr>
        <w:t>H. Representante Jairo Humberto Cristo Correa</w:t>
      </w:r>
      <w:r w:rsidR="006146DD" w:rsidRPr="00BC6830">
        <w:rPr>
          <w:rStyle w:val="TNR21"/>
          <w:rFonts w:ascii="Arial" w:hAnsi="Arial" w:cs="Arial"/>
          <w:sz w:val="22"/>
          <w:lang w:val="es-CO"/>
        </w:rPr>
        <w:t xml:space="preserve">: </w:t>
      </w:r>
      <w:r w:rsidRPr="00BC6830">
        <w:rPr>
          <w:rStyle w:val="TNR21"/>
          <w:rFonts w:ascii="Arial" w:hAnsi="Arial" w:cs="Arial"/>
          <w:sz w:val="22"/>
          <w:lang w:val="es-CO"/>
        </w:rPr>
        <w:t>S</w:t>
      </w:r>
      <w:r w:rsidR="006146DD" w:rsidRPr="00BC6830">
        <w:rPr>
          <w:rStyle w:val="TNR21"/>
          <w:rFonts w:ascii="Arial" w:hAnsi="Arial" w:cs="Arial"/>
          <w:sz w:val="22"/>
          <w:lang w:val="es-CO"/>
        </w:rPr>
        <w:t>eñor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quisiera tener claridad de cuáles Representantes presentaron proposiciones</w:t>
      </w:r>
      <w:r w:rsidRPr="00BC6830">
        <w:rPr>
          <w:rStyle w:val="TNR21"/>
          <w:rFonts w:ascii="Arial" w:hAnsi="Arial" w:cs="Arial"/>
          <w:sz w:val="22"/>
          <w:lang w:val="es-CO"/>
        </w:rPr>
        <w:t>,</w:t>
      </w:r>
      <w:r w:rsidR="006146DD" w:rsidRPr="00BC6830">
        <w:rPr>
          <w:rStyle w:val="TNR21"/>
          <w:rFonts w:ascii="Arial" w:hAnsi="Arial" w:cs="Arial"/>
          <w:sz w:val="22"/>
          <w:lang w:val="es-CO"/>
        </w:rPr>
        <w:t xml:space="preserve"> porque los tengo en la cabeza es qué dejamos como constancia</w:t>
      </w:r>
      <w:r w:rsidRPr="00BC6830">
        <w:rPr>
          <w:rStyle w:val="TNR21"/>
          <w:rFonts w:ascii="Arial" w:hAnsi="Arial" w:cs="Arial"/>
          <w:sz w:val="22"/>
          <w:lang w:val="es-CO"/>
        </w:rPr>
        <w:t>,</w:t>
      </w:r>
      <w:r w:rsidR="006146DD" w:rsidRPr="00BC6830">
        <w:rPr>
          <w:rStyle w:val="TNR21"/>
          <w:rFonts w:ascii="Arial" w:hAnsi="Arial" w:cs="Arial"/>
          <w:sz w:val="22"/>
          <w:lang w:val="es-CO"/>
        </w:rPr>
        <w:t xml:space="preserve"> qué dejamos avalado y cuáles no.</w:t>
      </w:r>
    </w:p>
    <w:p w14:paraId="335E644E" w14:textId="77777777" w:rsidR="00203564" w:rsidRPr="00BC6830" w:rsidRDefault="00203564" w:rsidP="00667EBF">
      <w:pPr>
        <w:pStyle w:val="Sinespaciado"/>
        <w:jc w:val="both"/>
        <w:rPr>
          <w:rStyle w:val="TNR21"/>
          <w:rFonts w:ascii="Arial" w:hAnsi="Arial" w:cs="Arial"/>
          <w:sz w:val="22"/>
          <w:lang w:val="es-CO"/>
        </w:rPr>
      </w:pPr>
    </w:p>
    <w:p w14:paraId="473ADA0E" w14:textId="77777777" w:rsidR="00D56A85"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Secretario</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203564" w:rsidRPr="00BC6830">
        <w:rPr>
          <w:rStyle w:val="TNR21"/>
          <w:rFonts w:ascii="Arial" w:hAnsi="Arial" w:cs="Arial"/>
          <w:sz w:val="22"/>
          <w:lang w:val="es-CO"/>
        </w:rPr>
        <w:t>C</w:t>
      </w:r>
      <w:r w:rsidR="006146DD" w:rsidRPr="00BC6830">
        <w:rPr>
          <w:rStyle w:val="TNR21"/>
          <w:rFonts w:ascii="Arial" w:hAnsi="Arial" w:cs="Arial"/>
          <w:sz w:val="22"/>
          <w:lang w:val="es-CO"/>
        </w:rPr>
        <w:t>on mucho gusto Representante</w:t>
      </w:r>
      <w:r w:rsidR="00D56A85" w:rsidRPr="00BC6830">
        <w:rPr>
          <w:rStyle w:val="TNR21"/>
          <w:rFonts w:ascii="Arial" w:hAnsi="Arial" w:cs="Arial"/>
          <w:sz w:val="22"/>
          <w:lang w:val="es-CO"/>
        </w:rPr>
        <w:t>,</w:t>
      </w:r>
      <w:r w:rsidR="006146DD" w:rsidRPr="00BC6830">
        <w:rPr>
          <w:rStyle w:val="TNR21"/>
          <w:rFonts w:ascii="Arial" w:hAnsi="Arial" w:cs="Arial"/>
          <w:sz w:val="22"/>
          <w:lang w:val="es-CO"/>
        </w:rPr>
        <w:t xml:space="preserve"> tenemos dos proposiciones del Representante Juan Carlos Vargas</w:t>
      </w:r>
      <w:r w:rsidR="00CA209C" w:rsidRPr="00BC6830">
        <w:rPr>
          <w:rStyle w:val="TNR21"/>
          <w:rFonts w:ascii="Arial" w:hAnsi="Arial" w:cs="Arial"/>
          <w:sz w:val="22"/>
          <w:lang w:val="es-CO"/>
        </w:rPr>
        <w:t xml:space="preserve"> </w:t>
      </w:r>
      <w:r w:rsidR="006146DD" w:rsidRPr="00BC6830">
        <w:rPr>
          <w:rStyle w:val="TNR21"/>
          <w:rFonts w:ascii="Arial" w:hAnsi="Arial" w:cs="Arial"/>
          <w:sz w:val="22"/>
          <w:lang w:val="es-CO"/>
        </w:rPr>
        <w:t>que quedan como constancia</w:t>
      </w:r>
      <w:r w:rsidR="00D56A85" w:rsidRPr="00BC6830">
        <w:rPr>
          <w:rStyle w:val="TNR21"/>
          <w:rFonts w:ascii="Arial" w:hAnsi="Arial" w:cs="Arial"/>
          <w:sz w:val="22"/>
          <w:lang w:val="es-CO"/>
        </w:rPr>
        <w:t>,</w:t>
      </w:r>
      <w:r w:rsidR="006146DD" w:rsidRPr="00BC6830">
        <w:rPr>
          <w:rStyle w:val="TNR21"/>
          <w:rFonts w:ascii="Arial" w:hAnsi="Arial" w:cs="Arial"/>
          <w:sz w:val="22"/>
          <w:lang w:val="es-CO"/>
        </w:rPr>
        <w:t xml:space="preserve"> las demás proposiciones fueron radicadas por los Representantes Leider Alexandra Vásquez Ochoa</w:t>
      </w:r>
      <w:r w:rsidR="00D56A85" w:rsidRPr="00BC6830">
        <w:rPr>
          <w:rStyle w:val="TNR21"/>
          <w:rFonts w:ascii="Arial" w:hAnsi="Arial" w:cs="Arial"/>
          <w:sz w:val="22"/>
          <w:lang w:val="es-CO"/>
        </w:rPr>
        <w:t>,</w:t>
      </w:r>
      <w:r w:rsidR="006146DD" w:rsidRPr="00BC6830">
        <w:rPr>
          <w:rStyle w:val="TNR21"/>
          <w:rFonts w:ascii="Arial" w:hAnsi="Arial" w:cs="Arial"/>
          <w:sz w:val="22"/>
          <w:lang w:val="es-CO"/>
        </w:rPr>
        <w:t xml:space="preserve"> Camilo Esteban Ávila Morales</w:t>
      </w:r>
      <w:r w:rsidR="00D56A85" w:rsidRPr="00BC6830">
        <w:rPr>
          <w:rStyle w:val="TNR21"/>
          <w:rFonts w:ascii="Arial" w:hAnsi="Arial" w:cs="Arial"/>
          <w:sz w:val="22"/>
          <w:lang w:val="es-CO"/>
        </w:rPr>
        <w:t>,</w:t>
      </w:r>
      <w:r w:rsidR="006146DD" w:rsidRPr="00BC6830">
        <w:rPr>
          <w:rStyle w:val="TNR21"/>
          <w:rFonts w:ascii="Arial" w:hAnsi="Arial" w:cs="Arial"/>
          <w:sz w:val="22"/>
          <w:lang w:val="es-CO"/>
        </w:rPr>
        <w:t xml:space="preserve"> tres proposic</w:t>
      </w:r>
      <w:r w:rsidR="00D56A85" w:rsidRPr="00BC6830">
        <w:rPr>
          <w:rStyle w:val="TNR21"/>
          <w:rFonts w:ascii="Arial" w:hAnsi="Arial" w:cs="Arial"/>
          <w:sz w:val="22"/>
          <w:lang w:val="es-CO"/>
        </w:rPr>
        <w:t>iones solamente</w:t>
      </w:r>
      <w:r w:rsidR="006146DD" w:rsidRPr="00BC6830">
        <w:rPr>
          <w:rStyle w:val="TNR21"/>
          <w:rFonts w:ascii="Arial" w:hAnsi="Arial" w:cs="Arial"/>
          <w:sz w:val="22"/>
          <w:lang w:val="es-CO"/>
        </w:rPr>
        <w:t>.</w:t>
      </w:r>
    </w:p>
    <w:p w14:paraId="37CC1D22" w14:textId="77777777" w:rsidR="00D56A85" w:rsidRPr="00BC6830" w:rsidRDefault="00D56A85" w:rsidP="00667EBF">
      <w:pPr>
        <w:pStyle w:val="Sinespaciado"/>
        <w:jc w:val="both"/>
        <w:rPr>
          <w:rStyle w:val="TNR21"/>
          <w:rFonts w:ascii="Arial" w:hAnsi="Arial" w:cs="Arial"/>
          <w:sz w:val="22"/>
          <w:lang w:val="es-CO"/>
        </w:rPr>
      </w:pPr>
    </w:p>
    <w:p w14:paraId="2C867739" w14:textId="77777777" w:rsidR="00D56A85" w:rsidRPr="00BC6830" w:rsidRDefault="00D56A85" w:rsidP="00667EBF">
      <w:pPr>
        <w:pStyle w:val="Sinespaciado"/>
        <w:jc w:val="both"/>
        <w:rPr>
          <w:rStyle w:val="TNR21"/>
          <w:rFonts w:ascii="Arial" w:hAnsi="Arial" w:cs="Arial"/>
          <w:sz w:val="22"/>
          <w:lang w:val="es-CO"/>
        </w:rPr>
      </w:pPr>
      <w:r w:rsidRPr="00BC6830">
        <w:rPr>
          <w:rStyle w:val="TNR21"/>
          <w:rFonts w:ascii="Arial" w:hAnsi="Arial" w:cs="Arial"/>
          <w:b/>
          <w:sz w:val="22"/>
          <w:lang w:val="es-CO"/>
        </w:rPr>
        <w:t>H. Representante Jairo Humberto Cristo Correa</w:t>
      </w:r>
      <w:r w:rsidR="006146DD" w:rsidRPr="00BC6830">
        <w:rPr>
          <w:rStyle w:val="TNR21"/>
          <w:rFonts w:ascii="Arial" w:hAnsi="Arial" w:cs="Arial"/>
          <w:sz w:val="22"/>
          <w:lang w:val="es-CO"/>
        </w:rPr>
        <w:t xml:space="preserve">: </w:t>
      </w:r>
      <w:r w:rsidRPr="00BC6830">
        <w:rPr>
          <w:rStyle w:val="TNR21"/>
          <w:rFonts w:ascii="Arial" w:hAnsi="Arial" w:cs="Arial"/>
          <w:sz w:val="22"/>
          <w:lang w:val="es-CO"/>
        </w:rPr>
        <w:t>E</w:t>
      </w:r>
      <w:r w:rsidR="006146DD" w:rsidRPr="00BC6830">
        <w:rPr>
          <w:rStyle w:val="TNR21"/>
          <w:rFonts w:ascii="Arial" w:hAnsi="Arial" w:cs="Arial"/>
          <w:sz w:val="22"/>
          <w:lang w:val="es-CO"/>
        </w:rPr>
        <w:t>ntonces para dar claridad</w:t>
      </w:r>
      <w:r w:rsidRPr="00BC6830">
        <w:rPr>
          <w:rStyle w:val="TNR21"/>
          <w:rFonts w:ascii="Arial" w:hAnsi="Arial" w:cs="Arial"/>
          <w:sz w:val="22"/>
          <w:lang w:val="es-CO"/>
        </w:rPr>
        <w:t>,</w:t>
      </w:r>
      <w:r w:rsidR="006146DD" w:rsidRPr="00BC6830">
        <w:rPr>
          <w:rStyle w:val="TNR21"/>
          <w:rFonts w:ascii="Arial" w:hAnsi="Arial" w:cs="Arial"/>
          <w:sz w:val="22"/>
          <w:lang w:val="es-CO"/>
        </w:rPr>
        <w:t xml:space="preserve"> las proposiciones presentadas por el Representante Juan Carlos Vargas Soler quedan como constancia</w:t>
      </w:r>
      <w:r w:rsidRPr="00BC6830">
        <w:rPr>
          <w:rStyle w:val="TNR21"/>
          <w:rFonts w:ascii="Arial" w:hAnsi="Arial" w:cs="Arial"/>
          <w:sz w:val="22"/>
          <w:lang w:val="es-CO"/>
        </w:rPr>
        <w:t xml:space="preserve">, </w:t>
      </w:r>
      <w:r w:rsidR="006146DD" w:rsidRPr="00BC6830">
        <w:rPr>
          <w:rStyle w:val="TNR21"/>
          <w:rFonts w:ascii="Arial" w:hAnsi="Arial" w:cs="Arial"/>
          <w:sz w:val="22"/>
          <w:lang w:val="es-CO"/>
        </w:rPr>
        <w:t>para no ser excluyente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dos proposiciones presentadas por la Representante Alexandra creo que van en consonancia con el </w:t>
      </w:r>
      <w:r w:rsidR="00841B08">
        <w:rPr>
          <w:rStyle w:val="TNR21"/>
          <w:rFonts w:ascii="Arial" w:hAnsi="Arial" w:cs="Arial"/>
          <w:sz w:val="22"/>
          <w:lang w:val="es-CO"/>
        </w:rPr>
        <w:t>proyecto</w:t>
      </w:r>
      <w:r w:rsidRPr="00BC6830">
        <w:rPr>
          <w:rStyle w:val="TNR21"/>
          <w:rFonts w:ascii="Arial" w:hAnsi="Arial" w:cs="Arial"/>
          <w:sz w:val="22"/>
          <w:lang w:val="es-CO"/>
        </w:rPr>
        <w:t>,</w:t>
      </w:r>
      <w:r w:rsidR="006146DD" w:rsidRPr="00BC6830">
        <w:rPr>
          <w:rStyle w:val="TNR21"/>
          <w:rFonts w:ascii="Arial" w:hAnsi="Arial" w:cs="Arial"/>
          <w:sz w:val="22"/>
          <w:lang w:val="es-CO"/>
        </w:rPr>
        <w:t xml:space="preserve"> no podemos igualar el término pensión al término renta esto generaría inconvenientes a futuro</w:t>
      </w:r>
      <w:r w:rsidRPr="00BC6830">
        <w:rPr>
          <w:rStyle w:val="TNR21"/>
          <w:rFonts w:ascii="Arial" w:hAnsi="Arial" w:cs="Arial"/>
          <w:sz w:val="22"/>
          <w:lang w:val="es-CO"/>
        </w:rPr>
        <w:t>,</w:t>
      </w:r>
      <w:r w:rsidR="006146DD" w:rsidRPr="00BC6830">
        <w:rPr>
          <w:rStyle w:val="TNR21"/>
          <w:rFonts w:ascii="Arial" w:hAnsi="Arial" w:cs="Arial"/>
          <w:sz w:val="22"/>
          <w:lang w:val="es-CO"/>
        </w:rPr>
        <w:t xml:space="preserve"> por lo tanto es una proposición avalada</w:t>
      </w:r>
      <w:r w:rsidRPr="00BC6830">
        <w:rPr>
          <w:rStyle w:val="TNR21"/>
          <w:rFonts w:ascii="Arial" w:hAnsi="Arial" w:cs="Arial"/>
          <w:sz w:val="22"/>
          <w:lang w:val="es-CO"/>
        </w:rPr>
        <w:t>,</w:t>
      </w:r>
      <w:r w:rsidR="006146DD" w:rsidRPr="00BC6830">
        <w:rPr>
          <w:rStyle w:val="TNR21"/>
          <w:rFonts w:ascii="Arial" w:hAnsi="Arial" w:cs="Arial"/>
          <w:sz w:val="22"/>
          <w:lang w:val="es-CO"/>
        </w:rPr>
        <w:t xml:space="preserve"> y las del Representante</w:t>
      </w:r>
      <w:r w:rsidR="00CA209C" w:rsidRPr="00BC6830">
        <w:rPr>
          <w:rStyle w:val="TNR21"/>
          <w:rFonts w:ascii="Arial" w:hAnsi="Arial" w:cs="Arial"/>
          <w:sz w:val="22"/>
          <w:lang w:val="es-CO"/>
        </w:rPr>
        <w:t xml:space="preserve"> </w:t>
      </w:r>
      <w:r w:rsidR="006146DD" w:rsidRPr="00BC6830">
        <w:rPr>
          <w:rStyle w:val="TNR21"/>
          <w:rFonts w:ascii="Arial" w:hAnsi="Arial" w:cs="Arial"/>
          <w:sz w:val="22"/>
          <w:lang w:val="es-CO"/>
        </w:rPr>
        <w:t>Camilo Ávila qu</w:t>
      </w:r>
      <w:r w:rsidRPr="00BC6830">
        <w:rPr>
          <w:rStyle w:val="TNR21"/>
          <w:rFonts w:ascii="Arial" w:hAnsi="Arial" w:cs="Arial"/>
          <w:sz w:val="22"/>
          <w:lang w:val="es-CO"/>
        </w:rPr>
        <w:t>e son proposiciones avaladas</w:t>
      </w:r>
      <w:r w:rsidR="006146DD" w:rsidRPr="00BC6830">
        <w:rPr>
          <w:rStyle w:val="TNR21"/>
          <w:rFonts w:ascii="Arial" w:hAnsi="Arial" w:cs="Arial"/>
          <w:sz w:val="22"/>
          <w:lang w:val="es-CO"/>
        </w:rPr>
        <w:t>.</w:t>
      </w:r>
    </w:p>
    <w:p w14:paraId="3D987F54" w14:textId="77777777" w:rsidR="00D56A85"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lastRenderedPageBreak/>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D56A85" w:rsidRPr="00BC6830">
        <w:rPr>
          <w:rStyle w:val="TNR21"/>
          <w:rFonts w:ascii="Arial" w:hAnsi="Arial" w:cs="Arial"/>
          <w:sz w:val="22"/>
          <w:lang w:val="es-CO"/>
        </w:rPr>
        <w:t>E</w:t>
      </w:r>
      <w:r w:rsidR="006146DD" w:rsidRPr="00BC6830">
        <w:rPr>
          <w:rStyle w:val="TNR21"/>
          <w:rFonts w:ascii="Arial" w:hAnsi="Arial" w:cs="Arial"/>
          <w:sz w:val="22"/>
          <w:lang w:val="es-CO"/>
        </w:rPr>
        <w:t>n concordancia todas las proposiciones avaladas</w:t>
      </w:r>
      <w:r w:rsidR="00382575">
        <w:rPr>
          <w:rStyle w:val="TNR21"/>
          <w:rFonts w:ascii="Arial" w:hAnsi="Arial" w:cs="Arial"/>
          <w:sz w:val="22"/>
          <w:lang w:val="es-CO"/>
        </w:rPr>
        <w:t>,</w:t>
      </w:r>
      <w:r w:rsidR="006146DD" w:rsidRPr="00BC6830">
        <w:rPr>
          <w:rStyle w:val="TNR21"/>
          <w:rFonts w:ascii="Arial" w:hAnsi="Arial" w:cs="Arial"/>
          <w:sz w:val="22"/>
          <w:lang w:val="es-CO"/>
        </w:rPr>
        <w:t xml:space="preserve"> excepto las que son sometidas como constancias</w:t>
      </w:r>
      <w:r w:rsidR="00D56A85" w:rsidRPr="00BC6830">
        <w:rPr>
          <w:rStyle w:val="TNR21"/>
          <w:rFonts w:ascii="Arial" w:hAnsi="Arial" w:cs="Arial"/>
          <w:sz w:val="22"/>
          <w:lang w:val="es-CO"/>
        </w:rPr>
        <w:t>,</w:t>
      </w:r>
      <w:r w:rsidR="006146DD" w:rsidRPr="00BC6830">
        <w:rPr>
          <w:rStyle w:val="TNR21"/>
          <w:rFonts w:ascii="Arial" w:hAnsi="Arial" w:cs="Arial"/>
          <w:sz w:val="22"/>
          <w:lang w:val="es-CO"/>
        </w:rPr>
        <w:t xml:space="preserve"> que son del Representante Juan Carlos Vargas</w:t>
      </w:r>
      <w:r w:rsidR="00D56A85"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D56A85" w:rsidRPr="00BC6830">
        <w:rPr>
          <w:rStyle w:val="TNR21"/>
          <w:rFonts w:ascii="Arial" w:hAnsi="Arial" w:cs="Arial"/>
          <w:sz w:val="22"/>
          <w:lang w:val="es-CO"/>
        </w:rPr>
        <w:t>S</w:t>
      </w:r>
      <w:r w:rsidR="006146DD" w:rsidRPr="00BC6830">
        <w:rPr>
          <w:rStyle w:val="TNR21"/>
          <w:rFonts w:ascii="Arial" w:hAnsi="Arial" w:cs="Arial"/>
          <w:sz w:val="22"/>
          <w:lang w:val="es-CO"/>
        </w:rPr>
        <w:t xml:space="preserve">írvase leer la última </w:t>
      </w:r>
      <w:r w:rsidR="00D56A85" w:rsidRPr="00BC6830">
        <w:rPr>
          <w:rStyle w:val="TNR21"/>
          <w:rFonts w:ascii="Arial" w:hAnsi="Arial" w:cs="Arial"/>
          <w:sz w:val="22"/>
          <w:lang w:val="es-CO"/>
        </w:rPr>
        <w:t>proposición señor Secretario</w:t>
      </w:r>
      <w:r w:rsidR="006146DD" w:rsidRPr="00BC6830">
        <w:rPr>
          <w:rStyle w:val="TNR21"/>
          <w:rFonts w:ascii="Arial" w:hAnsi="Arial" w:cs="Arial"/>
          <w:sz w:val="22"/>
          <w:lang w:val="es-CO"/>
        </w:rPr>
        <w:t>.</w:t>
      </w:r>
    </w:p>
    <w:p w14:paraId="1E598725" w14:textId="77777777" w:rsidR="00D56A85"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Secretario</w:t>
      </w:r>
      <w:r w:rsidRPr="00BC6830">
        <w:rPr>
          <w:rStyle w:val="TNR21"/>
          <w:rFonts w:ascii="Arial" w:hAnsi="Arial" w:cs="Arial"/>
          <w:sz w:val="22"/>
          <w:lang w:val="es-CO"/>
        </w:rPr>
        <w:t>:</w:t>
      </w:r>
      <w:r w:rsidR="006146DD" w:rsidRPr="00BC6830">
        <w:rPr>
          <w:rStyle w:val="TNR21"/>
          <w:rFonts w:ascii="Arial" w:hAnsi="Arial" w:cs="Arial"/>
          <w:sz w:val="22"/>
          <w:lang w:val="es-CO"/>
        </w:rPr>
        <w:t xml:space="preserve"> Presidente</w:t>
      </w:r>
      <w:r w:rsidR="00D56A85" w:rsidRPr="00BC6830">
        <w:rPr>
          <w:rStyle w:val="TNR21"/>
          <w:rFonts w:ascii="Arial" w:hAnsi="Arial" w:cs="Arial"/>
          <w:sz w:val="22"/>
          <w:lang w:val="es-CO"/>
        </w:rPr>
        <w:t>,</w:t>
      </w:r>
      <w:r w:rsidR="006146DD" w:rsidRPr="00BC6830">
        <w:rPr>
          <w:rStyle w:val="TNR21"/>
          <w:rFonts w:ascii="Arial" w:hAnsi="Arial" w:cs="Arial"/>
          <w:sz w:val="22"/>
          <w:lang w:val="es-CO"/>
        </w:rPr>
        <w:t xml:space="preserve"> hay una proposición presentada por el Representante</w:t>
      </w:r>
      <w:r w:rsidR="00CA209C" w:rsidRPr="00BC6830">
        <w:rPr>
          <w:rStyle w:val="TNR21"/>
          <w:rFonts w:ascii="Arial" w:hAnsi="Arial" w:cs="Arial"/>
          <w:sz w:val="22"/>
          <w:lang w:val="es-CO"/>
        </w:rPr>
        <w:t xml:space="preserve"> </w:t>
      </w:r>
      <w:r w:rsidR="006146DD" w:rsidRPr="00BC6830">
        <w:rPr>
          <w:rStyle w:val="TNR21"/>
          <w:rFonts w:ascii="Arial" w:hAnsi="Arial" w:cs="Arial"/>
          <w:sz w:val="22"/>
          <w:lang w:val="es-CO"/>
        </w:rPr>
        <w:t xml:space="preserve">Camilo Esteban Ávila </w:t>
      </w:r>
      <w:r w:rsidR="00382575">
        <w:rPr>
          <w:rStyle w:val="TNR21"/>
          <w:rFonts w:ascii="Arial" w:hAnsi="Arial" w:cs="Arial"/>
          <w:sz w:val="22"/>
          <w:lang w:val="es-CO"/>
        </w:rPr>
        <w:t xml:space="preserve">Morales </w:t>
      </w:r>
      <w:r w:rsidR="006146DD" w:rsidRPr="00BC6830">
        <w:rPr>
          <w:rStyle w:val="TNR21"/>
          <w:rFonts w:ascii="Arial" w:hAnsi="Arial" w:cs="Arial"/>
          <w:sz w:val="22"/>
          <w:lang w:val="es-CO"/>
        </w:rPr>
        <w:t>en el sentido de incluir un artículo nuevo que leo a continuación</w:t>
      </w:r>
      <w:r w:rsidR="00382575">
        <w:rPr>
          <w:rStyle w:val="TNR21"/>
          <w:rFonts w:ascii="Arial" w:hAnsi="Arial" w:cs="Arial"/>
          <w:sz w:val="22"/>
          <w:lang w:val="es-CO"/>
        </w:rPr>
        <w:t>:</w:t>
      </w:r>
      <w:r w:rsidR="006146DD" w:rsidRPr="00BC6830">
        <w:rPr>
          <w:rStyle w:val="TNR21"/>
          <w:rFonts w:ascii="Arial" w:hAnsi="Arial" w:cs="Arial"/>
          <w:sz w:val="22"/>
          <w:lang w:val="es-CO"/>
        </w:rPr>
        <w:t xml:space="preserve"> </w:t>
      </w:r>
      <w:r w:rsidR="00382575">
        <w:rPr>
          <w:rStyle w:val="TNR21"/>
          <w:rFonts w:ascii="Arial" w:hAnsi="Arial" w:cs="Arial"/>
          <w:sz w:val="22"/>
          <w:lang w:val="es-CO"/>
        </w:rPr>
        <w:t>A</w:t>
      </w:r>
      <w:r w:rsidR="006146DD" w:rsidRPr="00BC6830">
        <w:rPr>
          <w:rStyle w:val="TNR21"/>
          <w:rFonts w:ascii="Arial" w:hAnsi="Arial" w:cs="Arial"/>
          <w:sz w:val="22"/>
          <w:lang w:val="es-CO"/>
        </w:rPr>
        <w:t>rtículo nuevo</w:t>
      </w:r>
      <w:r w:rsidR="00382575">
        <w:rPr>
          <w:rStyle w:val="TNR21"/>
          <w:rFonts w:ascii="Arial" w:hAnsi="Arial" w:cs="Arial"/>
          <w:sz w:val="22"/>
          <w:lang w:val="es-CO"/>
        </w:rPr>
        <w:t>. P</w:t>
      </w:r>
      <w:r w:rsidR="006146DD" w:rsidRPr="00BC6830">
        <w:rPr>
          <w:rStyle w:val="TNR21"/>
          <w:rFonts w:ascii="Arial" w:hAnsi="Arial" w:cs="Arial"/>
          <w:sz w:val="22"/>
          <w:lang w:val="es-CO"/>
        </w:rPr>
        <w:t>érdida de la pensión básica a la persona mayor</w:t>
      </w:r>
      <w:r w:rsidR="005E0E45">
        <w:rPr>
          <w:rStyle w:val="TNR21"/>
          <w:rFonts w:ascii="Arial" w:hAnsi="Arial" w:cs="Arial"/>
          <w:sz w:val="22"/>
          <w:lang w:val="es-CO"/>
        </w:rPr>
        <w:t>. E</w:t>
      </w:r>
      <w:r w:rsidR="006146DD" w:rsidRPr="00BC6830">
        <w:rPr>
          <w:rStyle w:val="TNR21"/>
          <w:rFonts w:ascii="Arial" w:hAnsi="Arial" w:cs="Arial"/>
          <w:sz w:val="22"/>
          <w:lang w:val="es-CO"/>
        </w:rPr>
        <w:t>l beneficiario perderá la prestación monetaria cuando deje de cumplir los requisitos establecidos en la presente ley y en los siguientes eventos</w:t>
      </w:r>
      <w:r w:rsidR="005E0E45">
        <w:rPr>
          <w:rStyle w:val="TNR21"/>
          <w:rFonts w:ascii="Arial" w:hAnsi="Arial" w:cs="Arial"/>
          <w:sz w:val="22"/>
          <w:lang w:val="es-CO"/>
        </w:rPr>
        <w:t>:</w:t>
      </w:r>
      <w:r w:rsidR="006146DD" w:rsidRPr="00BC6830">
        <w:rPr>
          <w:rStyle w:val="TNR21"/>
          <w:rFonts w:ascii="Arial" w:hAnsi="Arial" w:cs="Arial"/>
          <w:sz w:val="22"/>
          <w:lang w:val="es-CO"/>
        </w:rPr>
        <w:t xml:space="preserve"> </w:t>
      </w:r>
      <w:r w:rsidR="005E0E45">
        <w:rPr>
          <w:rStyle w:val="TNR21"/>
          <w:rFonts w:ascii="Arial" w:hAnsi="Arial" w:cs="Arial"/>
          <w:sz w:val="22"/>
          <w:lang w:val="es-CO"/>
        </w:rPr>
        <w:t>1)</w:t>
      </w:r>
      <w:r w:rsidR="006146DD" w:rsidRPr="00BC6830">
        <w:rPr>
          <w:rStyle w:val="TNR21"/>
          <w:rFonts w:ascii="Arial" w:hAnsi="Arial" w:cs="Arial"/>
          <w:sz w:val="22"/>
          <w:lang w:val="es-CO"/>
        </w:rPr>
        <w:t xml:space="preserve"> </w:t>
      </w:r>
      <w:r w:rsidR="005E0E45">
        <w:rPr>
          <w:rStyle w:val="TNR21"/>
          <w:rFonts w:ascii="Arial" w:hAnsi="Arial" w:cs="Arial"/>
          <w:sz w:val="22"/>
          <w:lang w:val="es-CO"/>
        </w:rPr>
        <w:t>M</w:t>
      </w:r>
      <w:r w:rsidR="006146DD" w:rsidRPr="00BC6830">
        <w:rPr>
          <w:rStyle w:val="TNR21"/>
          <w:rFonts w:ascii="Arial" w:hAnsi="Arial" w:cs="Arial"/>
          <w:sz w:val="22"/>
          <w:lang w:val="es-CO"/>
        </w:rPr>
        <w:t>uerte del beneficiario</w:t>
      </w:r>
      <w:r w:rsidR="005E0E45">
        <w:rPr>
          <w:rStyle w:val="TNR21"/>
          <w:rFonts w:ascii="Arial" w:hAnsi="Arial" w:cs="Arial"/>
          <w:sz w:val="22"/>
          <w:lang w:val="es-CO"/>
        </w:rPr>
        <w:t>;</w:t>
      </w:r>
      <w:r w:rsidR="006146DD" w:rsidRPr="00BC6830">
        <w:rPr>
          <w:rStyle w:val="TNR21"/>
          <w:rFonts w:ascii="Arial" w:hAnsi="Arial" w:cs="Arial"/>
          <w:sz w:val="22"/>
          <w:lang w:val="es-CO"/>
        </w:rPr>
        <w:t xml:space="preserve"> </w:t>
      </w:r>
      <w:r w:rsidR="005E0E45">
        <w:rPr>
          <w:rStyle w:val="TNR21"/>
          <w:rFonts w:ascii="Arial" w:hAnsi="Arial" w:cs="Arial"/>
          <w:sz w:val="22"/>
          <w:lang w:val="es-CO"/>
        </w:rPr>
        <w:t>2)</w:t>
      </w:r>
      <w:r w:rsidR="006146DD" w:rsidRPr="00BC6830">
        <w:rPr>
          <w:rStyle w:val="TNR21"/>
          <w:rFonts w:ascii="Arial" w:hAnsi="Arial" w:cs="Arial"/>
          <w:sz w:val="22"/>
          <w:lang w:val="es-CO"/>
        </w:rPr>
        <w:t xml:space="preserve"> </w:t>
      </w:r>
      <w:r w:rsidR="005E0E45">
        <w:rPr>
          <w:rStyle w:val="TNR21"/>
          <w:rFonts w:ascii="Arial" w:hAnsi="Arial" w:cs="Arial"/>
          <w:sz w:val="22"/>
          <w:lang w:val="es-CO"/>
        </w:rPr>
        <w:t>C</w:t>
      </w:r>
      <w:r w:rsidR="006146DD" w:rsidRPr="00BC6830">
        <w:rPr>
          <w:rStyle w:val="TNR21"/>
          <w:rFonts w:ascii="Arial" w:hAnsi="Arial" w:cs="Arial"/>
          <w:sz w:val="22"/>
          <w:lang w:val="es-CO"/>
        </w:rPr>
        <w:t>omprobación de falsedad en la información suministrada o intento de conservar fraudulentamente la prestación</w:t>
      </w:r>
      <w:r w:rsidR="005E0E45">
        <w:rPr>
          <w:rStyle w:val="TNR21"/>
          <w:rFonts w:ascii="Arial" w:hAnsi="Arial" w:cs="Arial"/>
          <w:sz w:val="22"/>
          <w:lang w:val="es-CO"/>
        </w:rPr>
        <w:t>; 3)</w:t>
      </w:r>
      <w:r w:rsidR="006146DD" w:rsidRPr="00BC6830">
        <w:rPr>
          <w:rStyle w:val="TNR21"/>
          <w:rFonts w:ascii="Arial" w:hAnsi="Arial" w:cs="Arial"/>
          <w:sz w:val="22"/>
          <w:lang w:val="es-CO"/>
        </w:rPr>
        <w:t xml:space="preserve"> </w:t>
      </w:r>
      <w:r w:rsidR="005E0E45">
        <w:rPr>
          <w:rStyle w:val="TNR21"/>
          <w:rFonts w:ascii="Arial" w:hAnsi="Arial" w:cs="Arial"/>
          <w:sz w:val="22"/>
          <w:lang w:val="es-CO"/>
        </w:rPr>
        <w:t>C</w:t>
      </w:r>
      <w:r w:rsidR="006146DD" w:rsidRPr="00BC6830">
        <w:rPr>
          <w:rStyle w:val="TNR21"/>
          <w:rFonts w:ascii="Arial" w:hAnsi="Arial" w:cs="Arial"/>
          <w:sz w:val="22"/>
          <w:lang w:val="es-CO"/>
        </w:rPr>
        <w:t>omprobación de realización</w:t>
      </w:r>
      <w:r w:rsidR="00D56A85" w:rsidRPr="00BC6830">
        <w:rPr>
          <w:rStyle w:val="TNR21"/>
          <w:rFonts w:ascii="Arial" w:hAnsi="Arial" w:cs="Arial"/>
          <w:sz w:val="22"/>
          <w:lang w:val="es-CO"/>
        </w:rPr>
        <w:t xml:space="preserve"> de actividades ilícitas</w:t>
      </w:r>
      <w:r w:rsidR="006146DD" w:rsidRPr="00BC6830">
        <w:rPr>
          <w:rStyle w:val="TNR21"/>
          <w:rFonts w:ascii="Arial" w:hAnsi="Arial" w:cs="Arial"/>
          <w:sz w:val="22"/>
          <w:lang w:val="es-CO"/>
        </w:rPr>
        <w:t>.</w:t>
      </w:r>
    </w:p>
    <w:p w14:paraId="6BA250CF" w14:textId="77777777" w:rsidR="00D56A85" w:rsidRPr="00BC6830" w:rsidRDefault="00D56A85" w:rsidP="00667EBF">
      <w:pPr>
        <w:pStyle w:val="Sinespaciado"/>
        <w:jc w:val="both"/>
        <w:rPr>
          <w:rStyle w:val="TNR21"/>
          <w:rFonts w:ascii="Arial" w:hAnsi="Arial" w:cs="Arial"/>
          <w:sz w:val="22"/>
          <w:lang w:val="es-CO"/>
        </w:rPr>
      </w:pPr>
    </w:p>
    <w:p w14:paraId="4D030225" w14:textId="77777777" w:rsidR="00D56A85"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D56A85" w:rsidRPr="00BC6830">
        <w:rPr>
          <w:rStyle w:val="TNR21"/>
          <w:rFonts w:ascii="Arial" w:hAnsi="Arial" w:cs="Arial"/>
          <w:sz w:val="22"/>
          <w:lang w:val="es-CO"/>
        </w:rPr>
        <w:t>S</w:t>
      </w:r>
      <w:r w:rsidR="006146DD" w:rsidRPr="00BC6830">
        <w:rPr>
          <w:rStyle w:val="TNR21"/>
          <w:rFonts w:ascii="Arial" w:hAnsi="Arial" w:cs="Arial"/>
          <w:sz w:val="22"/>
          <w:lang w:val="es-CO"/>
        </w:rPr>
        <w:t>eñor ponente</w:t>
      </w:r>
      <w:r w:rsidR="00D56A85" w:rsidRPr="00BC6830">
        <w:rPr>
          <w:rStyle w:val="TNR21"/>
          <w:rFonts w:ascii="Arial" w:hAnsi="Arial" w:cs="Arial"/>
          <w:sz w:val="22"/>
          <w:lang w:val="es-CO"/>
        </w:rPr>
        <w:t>.</w:t>
      </w:r>
    </w:p>
    <w:p w14:paraId="0776237B" w14:textId="77777777" w:rsidR="00D56A85" w:rsidRPr="00BC6830" w:rsidRDefault="00D56A85" w:rsidP="00667EBF">
      <w:pPr>
        <w:pStyle w:val="Sinespaciado"/>
        <w:jc w:val="both"/>
        <w:rPr>
          <w:rStyle w:val="TNR21"/>
          <w:rFonts w:ascii="Arial" w:hAnsi="Arial" w:cs="Arial"/>
          <w:sz w:val="22"/>
          <w:lang w:val="es-CO"/>
        </w:rPr>
      </w:pPr>
    </w:p>
    <w:p w14:paraId="5A3BD796" w14:textId="77777777" w:rsidR="00D56A85" w:rsidRPr="00BC6830" w:rsidRDefault="00D56A85" w:rsidP="00667EBF">
      <w:pPr>
        <w:pStyle w:val="Sinespaciado"/>
        <w:jc w:val="both"/>
        <w:rPr>
          <w:rStyle w:val="TNR21"/>
          <w:rFonts w:ascii="Arial" w:hAnsi="Arial" w:cs="Arial"/>
          <w:sz w:val="22"/>
          <w:lang w:val="es-CO"/>
        </w:rPr>
      </w:pPr>
      <w:r w:rsidRPr="00BC6830">
        <w:rPr>
          <w:rStyle w:val="TNR21"/>
          <w:rFonts w:ascii="Arial" w:hAnsi="Arial" w:cs="Arial"/>
          <w:b/>
          <w:sz w:val="22"/>
          <w:lang w:val="es-CO"/>
        </w:rPr>
        <w:t>H. Representante Jairo Humberto Cristo Correa</w:t>
      </w:r>
      <w:r w:rsidR="006146DD" w:rsidRPr="00BC6830">
        <w:rPr>
          <w:rStyle w:val="TNR21"/>
          <w:rFonts w:ascii="Arial" w:hAnsi="Arial" w:cs="Arial"/>
          <w:sz w:val="22"/>
          <w:lang w:val="es-CO"/>
        </w:rPr>
        <w:t xml:space="preserve">: </w:t>
      </w:r>
      <w:r w:rsidRPr="00BC6830">
        <w:rPr>
          <w:rStyle w:val="TNR21"/>
          <w:rFonts w:ascii="Arial" w:hAnsi="Arial" w:cs="Arial"/>
          <w:sz w:val="22"/>
          <w:lang w:val="es-CO"/>
        </w:rPr>
        <w:t>L</w:t>
      </w:r>
      <w:r w:rsidR="006146DD" w:rsidRPr="00BC6830">
        <w:rPr>
          <w:rStyle w:val="TNR21"/>
          <w:rFonts w:ascii="Arial" w:hAnsi="Arial" w:cs="Arial"/>
          <w:sz w:val="22"/>
          <w:lang w:val="es-CO"/>
        </w:rPr>
        <w:t xml:space="preserve">a proposición del Representante Camilo Ávila de artículo nuevo precisa elementos importantes en este </w:t>
      </w:r>
      <w:r w:rsidR="00841B08">
        <w:rPr>
          <w:rStyle w:val="TNR21"/>
          <w:rFonts w:ascii="Arial" w:hAnsi="Arial" w:cs="Arial"/>
          <w:sz w:val="22"/>
          <w:lang w:val="es-CO"/>
        </w:rPr>
        <w:t>proyecto</w:t>
      </w:r>
      <w:r w:rsidRPr="00BC6830">
        <w:rPr>
          <w:rStyle w:val="TNR21"/>
          <w:rFonts w:ascii="Arial" w:hAnsi="Arial" w:cs="Arial"/>
          <w:sz w:val="22"/>
          <w:lang w:val="es-CO"/>
        </w:rPr>
        <w:t>,</w:t>
      </w:r>
      <w:r w:rsidR="006146DD" w:rsidRPr="00BC6830">
        <w:rPr>
          <w:rStyle w:val="TNR21"/>
          <w:rFonts w:ascii="Arial" w:hAnsi="Arial" w:cs="Arial"/>
          <w:sz w:val="22"/>
          <w:lang w:val="es-CO"/>
        </w:rPr>
        <w:t xml:space="preserve"> por lo cual esta proposición ha si</w:t>
      </w:r>
      <w:r w:rsidRPr="00BC6830">
        <w:rPr>
          <w:rStyle w:val="TNR21"/>
          <w:rFonts w:ascii="Arial" w:hAnsi="Arial" w:cs="Arial"/>
          <w:sz w:val="22"/>
          <w:lang w:val="es-CO"/>
        </w:rPr>
        <w:t>do avalada</w:t>
      </w:r>
      <w:r w:rsidR="006146DD" w:rsidRPr="00BC6830">
        <w:rPr>
          <w:rStyle w:val="TNR21"/>
          <w:rFonts w:ascii="Arial" w:hAnsi="Arial" w:cs="Arial"/>
          <w:sz w:val="22"/>
          <w:lang w:val="es-CO"/>
        </w:rPr>
        <w:t>.</w:t>
      </w:r>
    </w:p>
    <w:p w14:paraId="44CA6E48" w14:textId="77777777" w:rsidR="00D56A85" w:rsidRPr="00BC6830" w:rsidRDefault="00D56A85" w:rsidP="00667EBF">
      <w:pPr>
        <w:pStyle w:val="Sinespaciado"/>
        <w:jc w:val="both"/>
        <w:rPr>
          <w:rStyle w:val="TNR21"/>
          <w:rFonts w:ascii="Arial" w:hAnsi="Arial" w:cs="Arial"/>
          <w:sz w:val="22"/>
          <w:lang w:val="es-CO"/>
        </w:rPr>
      </w:pPr>
    </w:p>
    <w:p w14:paraId="24F5A35D" w14:textId="77777777" w:rsidR="00D56A85" w:rsidRPr="00BC6830" w:rsidRDefault="009D49E0" w:rsidP="00CA209C">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D56A85" w:rsidRPr="00BC6830">
        <w:rPr>
          <w:rStyle w:val="TNR21"/>
          <w:rFonts w:ascii="Arial" w:hAnsi="Arial" w:cs="Arial"/>
          <w:sz w:val="22"/>
          <w:lang w:val="es-CO"/>
        </w:rPr>
        <w:t>E</w:t>
      </w:r>
      <w:r w:rsidR="006146DD" w:rsidRPr="00BC6830">
        <w:rPr>
          <w:rStyle w:val="TNR21"/>
          <w:rFonts w:ascii="Arial" w:hAnsi="Arial" w:cs="Arial"/>
          <w:sz w:val="22"/>
          <w:lang w:val="es-CO"/>
        </w:rPr>
        <w:t xml:space="preserve">n consideración el articulado del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074</w:t>
      </w:r>
      <w:r w:rsidR="00D56A85" w:rsidRPr="00BC6830">
        <w:rPr>
          <w:rStyle w:val="TNR21"/>
          <w:rFonts w:ascii="Arial" w:hAnsi="Arial" w:cs="Arial"/>
          <w:sz w:val="22"/>
          <w:lang w:val="es-CO"/>
        </w:rPr>
        <w:t>,</w:t>
      </w:r>
      <w:r w:rsidR="006146DD" w:rsidRPr="00BC6830">
        <w:rPr>
          <w:rStyle w:val="TNR21"/>
          <w:rFonts w:ascii="Arial" w:hAnsi="Arial" w:cs="Arial"/>
          <w:sz w:val="22"/>
          <w:lang w:val="es-CO"/>
        </w:rPr>
        <w:t xml:space="preserve"> anuncio que se abre la discusión para votación de las proposiciones avaladas</w:t>
      </w:r>
      <w:r w:rsidR="007356D2" w:rsidRPr="00BC6830">
        <w:rPr>
          <w:rStyle w:val="TNR21"/>
          <w:rFonts w:ascii="Arial" w:hAnsi="Arial" w:cs="Arial"/>
          <w:sz w:val="22"/>
          <w:lang w:val="es-CO"/>
        </w:rPr>
        <w:t>,</w:t>
      </w:r>
      <w:r w:rsidR="006146DD" w:rsidRPr="00BC6830">
        <w:rPr>
          <w:rStyle w:val="TNR21"/>
          <w:rFonts w:ascii="Arial" w:hAnsi="Arial" w:cs="Arial"/>
          <w:sz w:val="22"/>
          <w:lang w:val="es-CO"/>
        </w:rPr>
        <w:t xml:space="preserve"> ya leídas y avaladas por los ponentes</w:t>
      </w:r>
      <w:r w:rsidR="00D56A85" w:rsidRPr="00BC6830">
        <w:rPr>
          <w:rStyle w:val="TNR21"/>
          <w:rFonts w:ascii="Arial" w:hAnsi="Arial" w:cs="Arial"/>
          <w:sz w:val="22"/>
          <w:lang w:val="es-CO"/>
        </w:rPr>
        <w:t>,</w:t>
      </w:r>
      <w:r w:rsidR="006146DD" w:rsidRPr="00BC6830">
        <w:rPr>
          <w:rStyle w:val="TNR21"/>
          <w:rFonts w:ascii="Arial" w:hAnsi="Arial" w:cs="Arial"/>
          <w:sz w:val="22"/>
          <w:lang w:val="es-CO"/>
        </w:rPr>
        <w:t xml:space="preserve"> anuncio que se abre la discusión</w:t>
      </w:r>
      <w:r w:rsidR="00D56A85" w:rsidRPr="00BC6830">
        <w:rPr>
          <w:rStyle w:val="TNR21"/>
          <w:rFonts w:ascii="Arial" w:hAnsi="Arial" w:cs="Arial"/>
          <w:sz w:val="22"/>
          <w:lang w:val="es-CO"/>
        </w:rPr>
        <w:t>,</w:t>
      </w:r>
      <w:r w:rsidR="006146DD" w:rsidRPr="00BC6830">
        <w:rPr>
          <w:rStyle w:val="TNR21"/>
          <w:rFonts w:ascii="Arial" w:hAnsi="Arial" w:cs="Arial"/>
          <w:sz w:val="22"/>
          <w:lang w:val="es-CO"/>
        </w:rPr>
        <w:t xml:space="preserve"> anuncio que se va a cerrar</w:t>
      </w:r>
      <w:r w:rsidR="00D56A85" w:rsidRPr="00BC6830">
        <w:rPr>
          <w:rStyle w:val="TNR21"/>
          <w:rFonts w:ascii="Arial" w:hAnsi="Arial" w:cs="Arial"/>
          <w:sz w:val="22"/>
          <w:lang w:val="es-CO"/>
        </w:rPr>
        <w:t>,</w:t>
      </w:r>
      <w:r w:rsidR="006146DD" w:rsidRPr="00BC6830">
        <w:rPr>
          <w:rStyle w:val="TNR21"/>
          <w:rFonts w:ascii="Arial" w:hAnsi="Arial" w:cs="Arial"/>
          <w:sz w:val="22"/>
          <w:lang w:val="es-CO"/>
        </w:rPr>
        <w:t xml:space="preserve"> queda cerrada </w:t>
      </w:r>
      <w:r w:rsidR="00D56A85" w:rsidRPr="00BC6830">
        <w:rPr>
          <w:rStyle w:val="TNR21"/>
          <w:rFonts w:ascii="Arial" w:hAnsi="Arial" w:cs="Arial"/>
          <w:sz w:val="22"/>
          <w:lang w:val="es-CO"/>
        </w:rPr>
        <w:t>¿</w:t>
      </w:r>
      <w:r w:rsidR="005E0E45">
        <w:rPr>
          <w:rStyle w:val="TNR21"/>
          <w:rFonts w:ascii="Arial" w:hAnsi="Arial" w:cs="Arial"/>
          <w:sz w:val="22"/>
          <w:lang w:val="es-CO"/>
        </w:rPr>
        <w:t>A</w:t>
      </w:r>
      <w:r w:rsidR="006146DD" w:rsidRPr="00BC6830">
        <w:rPr>
          <w:rStyle w:val="TNR21"/>
          <w:rFonts w:ascii="Arial" w:hAnsi="Arial" w:cs="Arial"/>
          <w:sz w:val="22"/>
          <w:lang w:val="es-CO"/>
        </w:rPr>
        <w:t>prueba la Comisión Séptima las proposiciones avaladas</w:t>
      </w:r>
      <w:r w:rsidR="00D56A85"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5E0E45">
        <w:rPr>
          <w:rStyle w:val="TNR21"/>
          <w:rFonts w:ascii="Arial" w:hAnsi="Arial" w:cs="Arial"/>
          <w:sz w:val="22"/>
          <w:lang w:val="es-CO"/>
        </w:rPr>
        <w:t>V</w:t>
      </w:r>
      <w:r w:rsidR="006146DD" w:rsidRPr="00BC6830">
        <w:rPr>
          <w:rStyle w:val="TNR21"/>
          <w:rFonts w:ascii="Arial" w:hAnsi="Arial" w:cs="Arial"/>
          <w:sz w:val="22"/>
          <w:lang w:val="es-CO"/>
        </w:rPr>
        <w:t>otación nomin</w:t>
      </w:r>
      <w:r w:rsidR="00D56A85" w:rsidRPr="00BC6830">
        <w:rPr>
          <w:rStyle w:val="TNR21"/>
          <w:rFonts w:ascii="Arial" w:hAnsi="Arial" w:cs="Arial"/>
          <w:sz w:val="22"/>
          <w:lang w:val="es-CO"/>
        </w:rPr>
        <w:t>al señor Secretario</w:t>
      </w:r>
      <w:r w:rsidR="006146DD" w:rsidRPr="00BC6830">
        <w:rPr>
          <w:rStyle w:val="TNR21"/>
          <w:rFonts w:ascii="Arial" w:hAnsi="Arial" w:cs="Arial"/>
          <w:sz w:val="22"/>
          <w:lang w:val="es-CO"/>
        </w:rPr>
        <w:t>.</w:t>
      </w:r>
    </w:p>
    <w:p w14:paraId="7E88ED24" w14:textId="77777777" w:rsidR="00D56A85" w:rsidRPr="00BC6830" w:rsidRDefault="00D56A85" w:rsidP="00CA209C">
      <w:pPr>
        <w:pStyle w:val="Sinespaciado"/>
        <w:jc w:val="both"/>
        <w:rPr>
          <w:rStyle w:val="TNR21"/>
          <w:rFonts w:ascii="Arial" w:hAnsi="Arial" w:cs="Arial"/>
          <w:sz w:val="22"/>
          <w:lang w:val="es-CO"/>
        </w:rPr>
      </w:pPr>
    </w:p>
    <w:p w14:paraId="65FE6D6B" w14:textId="77777777" w:rsidR="00D56A85"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Secretario</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7356D2" w:rsidRPr="00BC6830">
        <w:rPr>
          <w:rStyle w:val="TNR21"/>
          <w:rFonts w:ascii="Arial" w:hAnsi="Arial" w:cs="Arial"/>
          <w:sz w:val="22"/>
          <w:lang w:val="es-CO"/>
        </w:rPr>
        <w:t>Presidente, s</w:t>
      </w:r>
      <w:r w:rsidR="006146DD" w:rsidRPr="00BC6830">
        <w:rPr>
          <w:rStyle w:val="TNR21"/>
          <w:rFonts w:ascii="Arial" w:hAnsi="Arial" w:cs="Arial"/>
          <w:sz w:val="22"/>
          <w:lang w:val="es-CO"/>
        </w:rPr>
        <w:t>olicitada la votación nominal</w:t>
      </w:r>
      <w:r w:rsidR="00D56A85" w:rsidRPr="00BC6830">
        <w:rPr>
          <w:rStyle w:val="TNR21"/>
          <w:rFonts w:ascii="Arial" w:hAnsi="Arial" w:cs="Arial"/>
          <w:sz w:val="22"/>
          <w:lang w:val="es-CO"/>
        </w:rPr>
        <w:t>,</w:t>
      </w:r>
      <w:r w:rsidR="006146DD" w:rsidRPr="00BC6830">
        <w:rPr>
          <w:rStyle w:val="TNR21"/>
          <w:rFonts w:ascii="Arial" w:hAnsi="Arial" w:cs="Arial"/>
          <w:sz w:val="22"/>
          <w:lang w:val="es-CO"/>
        </w:rPr>
        <w:t xml:space="preserve"> entonces procedemos </w:t>
      </w:r>
      <w:r w:rsidR="00D56A85" w:rsidRPr="00BC6830">
        <w:rPr>
          <w:rStyle w:val="TNR21"/>
          <w:rFonts w:ascii="Arial" w:hAnsi="Arial" w:cs="Arial"/>
          <w:sz w:val="22"/>
          <w:lang w:val="es-CO"/>
        </w:rPr>
        <w:t xml:space="preserve">a </w:t>
      </w:r>
      <w:r w:rsidR="006146DD" w:rsidRPr="00BC6830">
        <w:rPr>
          <w:rStyle w:val="TNR21"/>
          <w:rFonts w:ascii="Arial" w:hAnsi="Arial" w:cs="Arial"/>
          <w:sz w:val="22"/>
          <w:lang w:val="es-CO"/>
        </w:rPr>
        <w:t>hacer verificación de los votos</w:t>
      </w:r>
      <w:r w:rsidR="00D56A85" w:rsidRPr="00BC6830">
        <w:rPr>
          <w:rStyle w:val="TNR21"/>
          <w:rFonts w:ascii="Arial" w:hAnsi="Arial" w:cs="Arial"/>
          <w:sz w:val="22"/>
          <w:lang w:val="es-CO"/>
        </w:rPr>
        <w:t>,</w:t>
      </w:r>
      <w:r w:rsidR="006146DD" w:rsidRPr="00BC6830">
        <w:rPr>
          <w:rStyle w:val="TNR21"/>
          <w:rFonts w:ascii="Arial" w:hAnsi="Arial" w:cs="Arial"/>
          <w:sz w:val="22"/>
          <w:lang w:val="es-CO"/>
        </w:rPr>
        <w:t xml:space="preserve"> votando sí</w:t>
      </w:r>
      <w:r w:rsidR="00D56A85" w:rsidRPr="00BC6830">
        <w:rPr>
          <w:rStyle w:val="TNR21"/>
          <w:rFonts w:ascii="Arial" w:hAnsi="Arial" w:cs="Arial"/>
          <w:sz w:val="22"/>
          <w:lang w:val="es-CO"/>
        </w:rPr>
        <w:t>,</w:t>
      </w:r>
      <w:r w:rsidR="006146DD" w:rsidRPr="00BC6830">
        <w:rPr>
          <w:rStyle w:val="TNR21"/>
          <w:rFonts w:ascii="Arial" w:hAnsi="Arial" w:cs="Arial"/>
          <w:sz w:val="22"/>
          <w:lang w:val="es-CO"/>
        </w:rPr>
        <w:t xml:space="preserve"> se entiende aprobado el articulado</w:t>
      </w:r>
      <w:r w:rsidR="00D56A85" w:rsidRPr="00BC6830">
        <w:rPr>
          <w:rStyle w:val="TNR21"/>
          <w:rFonts w:ascii="Arial" w:hAnsi="Arial" w:cs="Arial"/>
          <w:sz w:val="22"/>
          <w:lang w:val="es-CO"/>
        </w:rPr>
        <w:t>,</w:t>
      </w:r>
      <w:r w:rsidR="006146DD" w:rsidRPr="00BC6830">
        <w:rPr>
          <w:rStyle w:val="TNR21"/>
          <w:rFonts w:ascii="Arial" w:hAnsi="Arial" w:cs="Arial"/>
          <w:sz w:val="22"/>
          <w:lang w:val="es-CO"/>
        </w:rPr>
        <w:t xml:space="preserve"> votando no</w:t>
      </w:r>
      <w:r w:rsidR="00D56A85" w:rsidRPr="00BC6830">
        <w:rPr>
          <w:rStyle w:val="TNR21"/>
          <w:rFonts w:ascii="Arial" w:hAnsi="Arial" w:cs="Arial"/>
          <w:sz w:val="22"/>
          <w:lang w:val="es-CO"/>
        </w:rPr>
        <w:t>,</w:t>
      </w:r>
      <w:r w:rsidR="006146DD" w:rsidRPr="00BC6830">
        <w:rPr>
          <w:rStyle w:val="TNR21"/>
          <w:rFonts w:ascii="Arial" w:hAnsi="Arial" w:cs="Arial"/>
          <w:sz w:val="22"/>
          <w:lang w:val="es-CO"/>
        </w:rPr>
        <w:t xml:space="preserve"> se entiende negado</w:t>
      </w:r>
      <w:r w:rsidR="00CA209C" w:rsidRPr="00BC6830">
        <w:rPr>
          <w:rStyle w:val="TNR21"/>
          <w:rFonts w:ascii="Arial" w:hAnsi="Arial" w:cs="Arial"/>
          <w:sz w:val="22"/>
          <w:lang w:val="es-CO"/>
        </w:rPr>
        <w:t>.</w:t>
      </w:r>
    </w:p>
    <w:p w14:paraId="6CB89F13" w14:textId="77777777" w:rsidR="00D56A85" w:rsidRPr="00BC6830" w:rsidRDefault="00D56A85" w:rsidP="00667EBF">
      <w:pPr>
        <w:pStyle w:val="Sinespaciado"/>
        <w:jc w:val="both"/>
        <w:rPr>
          <w:rStyle w:val="TNR21"/>
          <w:rFonts w:ascii="Arial" w:hAnsi="Arial" w:cs="Arial"/>
          <w:sz w:val="22"/>
          <w:lang w:val="es-CO"/>
        </w:rPr>
      </w:pPr>
    </w:p>
    <w:tbl>
      <w:tblPr>
        <w:tblW w:w="9634" w:type="dxa"/>
        <w:tblLayout w:type="fixed"/>
        <w:tblLook w:val="0000" w:firstRow="0" w:lastRow="0" w:firstColumn="0" w:lastColumn="0" w:noHBand="0" w:noVBand="0"/>
      </w:tblPr>
      <w:tblGrid>
        <w:gridCol w:w="709"/>
        <w:gridCol w:w="4961"/>
        <w:gridCol w:w="1980"/>
        <w:gridCol w:w="1984"/>
      </w:tblGrid>
      <w:tr w:rsidR="00D56A85" w:rsidRPr="00BC6830" w14:paraId="1391893D" w14:textId="77777777" w:rsidTr="005E0E45">
        <w:trPr>
          <w:trHeight w:val="288"/>
        </w:trPr>
        <w:tc>
          <w:tcPr>
            <w:tcW w:w="709" w:type="dxa"/>
            <w:tcBorders>
              <w:top w:val="single" w:sz="4" w:space="0" w:color="000000"/>
              <w:left w:val="single" w:sz="4" w:space="0" w:color="000000"/>
              <w:bottom w:val="single" w:sz="4" w:space="0" w:color="000000"/>
              <w:right w:val="single" w:sz="4" w:space="0" w:color="000000"/>
            </w:tcBorders>
          </w:tcPr>
          <w:p w14:paraId="01BB89C0" w14:textId="77777777" w:rsidR="00D56A85" w:rsidRPr="00BC6830" w:rsidRDefault="00D56A85" w:rsidP="00066A07">
            <w:pPr>
              <w:pStyle w:val="Sinespaciado"/>
              <w:jc w:val="right"/>
              <w:rPr>
                <w:rFonts w:ascii="Arial" w:hAnsi="Arial" w:cs="Arial"/>
                <w:lang w:val="es-CO"/>
              </w:rPr>
            </w:pPr>
          </w:p>
        </w:tc>
        <w:tc>
          <w:tcPr>
            <w:tcW w:w="4961" w:type="dxa"/>
            <w:tcBorders>
              <w:top w:val="single" w:sz="4" w:space="0" w:color="000000"/>
              <w:left w:val="nil"/>
              <w:bottom w:val="single" w:sz="4" w:space="0" w:color="000000"/>
              <w:right w:val="single" w:sz="4" w:space="0" w:color="000000"/>
            </w:tcBorders>
          </w:tcPr>
          <w:p w14:paraId="12A04951" w14:textId="77777777" w:rsidR="00D56A85" w:rsidRPr="00BC6830" w:rsidRDefault="00D56A85" w:rsidP="00066A07">
            <w:pPr>
              <w:pStyle w:val="Sinespaciado"/>
              <w:jc w:val="center"/>
              <w:rPr>
                <w:rFonts w:ascii="Arial" w:hAnsi="Arial" w:cs="Arial"/>
                <w:lang w:val="es-CO"/>
              </w:rPr>
            </w:pPr>
            <w:r w:rsidRPr="00BC6830">
              <w:rPr>
                <w:rFonts w:ascii="Arial" w:hAnsi="Arial" w:cs="Arial"/>
                <w:b/>
                <w:lang w:val="es-CO"/>
              </w:rPr>
              <w:t>Honorable Representante</w:t>
            </w:r>
          </w:p>
        </w:tc>
        <w:tc>
          <w:tcPr>
            <w:tcW w:w="3964" w:type="dxa"/>
            <w:gridSpan w:val="2"/>
            <w:tcBorders>
              <w:top w:val="single" w:sz="4" w:space="0" w:color="000000"/>
              <w:left w:val="nil"/>
              <w:bottom w:val="single" w:sz="4" w:space="0" w:color="000000"/>
              <w:right w:val="single" w:sz="4" w:space="0" w:color="000000"/>
            </w:tcBorders>
          </w:tcPr>
          <w:p w14:paraId="2A29759B" w14:textId="77777777" w:rsidR="00D56A85" w:rsidRPr="00BC6830" w:rsidRDefault="00D56A85" w:rsidP="00066A07">
            <w:pPr>
              <w:pStyle w:val="Sinespaciado"/>
              <w:jc w:val="center"/>
              <w:rPr>
                <w:rFonts w:ascii="Arial" w:hAnsi="Arial" w:cs="Arial"/>
                <w:lang w:val="es-CO"/>
              </w:rPr>
            </w:pPr>
            <w:r w:rsidRPr="00BC6830">
              <w:rPr>
                <w:rFonts w:ascii="Arial" w:hAnsi="Arial" w:cs="Arial"/>
                <w:b/>
                <w:lang w:val="es-CO"/>
              </w:rPr>
              <w:t>Votación</w:t>
            </w:r>
          </w:p>
        </w:tc>
      </w:tr>
      <w:tr w:rsidR="00D56A85" w:rsidRPr="00BC6830" w14:paraId="72FB630F" w14:textId="77777777" w:rsidTr="005E0E45">
        <w:trPr>
          <w:trHeight w:val="141"/>
        </w:trPr>
        <w:tc>
          <w:tcPr>
            <w:tcW w:w="709" w:type="dxa"/>
            <w:tcBorders>
              <w:top w:val="nil"/>
              <w:left w:val="single" w:sz="4" w:space="0" w:color="000000"/>
              <w:bottom w:val="single" w:sz="4" w:space="0" w:color="000000"/>
              <w:right w:val="single" w:sz="4" w:space="0" w:color="000000"/>
            </w:tcBorders>
          </w:tcPr>
          <w:p w14:paraId="514A990A" w14:textId="77777777" w:rsidR="00D56A85" w:rsidRPr="00BC6830" w:rsidRDefault="00D56A85" w:rsidP="00066A07">
            <w:pPr>
              <w:pStyle w:val="Sinespaciado"/>
              <w:jc w:val="right"/>
              <w:rPr>
                <w:rFonts w:ascii="Arial" w:hAnsi="Arial" w:cs="Arial"/>
                <w:lang w:val="es-CO"/>
              </w:rPr>
            </w:pPr>
            <w:r w:rsidRPr="00BC6830">
              <w:rPr>
                <w:rFonts w:ascii="Arial" w:hAnsi="Arial" w:cs="Arial"/>
                <w:lang w:val="es-CO"/>
              </w:rPr>
              <w:t> No.</w:t>
            </w:r>
          </w:p>
        </w:tc>
        <w:tc>
          <w:tcPr>
            <w:tcW w:w="4961" w:type="dxa"/>
            <w:tcBorders>
              <w:top w:val="single" w:sz="4" w:space="0" w:color="000000"/>
              <w:left w:val="nil"/>
              <w:bottom w:val="single" w:sz="4" w:space="0" w:color="000000"/>
              <w:right w:val="single" w:sz="4" w:space="0" w:color="000000"/>
            </w:tcBorders>
          </w:tcPr>
          <w:p w14:paraId="35DDF118" w14:textId="77777777" w:rsidR="00D56A85" w:rsidRPr="00BC6830" w:rsidRDefault="00D56A85" w:rsidP="00066A07">
            <w:pPr>
              <w:pStyle w:val="Sinespaciado"/>
              <w:jc w:val="center"/>
              <w:rPr>
                <w:rFonts w:ascii="Arial" w:hAnsi="Arial" w:cs="Arial"/>
                <w:lang w:val="es-CO"/>
              </w:rPr>
            </w:pPr>
            <w:r w:rsidRPr="00BC6830">
              <w:rPr>
                <w:rFonts w:ascii="Arial" w:hAnsi="Arial" w:cs="Arial"/>
                <w:b/>
                <w:lang w:val="es-CO"/>
              </w:rPr>
              <w:t>Apellidos y nombres</w:t>
            </w:r>
          </w:p>
        </w:tc>
        <w:tc>
          <w:tcPr>
            <w:tcW w:w="1980" w:type="dxa"/>
            <w:tcBorders>
              <w:top w:val="single" w:sz="4" w:space="0" w:color="000000"/>
              <w:left w:val="nil"/>
              <w:bottom w:val="single" w:sz="4" w:space="0" w:color="000000"/>
              <w:right w:val="single" w:sz="4" w:space="0" w:color="000000"/>
            </w:tcBorders>
          </w:tcPr>
          <w:p w14:paraId="1E77051B" w14:textId="77777777" w:rsidR="00D56A85" w:rsidRPr="00BC6830" w:rsidRDefault="00D56A85" w:rsidP="00066A07">
            <w:pPr>
              <w:pStyle w:val="Sinespaciado"/>
              <w:jc w:val="center"/>
              <w:rPr>
                <w:rFonts w:ascii="Arial" w:hAnsi="Arial" w:cs="Arial"/>
                <w:lang w:val="es-CO"/>
              </w:rPr>
            </w:pPr>
            <w:r w:rsidRPr="00BC6830">
              <w:rPr>
                <w:rFonts w:ascii="Arial" w:hAnsi="Arial" w:cs="Arial"/>
                <w:b/>
                <w:lang w:val="es-CO"/>
              </w:rPr>
              <w:t>SI</w:t>
            </w:r>
          </w:p>
        </w:tc>
        <w:tc>
          <w:tcPr>
            <w:tcW w:w="1984" w:type="dxa"/>
            <w:tcBorders>
              <w:top w:val="single" w:sz="4" w:space="0" w:color="000000"/>
              <w:left w:val="nil"/>
              <w:bottom w:val="single" w:sz="4" w:space="0" w:color="000000"/>
              <w:right w:val="single" w:sz="4" w:space="0" w:color="000000"/>
            </w:tcBorders>
          </w:tcPr>
          <w:p w14:paraId="570B990D" w14:textId="77777777" w:rsidR="00D56A85" w:rsidRPr="00BC6830" w:rsidRDefault="00D56A85" w:rsidP="00066A07">
            <w:pPr>
              <w:pStyle w:val="Sinespaciado"/>
              <w:jc w:val="center"/>
              <w:rPr>
                <w:rFonts w:ascii="Arial" w:hAnsi="Arial" w:cs="Arial"/>
                <w:lang w:val="es-CO"/>
              </w:rPr>
            </w:pPr>
            <w:r w:rsidRPr="00BC6830">
              <w:rPr>
                <w:rFonts w:ascii="Arial" w:hAnsi="Arial" w:cs="Arial"/>
                <w:b/>
                <w:lang w:val="es-CO"/>
              </w:rPr>
              <w:t>NO</w:t>
            </w:r>
          </w:p>
        </w:tc>
      </w:tr>
      <w:tr w:rsidR="00D56A85" w:rsidRPr="00BC6830" w14:paraId="7A36A197" w14:textId="77777777" w:rsidTr="005E0E45">
        <w:trPr>
          <w:trHeight w:val="44"/>
        </w:trPr>
        <w:tc>
          <w:tcPr>
            <w:tcW w:w="709" w:type="dxa"/>
            <w:tcBorders>
              <w:top w:val="nil"/>
              <w:left w:val="single" w:sz="4" w:space="0" w:color="000000"/>
              <w:bottom w:val="single" w:sz="4" w:space="0" w:color="000000"/>
              <w:right w:val="single" w:sz="4" w:space="0" w:color="000000"/>
            </w:tcBorders>
          </w:tcPr>
          <w:p w14:paraId="31142066" w14:textId="77777777" w:rsidR="00D56A85" w:rsidRPr="00BC6830" w:rsidRDefault="00D56A85" w:rsidP="00066A07">
            <w:pPr>
              <w:pStyle w:val="Sinespaciado"/>
              <w:jc w:val="right"/>
              <w:rPr>
                <w:rFonts w:ascii="Arial" w:hAnsi="Arial" w:cs="Arial"/>
                <w:lang w:val="es-CO"/>
              </w:rPr>
            </w:pPr>
            <w:r w:rsidRPr="00BC6830">
              <w:rPr>
                <w:rFonts w:ascii="Arial" w:hAnsi="Arial" w:cs="Arial"/>
                <w:lang w:val="es-CO"/>
              </w:rPr>
              <w:t>1</w:t>
            </w:r>
          </w:p>
        </w:tc>
        <w:tc>
          <w:tcPr>
            <w:tcW w:w="4961" w:type="dxa"/>
            <w:tcBorders>
              <w:top w:val="nil"/>
              <w:left w:val="nil"/>
              <w:bottom w:val="single" w:sz="4" w:space="0" w:color="000000"/>
              <w:right w:val="single" w:sz="4" w:space="0" w:color="000000"/>
            </w:tcBorders>
          </w:tcPr>
          <w:p w14:paraId="6C2BBCE6" w14:textId="77777777" w:rsidR="00D56A85" w:rsidRPr="005E0E45" w:rsidRDefault="00D56A85" w:rsidP="00066A07">
            <w:pPr>
              <w:pStyle w:val="Sinespaciado"/>
              <w:rPr>
                <w:rFonts w:ascii="Arial" w:hAnsi="Arial" w:cs="Arial"/>
                <w:i/>
                <w:iCs/>
                <w:lang w:val="es-CO"/>
              </w:rPr>
            </w:pPr>
            <w:r w:rsidRPr="00705FAE">
              <w:rPr>
                <w:rFonts w:ascii="Arial" w:hAnsi="Arial" w:cs="Arial"/>
                <w:i/>
                <w:iCs/>
                <w:lang w:val="es-CO"/>
              </w:rPr>
              <w:t>ALFONSO JURADO MARTHA LISBETH</w:t>
            </w:r>
          </w:p>
        </w:tc>
        <w:tc>
          <w:tcPr>
            <w:tcW w:w="1980" w:type="dxa"/>
            <w:tcBorders>
              <w:top w:val="single" w:sz="4" w:space="0" w:color="000000"/>
              <w:left w:val="nil"/>
              <w:bottom w:val="single" w:sz="4" w:space="0" w:color="000000"/>
              <w:right w:val="single" w:sz="4" w:space="0" w:color="000000"/>
            </w:tcBorders>
          </w:tcPr>
          <w:p w14:paraId="64FAA735" w14:textId="77777777" w:rsidR="00D56A85" w:rsidRPr="00BC6830" w:rsidRDefault="007356D2"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7EED8C91" w14:textId="77777777" w:rsidR="00D56A85" w:rsidRPr="00BC6830" w:rsidRDefault="00D56A85" w:rsidP="00066A07">
            <w:pPr>
              <w:pStyle w:val="Sinespaciado"/>
              <w:jc w:val="center"/>
              <w:rPr>
                <w:rFonts w:ascii="Arial" w:hAnsi="Arial" w:cs="Arial"/>
                <w:lang w:val="es-CO"/>
              </w:rPr>
            </w:pPr>
          </w:p>
        </w:tc>
      </w:tr>
      <w:tr w:rsidR="00D56A85" w:rsidRPr="00BC6830" w14:paraId="484E3DF1" w14:textId="77777777" w:rsidTr="005E0E45">
        <w:trPr>
          <w:trHeight w:val="49"/>
        </w:trPr>
        <w:tc>
          <w:tcPr>
            <w:tcW w:w="709" w:type="dxa"/>
            <w:tcBorders>
              <w:top w:val="nil"/>
              <w:left w:val="single" w:sz="4" w:space="0" w:color="000000"/>
              <w:bottom w:val="single" w:sz="4" w:space="0" w:color="000000"/>
              <w:right w:val="single" w:sz="4" w:space="0" w:color="000000"/>
            </w:tcBorders>
          </w:tcPr>
          <w:p w14:paraId="1CE21512" w14:textId="77777777" w:rsidR="00D56A85" w:rsidRPr="00BC6830" w:rsidRDefault="00D56A85" w:rsidP="00066A07">
            <w:pPr>
              <w:pStyle w:val="Sinespaciado"/>
              <w:jc w:val="right"/>
              <w:rPr>
                <w:rFonts w:ascii="Arial" w:hAnsi="Arial" w:cs="Arial"/>
                <w:lang w:val="es-CO"/>
              </w:rPr>
            </w:pPr>
            <w:r w:rsidRPr="00BC6830">
              <w:rPr>
                <w:rFonts w:ascii="Arial" w:hAnsi="Arial" w:cs="Arial"/>
                <w:lang w:val="es-CO"/>
              </w:rPr>
              <w:t>2</w:t>
            </w:r>
          </w:p>
        </w:tc>
        <w:tc>
          <w:tcPr>
            <w:tcW w:w="4961" w:type="dxa"/>
            <w:tcBorders>
              <w:top w:val="nil"/>
              <w:left w:val="nil"/>
              <w:bottom w:val="single" w:sz="4" w:space="0" w:color="000000"/>
              <w:right w:val="single" w:sz="4" w:space="0" w:color="000000"/>
            </w:tcBorders>
          </w:tcPr>
          <w:p w14:paraId="284F06B8" w14:textId="77777777" w:rsidR="00D56A85" w:rsidRPr="005E0E45" w:rsidRDefault="00D56A85" w:rsidP="00066A07">
            <w:pPr>
              <w:pStyle w:val="Sinespaciado"/>
              <w:rPr>
                <w:rFonts w:ascii="Arial" w:hAnsi="Arial" w:cs="Arial"/>
                <w:i/>
                <w:iCs/>
                <w:lang w:val="es-CO"/>
              </w:rPr>
            </w:pPr>
            <w:r w:rsidRPr="005E0E45">
              <w:rPr>
                <w:rFonts w:ascii="Arial" w:hAnsi="Arial" w:cs="Arial"/>
                <w:i/>
                <w:iCs/>
                <w:lang w:val="es-CO"/>
              </w:rPr>
              <w:t>ARCHILA SUAREZ HUGO ALFONSO</w:t>
            </w:r>
          </w:p>
        </w:tc>
        <w:tc>
          <w:tcPr>
            <w:tcW w:w="1980" w:type="dxa"/>
            <w:tcBorders>
              <w:top w:val="single" w:sz="4" w:space="0" w:color="000000"/>
              <w:left w:val="nil"/>
              <w:bottom w:val="single" w:sz="4" w:space="0" w:color="000000"/>
              <w:right w:val="single" w:sz="4" w:space="0" w:color="000000"/>
            </w:tcBorders>
          </w:tcPr>
          <w:p w14:paraId="7AC176A4" w14:textId="77777777" w:rsidR="00D56A85" w:rsidRPr="00BC6830" w:rsidRDefault="007356D2"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6AF15B73" w14:textId="77777777" w:rsidR="00D56A85" w:rsidRPr="00BC6830" w:rsidRDefault="00D56A85" w:rsidP="00066A07">
            <w:pPr>
              <w:pStyle w:val="Sinespaciado"/>
              <w:jc w:val="center"/>
              <w:rPr>
                <w:rFonts w:ascii="Arial" w:hAnsi="Arial" w:cs="Arial"/>
                <w:lang w:val="es-CO"/>
              </w:rPr>
            </w:pPr>
          </w:p>
        </w:tc>
      </w:tr>
      <w:tr w:rsidR="00D56A85" w:rsidRPr="00BC6830" w14:paraId="4FA11106" w14:textId="77777777" w:rsidTr="005E0E45">
        <w:trPr>
          <w:trHeight w:val="66"/>
        </w:trPr>
        <w:tc>
          <w:tcPr>
            <w:tcW w:w="709" w:type="dxa"/>
            <w:tcBorders>
              <w:top w:val="nil"/>
              <w:left w:val="single" w:sz="4" w:space="0" w:color="000000"/>
              <w:bottom w:val="single" w:sz="4" w:space="0" w:color="000000"/>
              <w:right w:val="single" w:sz="4" w:space="0" w:color="000000"/>
            </w:tcBorders>
          </w:tcPr>
          <w:p w14:paraId="7CAB276E" w14:textId="77777777" w:rsidR="00D56A85" w:rsidRPr="00BC6830" w:rsidRDefault="00D56A85" w:rsidP="00066A07">
            <w:pPr>
              <w:pStyle w:val="Sinespaciado"/>
              <w:jc w:val="right"/>
              <w:rPr>
                <w:rFonts w:ascii="Arial" w:hAnsi="Arial" w:cs="Arial"/>
                <w:lang w:val="es-CO"/>
              </w:rPr>
            </w:pPr>
            <w:r w:rsidRPr="00BC6830">
              <w:rPr>
                <w:rFonts w:ascii="Arial" w:hAnsi="Arial" w:cs="Arial"/>
                <w:lang w:val="es-CO"/>
              </w:rPr>
              <w:t>3</w:t>
            </w:r>
          </w:p>
        </w:tc>
        <w:tc>
          <w:tcPr>
            <w:tcW w:w="4961" w:type="dxa"/>
            <w:tcBorders>
              <w:top w:val="nil"/>
              <w:left w:val="nil"/>
              <w:bottom w:val="single" w:sz="4" w:space="0" w:color="000000"/>
              <w:right w:val="single" w:sz="4" w:space="0" w:color="000000"/>
            </w:tcBorders>
          </w:tcPr>
          <w:p w14:paraId="4D14A1D8" w14:textId="77777777" w:rsidR="00D56A85" w:rsidRPr="005E0E45" w:rsidRDefault="00D56A85" w:rsidP="00066A07">
            <w:pPr>
              <w:pStyle w:val="Sinespaciado"/>
              <w:rPr>
                <w:rFonts w:ascii="Arial" w:hAnsi="Arial" w:cs="Arial"/>
                <w:i/>
                <w:iCs/>
                <w:lang w:val="es-CO"/>
              </w:rPr>
            </w:pPr>
            <w:r w:rsidRPr="005E0E45">
              <w:rPr>
                <w:rFonts w:ascii="Arial" w:hAnsi="Arial" w:cs="Arial"/>
                <w:i/>
                <w:iCs/>
                <w:lang w:val="es-CO"/>
              </w:rPr>
              <w:t>ÁVILA MORALES CAMILO ESTEBAN</w:t>
            </w:r>
          </w:p>
        </w:tc>
        <w:tc>
          <w:tcPr>
            <w:tcW w:w="1980" w:type="dxa"/>
            <w:tcBorders>
              <w:top w:val="single" w:sz="4" w:space="0" w:color="000000"/>
              <w:left w:val="nil"/>
              <w:bottom w:val="single" w:sz="4" w:space="0" w:color="000000"/>
              <w:right w:val="single" w:sz="4" w:space="0" w:color="000000"/>
            </w:tcBorders>
          </w:tcPr>
          <w:p w14:paraId="2B91B11D" w14:textId="77777777" w:rsidR="00D56A85" w:rsidRPr="00BC6830" w:rsidRDefault="007356D2"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0F44709E" w14:textId="77777777" w:rsidR="00D56A85" w:rsidRPr="00BC6830" w:rsidRDefault="00D56A85" w:rsidP="00066A07">
            <w:pPr>
              <w:pStyle w:val="Sinespaciado"/>
              <w:jc w:val="center"/>
              <w:rPr>
                <w:rFonts w:ascii="Arial" w:hAnsi="Arial" w:cs="Arial"/>
                <w:lang w:val="es-CO"/>
              </w:rPr>
            </w:pPr>
          </w:p>
        </w:tc>
      </w:tr>
      <w:tr w:rsidR="00D56A85" w:rsidRPr="00BC6830" w14:paraId="35300416" w14:textId="77777777" w:rsidTr="005E0E45">
        <w:trPr>
          <w:trHeight w:val="44"/>
        </w:trPr>
        <w:tc>
          <w:tcPr>
            <w:tcW w:w="709" w:type="dxa"/>
            <w:tcBorders>
              <w:top w:val="nil"/>
              <w:left w:val="single" w:sz="4" w:space="0" w:color="000000"/>
              <w:bottom w:val="single" w:sz="4" w:space="0" w:color="000000"/>
              <w:right w:val="single" w:sz="4" w:space="0" w:color="000000"/>
            </w:tcBorders>
          </w:tcPr>
          <w:p w14:paraId="7116F2C9" w14:textId="77777777" w:rsidR="00D56A85" w:rsidRPr="00BC6830" w:rsidRDefault="00D56A85" w:rsidP="00066A07">
            <w:pPr>
              <w:pStyle w:val="Sinespaciado"/>
              <w:jc w:val="right"/>
              <w:rPr>
                <w:rFonts w:ascii="Arial" w:hAnsi="Arial" w:cs="Arial"/>
                <w:lang w:val="es-CO"/>
              </w:rPr>
            </w:pPr>
            <w:r w:rsidRPr="00BC6830">
              <w:rPr>
                <w:rFonts w:ascii="Arial" w:hAnsi="Arial" w:cs="Arial"/>
                <w:lang w:val="es-CO"/>
              </w:rPr>
              <w:t>4</w:t>
            </w:r>
          </w:p>
        </w:tc>
        <w:tc>
          <w:tcPr>
            <w:tcW w:w="4961" w:type="dxa"/>
            <w:tcBorders>
              <w:top w:val="nil"/>
              <w:left w:val="nil"/>
              <w:bottom w:val="single" w:sz="4" w:space="0" w:color="000000"/>
              <w:right w:val="single" w:sz="4" w:space="0" w:color="000000"/>
            </w:tcBorders>
          </w:tcPr>
          <w:p w14:paraId="186D0088" w14:textId="77777777" w:rsidR="00D56A85" w:rsidRPr="005E0E45" w:rsidRDefault="00D56A85" w:rsidP="00066A07">
            <w:pPr>
              <w:pStyle w:val="Sinespaciado"/>
              <w:rPr>
                <w:rFonts w:ascii="Arial" w:hAnsi="Arial" w:cs="Arial"/>
                <w:i/>
                <w:iCs/>
                <w:lang w:val="es-CO"/>
              </w:rPr>
            </w:pPr>
            <w:r w:rsidRPr="005E0E45">
              <w:rPr>
                <w:rFonts w:ascii="Arial" w:hAnsi="Arial" w:cs="Arial"/>
                <w:i/>
                <w:iCs/>
                <w:lang w:val="es-CO"/>
              </w:rPr>
              <w:t>CARRASCAL ROJAS MARÍA FERNANDA</w:t>
            </w:r>
          </w:p>
        </w:tc>
        <w:tc>
          <w:tcPr>
            <w:tcW w:w="1980" w:type="dxa"/>
            <w:tcBorders>
              <w:top w:val="single" w:sz="4" w:space="0" w:color="000000"/>
              <w:left w:val="nil"/>
              <w:bottom w:val="single" w:sz="4" w:space="0" w:color="000000"/>
              <w:right w:val="single" w:sz="4" w:space="0" w:color="000000"/>
            </w:tcBorders>
          </w:tcPr>
          <w:p w14:paraId="28BA3075" w14:textId="77777777" w:rsidR="00D56A85" w:rsidRPr="00BC6830" w:rsidRDefault="007356D2"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09E1C42F" w14:textId="77777777" w:rsidR="00D56A85" w:rsidRPr="00BC6830" w:rsidRDefault="00D56A85" w:rsidP="00066A07">
            <w:pPr>
              <w:pStyle w:val="Sinespaciado"/>
              <w:jc w:val="center"/>
              <w:rPr>
                <w:rFonts w:ascii="Arial" w:hAnsi="Arial" w:cs="Arial"/>
                <w:lang w:val="es-CO"/>
              </w:rPr>
            </w:pPr>
          </w:p>
        </w:tc>
      </w:tr>
      <w:tr w:rsidR="00D56A85" w:rsidRPr="00BC6830" w14:paraId="272E4CA7" w14:textId="77777777" w:rsidTr="005E0E45">
        <w:trPr>
          <w:trHeight w:val="44"/>
        </w:trPr>
        <w:tc>
          <w:tcPr>
            <w:tcW w:w="709" w:type="dxa"/>
            <w:tcBorders>
              <w:top w:val="nil"/>
              <w:left w:val="single" w:sz="4" w:space="0" w:color="000000"/>
              <w:bottom w:val="single" w:sz="4" w:space="0" w:color="000000"/>
              <w:right w:val="single" w:sz="4" w:space="0" w:color="000000"/>
            </w:tcBorders>
          </w:tcPr>
          <w:p w14:paraId="0E197EA3" w14:textId="77777777" w:rsidR="00D56A85" w:rsidRPr="00BC6830" w:rsidRDefault="00D56A85" w:rsidP="00066A07">
            <w:pPr>
              <w:pStyle w:val="Sinespaciado"/>
              <w:jc w:val="right"/>
              <w:rPr>
                <w:rFonts w:ascii="Arial" w:hAnsi="Arial" w:cs="Arial"/>
                <w:lang w:val="es-CO"/>
              </w:rPr>
            </w:pPr>
            <w:r w:rsidRPr="00BC6830">
              <w:rPr>
                <w:rFonts w:ascii="Arial" w:hAnsi="Arial" w:cs="Arial"/>
                <w:lang w:val="es-CO"/>
              </w:rPr>
              <w:t>5</w:t>
            </w:r>
          </w:p>
        </w:tc>
        <w:tc>
          <w:tcPr>
            <w:tcW w:w="4961" w:type="dxa"/>
            <w:tcBorders>
              <w:top w:val="nil"/>
              <w:left w:val="nil"/>
              <w:bottom w:val="single" w:sz="4" w:space="0" w:color="000000"/>
              <w:right w:val="single" w:sz="4" w:space="0" w:color="000000"/>
            </w:tcBorders>
          </w:tcPr>
          <w:p w14:paraId="031BE100" w14:textId="77777777" w:rsidR="00D56A85" w:rsidRPr="005E0E45" w:rsidRDefault="00D56A85" w:rsidP="00066A07">
            <w:pPr>
              <w:pStyle w:val="Sinespaciado"/>
              <w:rPr>
                <w:rFonts w:ascii="Arial" w:hAnsi="Arial" w:cs="Arial"/>
                <w:i/>
                <w:iCs/>
                <w:lang w:val="es-CO"/>
              </w:rPr>
            </w:pPr>
            <w:r w:rsidRPr="005E0E45">
              <w:rPr>
                <w:rFonts w:ascii="Arial" w:hAnsi="Arial" w:cs="Arial"/>
                <w:i/>
                <w:iCs/>
                <w:lang w:val="es-CO"/>
              </w:rPr>
              <w:t>CHAPARRO CHAPARRO HÉCTOR DAVID</w:t>
            </w:r>
          </w:p>
        </w:tc>
        <w:tc>
          <w:tcPr>
            <w:tcW w:w="1980" w:type="dxa"/>
            <w:tcBorders>
              <w:top w:val="single" w:sz="4" w:space="0" w:color="000000"/>
              <w:left w:val="nil"/>
              <w:bottom w:val="single" w:sz="4" w:space="0" w:color="000000"/>
              <w:right w:val="single" w:sz="4" w:space="0" w:color="000000"/>
            </w:tcBorders>
          </w:tcPr>
          <w:p w14:paraId="5F936FCD" w14:textId="77777777" w:rsidR="00D56A85" w:rsidRPr="00BC6830" w:rsidRDefault="00D56A85" w:rsidP="00066A07">
            <w:pPr>
              <w:pStyle w:val="Sinespaciado"/>
              <w:jc w:val="center"/>
              <w:rPr>
                <w:rFonts w:ascii="Arial" w:hAnsi="Arial" w:cs="Arial"/>
                <w:lang w:val="es-CO"/>
              </w:rPr>
            </w:pPr>
          </w:p>
        </w:tc>
        <w:tc>
          <w:tcPr>
            <w:tcW w:w="1984" w:type="dxa"/>
            <w:tcBorders>
              <w:top w:val="single" w:sz="4" w:space="0" w:color="000000"/>
              <w:left w:val="nil"/>
              <w:bottom w:val="single" w:sz="4" w:space="0" w:color="000000"/>
              <w:right w:val="single" w:sz="4" w:space="0" w:color="000000"/>
            </w:tcBorders>
          </w:tcPr>
          <w:p w14:paraId="3634EB29" w14:textId="77777777" w:rsidR="00D56A85" w:rsidRPr="00BC6830" w:rsidRDefault="00D56A85" w:rsidP="00066A07">
            <w:pPr>
              <w:pStyle w:val="Sinespaciado"/>
              <w:jc w:val="center"/>
              <w:rPr>
                <w:rFonts w:ascii="Arial" w:hAnsi="Arial" w:cs="Arial"/>
                <w:lang w:val="es-CO"/>
              </w:rPr>
            </w:pPr>
          </w:p>
        </w:tc>
      </w:tr>
      <w:tr w:rsidR="00D56A85" w:rsidRPr="00BC6830" w14:paraId="26D33576" w14:textId="77777777" w:rsidTr="005E0E45">
        <w:trPr>
          <w:trHeight w:val="44"/>
        </w:trPr>
        <w:tc>
          <w:tcPr>
            <w:tcW w:w="709" w:type="dxa"/>
            <w:tcBorders>
              <w:top w:val="nil"/>
              <w:left w:val="single" w:sz="4" w:space="0" w:color="000000"/>
              <w:bottom w:val="single" w:sz="4" w:space="0" w:color="000000"/>
              <w:right w:val="single" w:sz="4" w:space="0" w:color="000000"/>
            </w:tcBorders>
          </w:tcPr>
          <w:p w14:paraId="363F6475" w14:textId="77777777" w:rsidR="00D56A85" w:rsidRPr="00BC6830" w:rsidRDefault="00D56A85" w:rsidP="00066A07">
            <w:pPr>
              <w:pStyle w:val="Sinespaciado"/>
              <w:jc w:val="right"/>
              <w:rPr>
                <w:rFonts w:ascii="Arial" w:hAnsi="Arial" w:cs="Arial"/>
                <w:lang w:val="es-CO"/>
              </w:rPr>
            </w:pPr>
            <w:r w:rsidRPr="00BC6830">
              <w:rPr>
                <w:rFonts w:ascii="Arial" w:hAnsi="Arial" w:cs="Arial"/>
                <w:lang w:val="es-CO"/>
              </w:rPr>
              <w:t>6</w:t>
            </w:r>
          </w:p>
        </w:tc>
        <w:tc>
          <w:tcPr>
            <w:tcW w:w="4961" w:type="dxa"/>
            <w:tcBorders>
              <w:top w:val="nil"/>
              <w:left w:val="nil"/>
              <w:bottom w:val="single" w:sz="4" w:space="0" w:color="000000"/>
              <w:right w:val="single" w:sz="4" w:space="0" w:color="000000"/>
            </w:tcBorders>
          </w:tcPr>
          <w:p w14:paraId="38FDA26A" w14:textId="77777777" w:rsidR="00D56A85" w:rsidRPr="005E0E45" w:rsidRDefault="00D56A85" w:rsidP="00066A07">
            <w:pPr>
              <w:pStyle w:val="Sinespaciado"/>
              <w:rPr>
                <w:rFonts w:ascii="Arial" w:hAnsi="Arial" w:cs="Arial"/>
                <w:i/>
                <w:iCs/>
                <w:lang w:val="es-CO"/>
              </w:rPr>
            </w:pPr>
            <w:r w:rsidRPr="005E0E45">
              <w:rPr>
                <w:rFonts w:ascii="Arial" w:hAnsi="Arial" w:cs="Arial"/>
                <w:i/>
                <w:iCs/>
                <w:lang w:val="es-CO"/>
              </w:rPr>
              <w:t>CORZO ÁLVAREZ JUAN FELIPE</w:t>
            </w:r>
          </w:p>
        </w:tc>
        <w:tc>
          <w:tcPr>
            <w:tcW w:w="1980" w:type="dxa"/>
            <w:tcBorders>
              <w:top w:val="single" w:sz="4" w:space="0" w:color="000000"/>
              <w:left w:val="nil"/>
              <w:bottom w:val="single" w:sz="4" w:space="0" w:color="000000"/>
              <w:right w:val="single" w:sz="4" w:space="0" w:color="000000"/>
            </w:tcBorders>
          </w:tcPr>
          <w:p w14:paraId="754C820A" w14:textId="77777777" w:rsidR="00D56A85" w:rsidRPr="00BC6830" w:rsidRDefault="007356D2"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1325A90E" w14:textId="77777777" w:rsidR="00D56A85" w:rsidRPr="00BC6830" w:rsidRDefault="00D56A85" w:rsidP="00066A07">
            <w:pPr>
              <w:pStyle w:val="Sinespaciado"/>
              <w:jc w:val="center"/>
              <w:rPr>
                <w:rFonts w:ascii="Arial" w:hAnsi="Arial" w:cs="Arial"/>
                <w:lang w:val="es-CO"/>
              </w:rPr>
            </w:pPr>
          </w:p>
        </w:tc>
      </w:tr>
      <w:tr w:rsidR="00D56A85" w:rsidRPr="00BC6830" w14:paraId="5BEC2E73" w14:textId="77777777" w:rsidTr="005E0E45">
        <w:trPr>
          <w:trHeight w:val="44"/>
        </w:trPr>
        <w:tc>
          <w:tcPr>
            <w:tcW w:w="709" w:type="dxa"/>
            <w:tcBorders>
              <w:top w:val="nil"/>
              <w:left w:val="single" w:sz="4" w:space="0" w:color="000000"/>
              <w:bottom w:val="single" w:sz="4" w:space="0" w:color="000000"/>
              <w:right w:val="single" w:sz="4" w:space="0" w:color="000000"/>
            </w:tcBorders>
          </w:tcPr>
          <w:p w14:paraId="0FB6AC43" w14:textId="77777777" w:rsidR="00D56A85" w:rsidRPr="00BC6830" w:rsidRDefault="00D56A85" w:rsidP="00066A07">
            <w:pPr>
              <w:pStyle w:val="Sinespaciado"/>
              <w:jc w:val="right"/>
              <w:rPr>
                <w:rFonts w:ascii="Arial" w:hAnsi="Arial" w:cs="Arial"/>
                <w:lang w:val="es-CO"/>
              </w:rPr>
            </w:pPr>
            <w:r w:rsidRPr="00BC6830">
              <w:rPr>
                <w:rFonts w:ascii="Arial" w:hAnsi="Arial" w:cs="Arial"/>
                <w:lang w:val="es-CO"/>
              </w:rPr>
              <w:t>7</w:t>
            </w:r>
          </w:p>
        </w:tc>
        <w:tc>
          <w:tcPr>
            <w:tcW w:w="4961" w:type="dxa"/>
            <w:tcBorders>
              <w:top w:val="nil"/>
              <w:left w:val="nil"/>
              <w:bottom w:val="single" w:sz="4" w:space="0" w:color="000000"/>
              <w:right w:val="single" w:sz="4" w:space="0" w:color="000000"/>
            </w:tcBorders>
          </w:tcPr>
          <w:p w14:paraId="6DFB4940" w14:textId="77777777" w:rsidR="00D56A85" w:rsidRPr="005E0E45" w:rsidRDefault="00D56A85" w:rsidP="00066A07">
            <w:pPr>
              <w:pStyle w:val="Sinespaciado"/>
              <w:rPr>
                <w:rFonts w:ascii="Arial" w:hAnsi="Arial" w:cs="Arial"/>
                <w:i/>
                <w:iCs/>
                <w:lang w:val="es-CO"/>
              </w:rPr>
            </w:pPr>
            <w:r w:rsidRPr="005E0E45">
              <w:rPr>
                <w:rFonts w:ascii="Arial" w:hAnsi="Arial" w:cs="Arial"/>
                <w:i/>
                <w:iCs/>
                <w:lang w:val="es-CO"/>
              </w:rPr>
              <w:t xml:space="preserve">CRISTO CORREA JAIRO HUMBERTO </w:t>
            </w:r>
          </w:p>
        </w:tc>
        <w:tc>
          <w:tcPr>
            <w:tcW w:w="1980" w:type="dxa"/>
            <w:tcBorders>
              <w:top w:val="single" w:sz="4" w:space="0" w:color="000000"/>
              <w:left w:val="nil"/>
              <w:bottom w:val="single" w:sz="4" w:space="0" w:color="000000"/>
              <w:right w:val="single" w:sz="4" w:space="0" w:color="000000"/>
            </w:tcBorders>
          </w:tcPr>
          <w:p w14:paraId="5C35FDF5" w14:textId="77777777" w:rsidR="00D56A85" w:rsidRPr="00BC6830" w:rsidRDefault="007356D2"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1E5C7473" w14:textId="77777777" w:rsidR="00D56A85" w:rsidRPr="00BC6830" w:rsidRDefault="00D56A85" w:rsidP="00066A07">
            <w:pPr>
              <w:pStyle w:val="Sinespaciado"/>
              <w:jc w:val="center"/>
              <w:rPr>
                <w:rFonts w:ascii="Arial" w:hAnsi="Arial" w:cs="Arial"/>
                <w:lang w:val="es-CO"/>
              </w:rPr>
            </w:pPr>
          </w:p>
        </w:tc>
      </w:tr>
      <w:tr w:rsidR="00D56A85" w:rsidRPr="00BC6830" w14:paraId="153C6339" w14:textId="77777777" w:rsidTr="005E0E45">
        <w:trPr>
          <w:trHeight w:val="44"/>
        </w:trPr>
        <w:tc>
          <w:tcPr>
            <w:tcW w:w="709" w:type="dxa"/>
            <w:tcBorders>
              <w:top w:val="nil"/>
              <w:left w:val="single" w:sz="4" w:space="0" w:color="000000"/>
              <w:bottom w:val="single" w:sz="4" w:space="0" w:color="000000"/>
              <w:right w:val="single" w:sz="4" w:space="0" w:color="000000"/>
            </w:tcBorders>
          </w:tcPr>
          <w:p w14:paraId="0EBEE758" w14:textId="77777777" w:rsidR="00D56A85" w:rsidRPr="00BC6830" w:rsidRDefault="00D56A85" w:rsidP="00066A07">
            <w:pPr>
              <w:pStyle w:val="Sinespaciado"/>
              <w:jc w:val="right"/>
              <w:rPr>
                <w:rFonts w:ascii="Arial" w:hAnsi="Arial" w:cs="Arial"/>
                <w:lang w:val="es-CO"/>
              </w:rPr>
            </w:pPr>
            <w:r w:rsidRPr="00BC6830">
              <w:rPr>
                <w:rFonts w:ascii="Arial" w:hAnsi="Arial" w:cs="Arial"/>
                <w:lang w:val="es-CO"/>
              </w:rPr>
              <w:t>8</w:t>
            </w:r>
          </w:p>
        </w:tc>
        <w:tc>
          <w:tcPr>
            <w:tcW w:w="4961" w:type="dxa"/>
            <w:tcBorders>
              <w:top w:val="nil"/>
              <w:left w:val="nil"/>
              <w:bottom w:val="single" w:sz="4" w:space="0" w:color="000000"/>
              <w:right w:val="single" w:sz="4" w:space="0" w:color="000000"/>
            </w:tcBorders>
          </w:tcPr>
          <w:p w14:paraId="4CBDCE38" w14:textId="77777777" w:rsidR="00D56A85" w:rsidRPr="005E0E45" w:rsidRDefault="00D56A85" w:rsidP="00066A07">
            <w:pPr>
              <w:pStyle w:val="Sinespaciado"/>
              <w:rPr>
                <w:rFonts w:ascii="Arial" w:hAnsi="Arial" w:cs="Arial"/>
                <w:i/>
                <w:iCs/>
                <w:lang w:val="es-CO"/>
              </w:rPr>
            </w:pPr>
            <w:r w:rsidRPr="005E0E45">
              <w:rPr>
                <w:rFonts w:ascii="Arial" w:hAnsi="Arial" w:cs="Arial"/>
                <w:i/>
                <w:iCs/>
                <w:lang w:val="es-CO"/>
              </w:rPr>
              <w:t>ESCAF TIJERINO AGMETH JOSÉ</w:t>
            </w:r>
          </w:p>
        </w:tc>
        <w:tc>
          <w:tcPr>
            <w:tcW w:w="1980" w:type="dxa"/>
            <w:tcBorders>
              <w:top w:val="single" w:sz="4" w:space="0" w:color="000000"/>
              <w:left w:val="nil"/>
              <w:bottom w:val="single" w:sz="4" w:space="0" w:color="000000"/>
              <w:right w:val="single" w:sz="4" w:space="0" w:color="000000"/>
            </w:tcBorders>
          </w:tcPr>
          <w:p w14:paraId="289D1D7A" w14:textId="77777777" w:rsidR="00D56A85" w:rsidRPr="00BC6830" w:rsidRDefault="007356D2"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2E8090B6" w14:textId="77777777" w:rsidR="00D56A85" w:rsidRPr="00BC6830" w:rsidRDefault="00D56A85" w:rsidP="00066A07">
            <w:pPr>
              <w:pStyle w:val="Sinespaciado"/>
              <w:jc w:val="center"/>
              <w:rPr>
                <w:rFonts w:ascii="Arial" w:hAnsi="Arial" w:cs="Arial"/>
                <w:lang w:val="es-CO"/>
              </w:rPr>
            </w:pPr>
          </w:p>
        </w:tc>
      </w:tr>
      <w:tr w:rsidR="00D56A85" w:rsidRPr="00BC6830" w14:paraId="222518BA" w14:textId="77777777" w:rsidTr="005E0E45">
        <w:trPr>
          <w:trHeight w:val="44"/>
        </w:trPr>
        <w:tc>
          <w:tcPr>
            <w:tcW w:w="709" w:type="dxa"/>
            <w:tcBorders>
              <w:top w:val="nil"/>
              <w:left w:val="single" w:sz="4" w:space="0" w:color="000000"/>
              <w:bottom w:val="single" w:sz="4" w:space="0" w:color="000000"/>
              <w:right w:val="single" w:sz="4" w:space="0" w:color="000000"/>
            </w:tcBorders>
          </w:tcPr>
          <w:p w14:paraId="48B731A9" w14:textId="77777777" w:rsidR="00D56A85" w:rsidRPr="00BC6830" w:rsidRDefault="00D56A85" w:rsidP="00066A07">
            <w:pPr>
              <w:pStyle w:val="Sinespaciado"/>
              <w:jc w:val="right"/>
              <w:rPr>
                <w:rFonts w:ascii="Arial" w:hAnsi="Arial" w:cs="Arial"/>
                <w:lang w:val="es-CO"/>
              </w:rPr>
            </w:pPr>
            <w:r w:rsidRPr="00BC6830">
              <w:rPr>
                <w:rFonts w:ascii="Arial" w:hAnsi="Arial" w:cs="Arial"/>
                <w:lang w:val="es-CO"/>
              </w:rPr>
              <w:t>9</w:t>
            </w:r>
          </w:p>
        </w:tc>
        <w:tc>
          <w:tcPr>
            <w:tcW w:w="4961" w:type="dxa"/>
            <w:tcBorders>
              <w:top w:val="nil"/>
              <w:left w:val="nil"/>
              <w:bottom w:val="single" w:sz="4" w:space="0" w:color="000000"/>
              <w:right w:val="single" w:sz="4" w:space="0" w:color="000000"/>
            </w:tcBorders>
          </w:tcPr>
          <w:p w14:paraId="36F903D3" w14:textId="77777777" w:rsidR="00D56A85" w:rsidRPr="005E0E45" w:rsidRDefault="00D56A85" w:rsidP="00066A07">
            <w:pPr>
              <w:pStyle w:val="Sinespaciado"/>
              <w:rPr>
                <w:rFonts w:ascii="Arial" w:hAnsi="Arial" w:cs="Arial"/>
                <w:i/>
                <w:iCs/>
                <w:lang w:val="es-CO"/>
              </w:rPr>
            </w:pPr>
            <w:r w:rsidRPr="005E0E45">
              <w:rPr>
                <w:rFonts w:ascii="Arial" w:hAnsi="Arial" w:cs="Arial"/>
                <w:i/>
                <w:iCs/>
                <w:lang w:val="es-CO"/>
              </w:rPr>
              <w:t>FORERO MOLINA ANDRÉS EDUARDO</w:t>
            </w:r>
          </w:p>
        </w:tc>
        <w:tc>
          <w:tcPr>
            <w:tcW w:w="1980" w:type="dxa"/>
            <w:tcBorders>
              <w:top w:val="single" w:sz="4" w:space="0" w:color="000000"/>
              <w:left w:val="nil"/>
              <w:bottom w:val="single" w:sz="4" w:space="0" w:color="000000"/>
              <w:right w:val="single" w:sz="4" w:space="0" w:color="000000"/>
            </w:tcBorders>
          </w:tcPr>
          <w:p w14:paraId="0A1490EB" w14:textId="77777777" w:rsidR="00D56A85" w:rsidRPr="00BC6830" w:rsidRDefault="00D56A85" w:rsidP="00066A07">
            <w:pPr>
              <w:pStyle w:val="Sinespaciado"/>
              <w:jc w:val="center"/>
              <w:rPr>
                <w:rFonts w:ascii="Arial" w:hAnsi="Arial" w:cs="Arial"/>
                <w:lang w:val="es-CO"/>
              </w:rPr>
            </w:pPr>
          </w:p>
        </w:tc>
        <w:tc>
          <w:tcPr>
            <w:tcW w:w="1984" w:type="dxa"/>
            <w:tcBorders>
              <w:top w:val="single" w:sz="4" w:space="0" w:color="000000"/>
              <w:left w:val="nil"/>
              <w:bottom w:val="single" w:sz="4" w:space="0" w:color="000000"/>
              <w:right w:val="single" w:sz="4" w:space="0" w:color="000000"/>
            </w:tcBorders>
          </w:tcPr>
          <w:p w14:paraId="520843FD" w14:textId="77777777" w:rsidR="00D56A85" w:rsidRPr="00BC6830" w:rsidRDefault="007356D2" w:rsidP="00066A07">
            <w:pPr>
              <w:pStyle w:val="Sinespaciado"/>
              <w:jc w:val="center"/>
              <w:rPr>
                <w:rFonts w:ascii="Arial" w:hAnsi="Arial" w:cs="Arial"/>
                <w:lang w:val="es-CO"/>
              </w:rPr>
            </w:pPr>
            <w:r w:rsidRPr="00BC6830">
              <w:rPr>
                <w:rFonts w:ascii="Arial" w:hAnsi="Arial" w:cs="Arial"/>
                <w:lang w:val="es-CO"/>
              </w:rPr>
              <w:t>X</w:t>
            </w:r>
          </w:p>
        </w:tc>
      </w:tr>
      <w:tr w:rsidR="00D56A85" w:rsidRPr="00BC6830" w14:paraId="0511AA49" w14:textId="77777777" w:rsidTr="005E0E45">
        <w:trPr>
          <w:trHeight w:val="44"/>
        </w:trPr>
        <w:tc>
          <w:tcPr>
            <w:tcW w:w="709" w:type="dxa"/>
            <w:tcBorders>
              <w:top w:val="nil"/>
              <w:left w:val="single" w:sz="4" w:space="0" w:color="000000"/>
              <w:bottom w:val="single" w:sz="4" w:space="0" w:color="000000"/>
              <w:right w:val="single" w:sz="4" w:space="0" w:color="000000"/>
            </w:tcBorders>
          </w:tcPr>
          <w:p w14:paraId="04326CEB" w14:textId="77777777" w:rsidR="00D56A85" w:rsidRPr="00BC6830" w:rsidRDefault="00D56A85" w:rsidP="00066A07">
            <w:pPr>
              <w:pStyle w:val="Sinespaciado"/>
              <w:jc w:val="right"/>
              <w:rPr>
                <w:rFonts w:ascii="Arial" w:hAnsi="Arial" w:cs="Arial"/>
                <w:lang w:val="es-CO"/>
              </w:rPr>
            </w:pPr>
            <w:r w:rsidRPr="00BC6830">
              <w:rPr>
                <w:rFonts w:ascii="Arial" w:hAnsi="Arial" w:cs="Arial"/>
                <w:lang w:val="es-CO"/>
              </w:rPr>
              <w:t>10</w:t>
            </w:r>
          </w:p>
        </w:tc>
        <w:tc>
          <w:tcPr>
            <w:tcW w:w="4961" w:type="dxa"/>
            <w:tcBorders>
              <w:top w:val="nil"/>
              <w:left w:val="nil"/>
              <w:bottom w:val="single" w:sz="4" w:space="0" w:color="000000"/>
              <w:right w:val="single" w:sz="4" w:space="0" w:color="000000"/>
            </w:tcBorders>
          </w:tcPr>
          <w:p w14:paraId="1D892294" w14:textId="77777777" w:rsidR="00D56A85" w:rsidRPr="005E0E45" w:rsidRDefault="00D56A85" w:rsidP="00066A07">
            <w:pPr>
              <w:pStyle w:val="Sinespaciado"/>
              <w:rPr>
                <w:rFonts w:ascii="Arial" w:hAnsi="Arial" w:cs="Arial"/>
                <w:i/>
                <w:iCs/>
                <w:lang w:val="es-CO"/>
              </w:rPr>
            </w:pPr>
            <w:r w:rsidRPr="005E0E45">
              <w:rPr>
                <w:rFonts w:ascii="Arial" w:hAnsi="Arial" w:cs="Arial"/>
                <w:i/>
                <w:iCs/>
                <w:lang w:val="es-CO"/>
              </w:rPr>
              <w:t>GÓMEZ LÓPEZ GERMAN JOSÉ</w:t>
            </w:r>
          </w:p>
        </w:tc>
        <w:tc>
          <w:tcPr>
            <w:tcW w:w="1980" w:type="dxa"/>
            <w:tcBorders>
              <w:top w:val="single" w:sz="4" w:space="0" w:color="000000"/>
              <w:left w:val="nil"/>
              <w:bottom w:val="single" w:sz="4" w:space="0" w:color="000000"/>
              <w:right w:val="single" w:sz="4" w:space="0" w:color="000000"/>
            </w:tcBorders>
          </w:tcPr>
          <w:p w14:paraId="31004BE0" w14:textId="77777777" w:rsidR="00D56A85" w:rsidRPr="00BC6830" w:rsidRDefault="007356D2"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736BAE7B" w14:textId="77777777" w:rsidR="00D56A85" w:rsidRPr="00BC6830" w:rsidRDefault="00D56A85" w:rsidP="00066A07">
            <w:pPr>
              <w:pStyle w:val="Sinespaciado"/>
              <w:jc w:val="center"/>
              <w:rPr>
                <w:rFonts w:ascii="Arial" w:hAnsi="Arial" w:cs="Arial"/>
                <w:lang w:val="es-CO"/>
              </w:rPr>
            </w:pPr>
          </w:p>
        </w:tc>
      </w:tr>
      <w:tr w:rsidR="00D56A85" w:rsidRPr="00BC6830" w14:paraId="1C75F7CB" w14:textId="77777777" w:rsidTr="005E0E45">
        <w:trPr>
          <w:trHeight w:val="114"/>
        </w:trPr>
        <w:tc>
          <w:tcPr>
            <w:tcW w:w="709" w:type="dxa"/>
            <w:tcBorders>
              <w:top w:val="nil"/>
              <w:left w:val="single" w:sz="4" w:space="0" w:color="000000"/>
              <w:bottom w:val="single" w:sz="4" w:space="0" w:color="000000"/>
              <w:right w:val="single" w:sz="4" w:space="0" w:color="000000"/>
            </w:tcBorders>
          </w:tcPr>
          <w:p w14:paraId="11BE60E7" w14:textId="77777777" w:rsidR="00D56A85" w:rsidRPr="00BC6830" w:rsidRDefault="00D56A85" w:rsidP="00066A07">
            <w:pPr>
              <w:pStyle w:val="Sinespaciado"/>
              <w:jc w:val="right"/>
              <w:rPr>
                <w:rFonts w:ascii="Arial" w:hAnsi="Arial" w:cs="Arial"/>
                <w:lang w:val="es-CO"/>
              </w:rPr>
            </w:pPr>
            <w:r w:rsidRPr="00BC6830">
              <w:rPr>
                <w:rFonts w:ascii="Arial" w:hAnsi="Arial" w:cs="Arial"/>
                <w:lang w:val="es-CO"/>
              </w:rPr>
              <w:t>11</w:t>
            </w:r>
          </w:p>
        </w:tc>
        <w:tc>
          <w:tcPr>
            <w:tcW w:w="4961" w:type="dxa"/>
            <w:tcBorders>
              <w:top w:val="nil"/>
              <w:left w:val="nil"/>
              <w:bottom w:val="single" w:sz="4" w:space="0" w:color="000000"/>
              <w:right w:val="single" w:sz="4" w:space="0" w:color="000000"/>
            </w:tcBorders>
          </w:tcPr>
          <w:p w14:paraId="4F98421A" w14:textId="77777777" w:rsidR="00D56A85" w:rsidRPr="005E0E45" w:rsidRDefault="00D56A85" w:rsidP="00066A07">
            <w:pPr>
              <w:pStyle w:val="Sinespaciado"/>
              <w:rPr>
                <w:rFonts w:ascii="Arial" w:hAnsi="Arial" w:cs="Arial"/>
                <w:i/>
                <w:iCs/>
                <w:lang w:val="es-CO"/>
              </w:rPr>
            </w:pPr>
            <w:r w:rsidRPr="005E0E45">
              <w:rPr>
                <w:rFonts w:ascii="Arial" w:hAnsi="Arial" w:cs="Arial"/>
                <w:i/>
                <w:iCs/>
                <w:lang w:val="es-CO"/>
              </w:rPr>
              <w:t>LONDOÑO BARRERA JUAN CAMILO</w:t>
            </w:r>
          </w:p>
        </w:tc>
        <w:tc>
          <w:tcPr>
            <w:tcW w:w="1980" w:type="dxa"/>
            <w:tcBorders>
              <w:top w:val="single" w:sz="4" w:space="0" w:color="000000"/>
              <w:left w:val="nil"/>
              <w:bottom w:val="single" w:sz="4" w:space="0" w:color="000000"/>
              <w:right w:val="single" w:sz="4" w:space="0" w:color="000000"/>
            </w:tcBorders>
          </w:tcPr>
          <w:p w14:paraId="1F2CC487" w14:textId="77777777" w:rsidR="00D56A85" w:rsidRPr="00BC6830" w:rsidRDefault="007356D2"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137C23CC" w14:textId="77777777" w:rsidR="00D56A85" w:rsidRPr="00BC6830" w:rsidRDefault="00D56A85" w:rsidP="00066A07">
            <w:pPr>
              <w:pStyle w:val="Sinespaciado"/>
              <w:jc w:val="center"/>
              <w:rPr>
                <w:rFonts w:ascii="Arial" w:hAnsi="Arial" w:cs="Arial"/>
                <w:lang w:val="es-CO"/>
              </w:rPr>
            </w:pPr>
          </w:p>
        </w:tc>
      </w:tr>
      <w:tr w:rsidR="00D56A85" w:rsidRPr="00BC6830" w14:paraId="74BEA3BF" w14:textId="77777777" w:rsidTr="005E0E45">
        <w:trPr>
          <w:trHeight w:val="73"/>
        </w:trPr>
        <w:tc>
          <w:tcPr>
            <w:tcW w:w="709" w:type="dxa"/>
            <w:tcBorders>
              <w:top w:val="nil"/>
              <w:left w:val="single" w:sz="4" w:space="0" w:color="000000"/>
              <w:bottom w:val="single" w:sz="4" w:space="0" w:color="000000"/>
              <w:right w:val="single" w:sz="4" w:space="0" w:color="000000"/>
            </w:tcBorders>
          </w:tcPr>
          <w:p w14:paraId="74AFE070" w14:textId="77777777" w:rsidR="00D56A85" w:rsidRPr="00BC6830" w:rsidRDefault="00D56A85" w:rsidP="00066A07">
            <w:pPr>
              <w:pStyle w:val="Sinespaciado"/>
              <w:jc w:val="right"/>
              <w:rPr>
                <w:rFonts w:ascii="Arial" w:hAnsi="Arial" w:cs="Arial"/>
                <w:lang w:val="es-CO"/>
              </w:rPr>
            </w:pPr>
            <w:r w:rsidRPr="00BC6830">
              <w:rPr>
                <w:rFonts w:ascii="Arial" w:hAnsi="Arial" w:cs="Arial"/>
                <w:lang w:val="es-CO"/>
              </w:rPr>
              <w:t>12</w:t>
            </w:r>
          </w:p>
        </w:tc>
        <w:tc>
          <w:tcPr>
            <w:tcW w:w="4961" w:type="dxa"/>
            <w:tcBorders>
              <w:top w:val="nil"/>
              <w:left w:val="nil"/>
              <w:bottom w:val="single" w:sz="4" w:space="0" w:color="000000"/>
              <w:right w:val="single" w:sz="4" w:space="0" w:color="000000"/>
            </w:tcBorders>
          </w:tcPr>
          <w:p w14:paraId="1A4223A6" w14:textId="77777777" w:rsidR="00D56A85" w:rsidRPr="005E0E45" w:rsidRDefault="00D56A85" w:rsidP="00066A07">
            <w:pPr>
              <w:pStyle w:val="Sinespaciado"/>
              <w:rPr>
                <w:rFonts w:ascii="Arial" w:hAnsi="Arial" w:cs="Arial"/>
                <w:i/>
                <w:iCs/>
                <w:lang w:val="es-CO"/>
              </w:rPr>
            </w:pPr>
            <w:r w:rsidRPr="005E0E45">
              <w:rPr>
                <w:rFonts w:ascii="Arial" w:hAnsi="Arial" w:cs="Arial"/>
                <w:i/>
                <w:iCs/>
                <w:lang w:val="es-CO"/>
              </w:rPr>
              <w:t>LOPERA MONSALVE MARÍA EUGENIA</w:t>
            </w:r>
          </w:p>
        </w:tc>
        <w:tc>
          <w:tcPr>
            <w:tcW w:w="1980" w:type="dxa"/>
            <w:tcBorders>
              <w:top w:val="single" w:sz="4" w:space="0" w:color="000000"/>
              <w:left w:val="nil"/>
              <w:bottom w:val="single" w:sz="4" w:space="0" w:color="000000"/>
              <w:right w:val="single" w:sz="4" w:space="0" w:color="000000"/>
            </w:tcBorders>
          </w:tcPr>
          <w:p w14:paraId="765E4DA0" w14:textId="77777777" w:rsidR="00D56A85" w:rsidRPr="00BC6830" w:rsidRDefault="00D56A85" w:rsidP="00066A07">
            <w:pPr>
              <w:pStyle w:val="Sinespaciado"/>
              <w:jc w:val="center"/>
              <w:rPr>
                <w:rFonts w:ascii="Arial" w:hAnsi="Arial" w:cs="Arial"/>
                <w:lang w:val="es-CO"/>
              </w:rPr>
            </w:pPr>
          </w:p>
        </w:tc>
        <w:tc>
          <w:tcPr>
            <w:tcW w:w="1984" w:type="dxa"/>
            <w:tcBorders>
              <w:top w:val="single" w:sz="4" w:space="0" w:color="000000"/>
              <w:left w:val="nil"/>
              <w:bottom w:val="single" w:sz="4" w:space="0" w:color="000000"/>
              <w:right w:val="single" w:sz="4" w:space="0" w:color="000000"/>
            </w:tcBorders>
          </w:tcPr>
          <w:p w14:paraId="1AD4E76B" w14:textId="77777777" w:rsidR="00D56A85" w:rsidRPr="00BC6830" w:rsidRDefault="00D56A85" w:rsidP="00066A07">
            <w:pPr>
              <w:pStyle w:val="Sinespaciado"/>
              <w:jc w:val="center"/>
              <w:rPr>
                <w:rFonts w:ascii="Arial" w:hAnsi="Arial" w:cs="Arial"/>
                <w:lang w:val="es-CO"/>
              </w:rPr>
            </w:pPr>
          </w:p>
        </w:tc>
      </w:tr>
      <w:tr w:rsidR="00D56A85" w:rsidRPr="00BC6830" w14:paraId="3FAC534C" w14:textId="77777777" w:rsidTr="005E0E45">
        <w:trPr>
          <w:trHeight w:val="247"/>
        </w:trPr>
        <w:tc>
          <w:tcPr>
            <w:tcW w:w="709" w:type="dxa"/>
            <w:tcBorders>
              <w:top w:val="nil"/>
              <w:left w:val="single" w:sz="4" w:space="0" w:color="000000"/>
              <w:bottom w:val="single" w:sz="4" w:space="0" w:color="000000"/>
              <w:right w:val="single" w:sz="4" w:space="0" w:color="000000"/>
            </w:tcBorders>
          </w:tcPr>
          <w:p w14:paraId="509CD936" w14:textId="77777777" w:rsidR="00D56A85" w:rsidRPr="00BC6830" w:rsidRDefault="00D56A85" w:rsidP="00066A07">
            <w:pPr>
              <w:pStyle w:val="Sinespaciado"/>
              <w:jc w:val="right"/>
              <w:rPr>
                <w:rFonts w:ascii="Arial" w:hAnsi="Arial" w:cs="Arial"/>
                <w:lang w:val="es-CO"/>
              </w:rPr>
            </w:pPr>
            <w:r w:rsidRPr="00BC6830">
              <w:rPr>
                <w:rFonts w:ascii="Arial" w:hAnsi="Arial" w:cs="Arial"/>
                <w:lang w:val="es-CO"/>
              </w:rPr>
              <w:t>13</w:t>
            </w:r>
          </w:p>
        </w:tc>
        <w:tc>
          <w:tcPr>
            <w:tcW w:w="4961" w:type="dxa"/>
            <w:tcBorders>
              <w:top w:val="nil"/>
              <w:left w:val="nil"/>
              <w:bottom w:val="single" w:sz="4" w:space="0" w:color="000000"/>
              <w:right w:val="single" w:sz="4" w:space="0" w:color="000000"/>
            </w:tcBorders>
          </w:tcPr>
          <w:p w14:paraId="2C45CC27" w14:textId="77777777" w:rsidR="00D56A85" w:rsidRPr="005E0E45" w:rsidRDefault="00D56A85" w:rsidP="00066A07">
            <w:pPr>
              <w:pStyle w:val="Sinespaciado"/>
              <w:rPr>
                <w:rFonts w:ascii="Arial" w:hAnsi="Arial" w:cs="Arial"/>
                <w:i/>
                <w:iCs/>
                <w:lang w:val="es-CO"/>
              </w:rPr>
            </w:pPr>
            <w:r w:rsidRPr="005E0E45">
              <w:rPr>
                <w:rFonts w:ascii="Arial" w:hAnsi="Arial" w:cs="Arial"/>
                <w:i/>
                <w:iCs/>
                <w:lang w:val="es-CO"/>
              </w:rPr>
              <w:t>LÓPEZ SALAZAR KAREN JULIANA</w:t>
            </w:r>
          </w:p>
        </w:tc>
        <w:tc>
          <w:tcPr>
            <w:tcW w:w="1980" w:type="dxa"/>
            <w:tcBorders>
              <w:top w:val="single" w:sz="4" w:space="0" w:color="000000"/>
              <w:left w:val="nil"/>
              <w:bottom w:val="single" w:sz="4" w:space="0" w:color="000000"/>
              <w:right w:val="single" w:sz="4" w:space="0" w:color="000000"/>
            </w:tcBorders>
          </w:tcPr>
          <w:p w14:paraId="0CB5BE5A" w14:textId="77777777" w:rsidR="00D56A85" w:rsidRPr="00BC6830" w:rsidRDefault="007356D2"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33542F6E" w14:textId="77777777" w:rsidR="00D56A85" w:rsidRPr="00BC6830" w:rsidRDefault="00D56A85" w:rsidP="00066A07">
            <w:pPr>
              <w:pStyle w:val="Sinespaciado"/>
              <w:jc w:val="center"/>
              <w:rPr>
                <w:rFonts w:ascii="Arial" w:hAnsi="Arial" w:cs="Arial"/>
                <w:lang w:val="es-CO"/>
              </w:rPr>
            </w:pPr>
          </w:p>
        </w:tc>
      </w:tr>
      <w:tr w:rsidR="00D56A85" w:rsidRPr="00BC6830" w14:paraId="0AA084A5" w14:textId="77777777" w:rsidTr="005E0E45">
        <w:trPr>
          <w:trHeight w:val="238"/>
        </w:trPr>
        <w:tc>
          <w:tcPr>
            <w:tcW w:w="709" w:type="dxa"/>
            <w:tcBorders>
              <w:top w:val="nil"/>
              <w:left w:val="single" w:sz="4" w:space="0" w:color="000000"/>
              <w:bottom w:val="single" w:sz="4" w:space="0" w:color="000000"/>
              <w:right w:val="single" w:sz="4" w:space="0" w:color="000000"/>
            </w:tcBorders>
          </w:tcPr>
          <w:p w14:paraId="51045743" w14:textId="77777777" w:rsidR="00D56A85" w:rsidRPr="00BC6830" w:rsidRDefault="00D56A85" w:rsidP="00066A07">
            <w:pPr>
              <w:pStyle w:val="Sinespaciado"/>
              <w:jc w:val="right"/>
              <w:rPr>
                <w:rFonts w:ascii="Arial" w:hAnsi="Arial" w:cs="Arial"/>
                <w:lang w:val="es-CO"/>
              </w:rPr>
            </w:pPr>
            <w:r w:rsidRPr="00BC6830">
              <w:rPr>
                <w:rFonts w:ascii="Arial" w:hAnsi="Arial" w:cs="Arial"/>
                <w:lang w:val="es-CO"/>
              </w:rPr>
              <w:t>14</w:t>
            </w:r>
          </w:p>
        </w:tc>
        <w:tc>
          <w:tcPr>
            <w:tcW w:w="4961" w:type="dxa"/>
            <w:tcBorders>
              <w:top w:val="nil"/>
              <w:left w:val="nil"/>
              <w:bottom w:val="single" w:sz="4" w:space="0" w:color="000000"/>
              <w:right w:val="single" w:sz="4" w:space="0" w:color="000000"/>
            </w:tcBorders>
          </w:tcPr>
          <w:p w14:paraId="2E947836" w14:textId="77777777" w:rsidR="00D56A85" w:rsidRPr="005E0E45" w:rsidRDefault="00D56A85" w:rsidP="00066A07">
            <w:pPr>
              <w:pStyle w:val="Sinespaciado"/>
              <w:rPr>
                <w:rFonts w:ascii="Arial" w:hAnsi="Arial" w:cs="Arial"/>
                <w:i/>
                <w:iCs/>
                <w:lang w:val="es-CO"/>
              </w:rPr>
            </w:pPr>
            <w:r w:rsidRPr="005E0E45">
              <w:rPr>
                <w:rFonts w:ascii="Arial" w:hAnsi="Arial" w:cs="Arial"/>
                <w:i/>
                <w:iCs/>
                <w:lang w:val="es-CO"/>
              </w:rPr>
              <w:t xml:space="preserve">MONDRAGÓN GARZÓN ALFREDO </w:t>
            </w:r>
          </w:p>
        </w:tc>
        <w:tc>
          <w:tcPr>
            <w:tcW w:w="1980" w:type="dxa"/>
            <w:tcBorders>
              <w:top w:val="single" w:sz="4" w:space="0" w:color="000000"/>
              <w:left w:val="nil"/>
              <w:bottom w:val="single" w:sz="4" w:space="0" w:color="000000"/>
              <w:right w:val="single" w:sz="4" w:space="0" w:color="000000"/>
            </w:tcBorders>
          </w:tcPr>
          <w:p w14:paraId="10D4856A" w14:textId="77777777" w:rsidR="00D56A85" w:rsidRPr="00BC6830" w:rsidRDefault="00D56A85" w:rsidP="00066A07">
            <w:pPr>
              <w:pStyle w:val="Sinespaciado"/>
              <w:jc w:val="center"/>
              <w:rPr>
                <w:rFonts w:ascii="Arial" w:hAnsi="Arial" w:cs="Arial"/>
                <w:lang w:val="es-CO"/>
              </w:rPr>
            </w:pPr>
          </w:p>
        </w:tc>
        <w:tc>
          <w:tcPr>
            <w:tcW w:w="1984" w:type="dxa"/>
            <w:tcBorders>
              <w:top w:val="single" w:sz="4" w:space="0" w:color="000000"/>
              <w:left w:val="nil"/>
              <w:bottom w:val="single" w:sz="4" w:space="0" w:color="000000"/>
              <w:right w:val="single" w:sz="4" w:space="0" w:color="000000"/>
            </w:tcBorders>
          </w:tcPr>
          <w:p w14:paraId="440EE629" w14:textId="77777777" w:rsidR="00D56A85" w:rsidRPr="00BC6830" w:rsidRDefault="00D56A85" w:rsidP="00066A07">
            <w:pPr>
              <w:pStyle w:val="Sinespaciado"/>
              <w:jc w:val="center"/>
              <w:rPr>
                <w:rFonts w:ascii="Arial" w:hAnsi="Arial" w:cs="Arial"/>
                <w:lang w:val="es-CO"/>
              </w:rPr>
            </w:pPr>
          </w:p>
        </w:tc>
      </w:tr>
      <w:tr w:rsidR="00D56A85" w:rsidRPr="00BC6830" w14:paraId="73FC1527" w14:textId="77777777" w:rsidTr="005E0E45">
        <w:trPr>
          <w:trHeight w:val="81"/>
        </w:trPr>
        <w:tc>
          <w:tcPr>
            <w:tcW w:w="709" w:type="dxa"/>
            <w:tcBorders>
              <w:top w:val="nil"/>
              <w:left w:val="single" w:sz="4" w:space="0" w:color="000000"/>
              <w:bottom w:val="single" w:sz="4" w:space="0" w:color="000000"/>
              <w:right w:val="single" w:sz="4" w:space="0" w:color="000000"/>
            </w:tcBorders>
          </w:tcPr>
          <w:p w14:paraId="4B0D67F0" w14:textId="77777777" w:rsidR="00D56A85" w:rsidRPr="00BC6830" w:rsidRDefault="00D56A85" w:rsidP="00066A07">
            <w:pPr>
              <w:pStyle w:val="Sinespaciado"/>
              <w:jc w:val="right"/>
              <w:rPr>
                <w:rFonts w:ascii="Arial" w:hAnsi="Arial" w:cs="Arial"/>
                <w:lang w:val="es-CO"/>
              </w:rPr>
            </w:pPr>
            <w:r w:rsidRPr="00BC6830">
              <w:rPr>
                <w:rFonts w:ascii="Arial" w:hAnsi="Arial" w:cs="Arial"/>
                <w:lang w:val="es-CO"/>
              </w:rPr>
              <w:t>15</w:t>
            </w:r>
          </w:p>
        </w:tc>
        <w:tc>
          <w:tcPr>
            <w:tcW w:w="4961" w:type="dxa"/>
            <w:tcBorders>
              <w:top w:val="nil"/>
              <w:left w:val="nil"/>
              <w:bottom w:val="single" w:sz="4" w:space="0" w:color="000000"/>
              <w:right w:val="single" w:sz="4" w:space="0" w:color="000000"/>
            </w:tcBorders>
          </w:tcPr>
          <w:p w14:paraId="5C592C4A" w14:textId="77777777" w:rsidR="00D56A85" w:rsidRPr="005E0E45" w:rsidRDefault="00D56A85" w:rsidP="00066A07">
            <w:pPr>
              <w:pStyle w:val="Sinespaciado"/>
              <w:rPr>
                <w:rFonts w:ascii="Arial" w:hAnsi="Arial" w:cs="Arial"/>
                <w:i/>
                <w:iCs/>
                <w:lang w:val="es-CO"/>
              </w:rPr>
            </w:pPr>
            <w:r w:rsidRPr="005E0E45">
              <w:rPr>
                <w:rFonts w:ascii="Arial" w:hAnsi="Arial" w:cs="Arial"/>
                <w:i/>
                <w:iCs/>
                <w:lang w:val="es-CO"/>
              </w:rPr>
              <w:t>PÉREZ ARANGO BETSY JUDITH</w:t>
            </w:r>
          </w:p>
        </w:tc>
        <w:tc>
          <w:tcPr>
            <w:tcW w:w="1980" w:type="dxa"/>
            <w:tcBorders>
              <w:top w:val="single" w:sz="4" w:space="0" w:color="000000"/>
              <w:left w:val="nil"/>
              <w:bottom w:val="single" w:sz="4" w:space="0" w:color="000000"/>
              <w:right w:val="single" w:sz="4" w:space="0" w:color="000000"/>
            </w:tcBorders>
          </w:tcPr>
          <w:p w14:paraId="6405055F" w14:textId="77777777" w:rsidR="00D56A85" w:rsidRPr="00BC6830" w:rsidRDefault="007356D2"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2FABFC55" w14:textId="77777777" w:rsidR="00D56A85" w:rsidRPr="00BC6830" w:rsidRDefault="00D56A85" w:rsidP="00066A07">
            <w:pPr>
              <w:pStyle w:val="Sinespaciado"/>
              <w:jc w:val="center"/>
              <w:rPr>
                <w:rFonts w:ascii="Arial" w:hAnsi="Arial" w:cs="Arial"/>
                <w:lang w:val="es-CO"/>
              </w:rPr>
            </w:pPr>
          </w:p>
        </w:tc>
      </w:tr>
      <w:tr w:rsidR="00D56A85" w:rsidRPr="00BC6830" w14:paraId="0B563B90" w14:textId="77777777" w:rsidTr="005E0E45">
        <w:trPr>
          <w:trHeight w:val="44"/>
        </w:trPr>
        <w:tc>
          <w:tcPr>
            <w:tcW w:w="709" w:type="dxa"/>
            <w:tcBorders>
              <w:top w:val="nil"/>
              <w:left w:val="single" w:sz="4" w:space="0" w:color="000000"/>
              <w:bottom w:val="single" w:sz="4" w:space="0" w:color="auto"/>
              <w:right w:val="single" w:sz="4" w:space="0" w:color="000000"/>
            </w:tcBorders>
          </w:tcPr>
          <w:p w14:paraId="28C475ED" w14:textId="77777777" w:rsidR="00D56A85" w:rsidRPr="00BC6830" w:rsidRDefault="00D56A85" w:rsidP="00066A07">
            <w:pPr>
              <w:pStyle w:val="Sinespaciado"/>
              <w:jc w:val="right"/>
              <w:rPr>
                <w:rFonts w:ascii="Arial" w:hAnsi="Arial" w:cs="Arial"/>
                <w:lang w:val="es-CO"/>
              </w:rPr>
            </w:pPr>
            <w:r w:rsidRPr="00BC6830">
              <w:rPr>
                <w:rFonts w:ascii="Arial" w:hAnsi="Arial" w:cs="Arial"/>
                <w:lang w:val="es-CO"/>
              </w:rPr>
              <w:t>16</w:t>
            </w:r>
          </w:p>
        </w:tc>
        <w:tc>
          <w:tcPr>
            <w:tcW w:w="4961" w:type="dxa"/>
            <w:tcBorders>
              <w:top w:val="nil"/>
              <w:left w:val="nil"/>
              <w:bottom w:val="single" w:sz="4" w:space="0" w:color="auto"/>
              <w:right w:val="single" w:sz="4" w:space="0" w:color="000000"/>
            </w:tcBorders>
          </w:tcPr>
          <w:p w14:paraId="13ECC936" w14:textId="77777777" w:rsidR="00D56A85" w:rsidRPr="005E0E45" w:rsidRDefault="00D56A85" w:rsidP="00066A07">
            <w:pPr>
              <w:pStyle w:val="Sinespaciado"/>
              <w:rPr>
                <w:rFonts w:ascii="Arial" w:hAnsi="Arial" w:cs="Arial"/>
                <w:i/>
                <w:iCs/>
                <w:lang w:val="es-CO"/>
              </w:rPr>
            </w:pPr>
            <w:r w:rsidRPr="005E0E45">
              <w:rPr>
                <w:rFonts w:ascii="Arial" w:hAnsi="Arial" w:cs="Arial"/>
                <w:i/>
                <w:iCs/>
                <w:lang w:val="es-CO"/>
              </w:rPr>
              <w:t>QUEVEDO HERRERA JORGE ALEXANDER</w:t>
            </w:r>
          </w:p>
        </w:tc>
        <w:tc>
          <w:tcPr>
            <w:tcW w:w="1980" w:type="dxa"/>
            <w:tcBorders>
              <w:top w:val="single" w:sz="4" w:space="0" w:color="000000"/>
              <w:left w:val="nil"/>
              <w:bottom w:val="single" w:sz="4" w:space="0" w:color="auto"/>
              <w:right w:val="single" w:sz="4" w:space="0" w:color="000000"/>
            </w:tcBorders>
          </w:tcPr>
          <w:p w14:paraId="7DEFD45C" w14:textId="77777777" w:rsidR="00D56A85" w:rsidRPr="00BC6830" w:rsidRDefault="007356D2"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auto"/>
              <w:right w:val="single" w:sz="4" w:space="0" w:color="000000"/>
            </w:tcBorders>
          </w:tcPr>
          <w:p w14:paraId="74B2D304" w14:textId="77777777" w:rsidR="00D56A85" w:rsidRPr="00BC6830" w:rsidRDefault="00D56A85" w:rsidP="00066A07">
            <w:pPr>
              <w:pStyle w:val="Sinespaciado"/>
              <w:jc w:val="center"/>
              <w:rPr>
                <w:rFonts w:ascii="Arial" w:hAnsi="Arial" w:cs="Arial"/>
                <w:lang w:val="es-CO"/>
              </w:rPr>
            </w:pPr>
          </w:p>
        </w:tc>
      </w:tr>
      <w:tr w:rsidR="00D56A85" w:rsidRPr="00BC6830" w14:paraId="19584245" w14:textId="77777777" w:rsidTr="005E0E45">
        <w:trPr>
          <w:trHeight w:val="44"/>
        </w:trPr>
        <w:tc>
          <w:tcPr>
            <w:tcW w:w="709" w:type="dxa"/>
            <w:tcBorders>
              <w:top w:val="single" w:sz="4" w:space="0" w:color="auto"/>
              <w:left w:val="single" w:sz="4" w:space="0" w:color="000000"/>
              <w:bottom w:val="single" w:sz="4" w:space="0" w:color="000000"/>
              <w:right w:val="single" w:sz="4" w:space="0" w:color="000000"/>
            </w:tcBorders>
          </w:tcPr>
          <w:p w14:paraId="0637C793" w14:textId="77777777" w:rsidR="00D56A85" w:rsidRPr="00BC6830" w:rsidRDefault="00D56A85" w:rsidP="00066A07">
            <w:pPr>
              <w:pStyle w:val="Sinespaciado"/>
              <w:jc w:val="right"/>
              <w:rPr>
                <w:rFonts w:ascii="Arial" w:hAnsi="Arial" w:cs="Arial"/>
                <w:lang w:val="es-CO"/>
              </w:rPr>
            </w:pPr>
            <w:r w:rsidRPr="00BC6830">
              <w:rPr>
                <w:rFonts w:ascii="Arial" w:hAnsi="Arial" w:cs="Arial"/>
                <w:lang w:val="es-CO"/>
              </w:rPr>
              <w:t>17</w:t>
            </w:r>
          </w:p>
        </w:tc>
        <w:tc>
          <w:tcPr>
            <w:tcW w:w="4961" w:type="dxa"/>
            <w:tcBorders>
              <w:top w:val="single" w:sz="4" w:space="0" w:color="auto"/>
              <w:left w:val="nil"/>
              <w:bottom w:val="single" w:sz="4" w:space="0" w:color="000000"/>
              <w:right w:val="single" w:sz="4" w:space="0" w:color="000000"/>
            </w:tcBorders>
          </w:tcPr>
          <w:p w14:paraId="24F01816" w14:textId="77777777" w:rsidR="00D56A85" w:rsidRPr="005E0E45" w:rsidRDefault="00D56A85" w:rsidP="00066A07">
            <w:pPr>
              <w:pStyle w:val="Sinespaciado"/>
              <w:rPr>
                <w:rFonts w:ascii="Arial" w:hAnsi="Arial" w:cs="Arial"/>
                <w:i/>
                <w:iCs/>
                <w:lang w:val="es-CO"/>
              </w:rPr>
            </w:pPr>
            <w:r w:rsidRPr="005E0E45">
              <w:rPr>
                <w:rFonts w:ascii="Arial" w:hAnsi="Arial" w:cs="Arial"/>
                <w:i/>
                <w:iCs/>
                <w:lang w:val="es-CO"/>
              </w:rPr>
              <w:t>ROZO ANÍS GERMAN ROGELIO</w:t>
            </w:r>
          </w:p>
        </w:tc>
        <w:tc>
          <w:tcPr>
            <w:tcW w:w="1980" w:type="dxa"/>
            <w:tcBorders>
              <w:top w:val="single" w:sz="4" w:space="0" w:color="auto"/>
              <w:left w:val="nil"/>
              <w:bottom w:val="single" w:sz="4" w:space="0" w:color="000000"/>
              <w:right w:val="single" w:sz="4" w:space="0" w:color="000000"/>
            </w:tcBorders>
          </w:tcPr>
          <w:p w14:paraId="29D8DAFC" w14:textId="77777777" w:rsidR="00D56A85" w:rsidRPr="00BC6830" w:rsidRDefault="007356D2"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auto"/>
              <w:left w:val="nil"/>
              <w:bottom w:val="single" w:sz="4" w:space="0" w:color="000000"/>
              <w:right w:val="single" w:sz="4" w:space="0" w:color="000000"/>
            </w:tcBorders>
          </w:tcPr>
          <w:p w14:paraId="7F55CAF6" w14:textId="77777777" w:rsidR="00D56A85" w:rsidRPr="00BC6830" w:rsidRDefault="00D56A85" w:rsidP="00066A07">
            <w:pPr>
              <w:pStyle w:val="Sinespaciado"/>
              <w:jc w:val="center"/>
              <w:rPr>
                <w:rFonts w:ascii="Arial" w:hAnsi="Arial" w:cs="Arial"/>
                <w:lang w:val="es-CO"/>
              </w:rPr>
            </w:pPr>
          </w:p>
        </w:tc>
      </w:tr>
      <w:tr w:rsidR="00D56A85" w:rsidRPr="00BC6830" w14:paraId="1EFC472C" w14:textId="77777777" w:rsidTr="005E0E45">
        <w:trPr>
          <w:trHeight w:val="44"/>
        </w:trPr>
        <w:tc>
          <w:tcPr>
            <w:tcW w:w="709" w:type="dxa"/>
            <w:tcBorders>
              <w:top w:val="nil"/>
              <w:left w:val="single" w:sz="4" w:space="0" w:color="000000"/>
              <w:bottom w:val="single" w:sz="4" w:space="0" w:color="auto"/>
              <w:right w:val="single" w:sz="4" w:space="0" w:color="000000"/>
            </w:tcBorders>
          </w:tcPr>
          <w:p w14:paraId="69F31121" w14:textId="77777777" w:rsidR="00D56A85" w:rsidRPr="00BC6830" w:rsidRDefault="00D56A85" w:rsidP="00066A07">
            <w:pPr>
              <w:pStyle w:val="Sinespaciado"/>
              <w:jc w:val="right"/>
              <w:rPr>
                <w:rFonts w:ascii="Arial" w:hAnsi="Arial" w:cs="Arial"/>
                <w:lang w:val="es-CO"/>
              </w:rPr>
            </w:pPr>
            <w:r w:rsidRPr="00BC6830">
              <w:rPr>
                <w:rFonts w:ascii="Arial" w:hAnsi="Arial" w:cs="Arial"/>
                <w:lang w:val="es-CO"/>
              </w:rPr>
              <w:t>18</w:t>
            </w:r>
          </w:p>
        </w:tc>
        <w:tc>
          <w:tcPr>
            <w:tcW w:w="4961" w:type="dxa"/>
            <w:tcBorders>
              <w:top w:val="nil"/>
              <w:left w:val="nil"/>
              <w:bottom w:val="single" w:sz="4" w:space="0" w:color="auto"/>
              <w:right w:val="single" w:sz="4" w:space="0" w:color="000000"/>
            </w:tcBorders>
          </w:tcPr>
          <w:p w14:paraId="2CE50471" w14:textId="77777777" w:rsidR="00D56A85" w:rsidRPr="005E0E45" w:rsidRDefault="00D56A85" w:rsidP="00066A07">
            <w:pPr>
              <w:pStyle w:val="Sinespaciado"/>
              <w:rPr>
                <w:rFonts w:ascii="Arial" w:hAnsi="Arial" w:cs="Arial"/>
                <w:i/>
                <w:iCs/>
                <w:lang w:val="es-CO"/>
              </w:rPr>
            </w:pPr>
            <w:r w:rsidRPr="005E0E45">
              <w:rPr>
                <w:rFonts w:ascii="Arial" w:hAnsi="Arial" w:cs="Arial"/>
                <w:i/>
                <w:iCs/>
                <w:lang w:val="es-CO"/>
              </w:rPr>
              <w:t>SALCEDO GUERRERO VÍCTOR MANUEL</w:t>
            </w:r>
          </w:p>
        </w:tc>
        <w:tc>
          <w:tcPr>
            <w:tcW w:w="1980" w:type="dxa"/>
            <w:tcBorders>
              <w:top w:val="single" w:sz="4" w:space="0" w:color="000000"/>
              <w:left w:val="nil"/>
              <w:bottom w:val="single" w:sz="4" w:space="0" w:color="auto"/>
              <w:right w:val="single" w:sz="4" w:space="0" w:color="000000"/>
            </w:tcBorders>
          </w:tcPr>
          <w:p w14:paraId="68E83AA4" w14:textId="77777777" w:rsidR="00D56A85" w:rsidRPr="00BC6830" w:rsidRDefault="00D56A85" w:rsidP="00066A07">
            <w:pPr>
              <w:pStyle w:val="Sinespaciado"/>
              <w:jc w:val="center"/>
              <w:rPr>
                <w:rFonts w:ascii="Arial" w:hAnsi="Arial" w:cs="Arial"/>
                <w:lang w:val="es-CO"/>
              </w:rPr>
            </w:pPr>
          </w:p>
        </w:tc>
        <w:tc>
          <w:tcPr>
            <w:tcW w:w="1984" w:type="dxa"/>
            <w:tcBorders>
              <w:top w:val="single" w:sz="4" w:space="0" w:color="000000"/>
              <w:left w:val="nil"/>
              <w:bottom w:val="single" w:sz="4" w:space="0" w:color="auto"/>
              <w:right w:val="single" w:sz="4" w:space="0" w:color="000000"/>
            </w:tcBorders>
          </w:tcPr>
          <w:p w14:paraId="301E8C62" w14:textId="77777777" w:rsidR="00D56A85" w:rsidRPr="00BC6830" w:rsidRDefault="007356D2" w:rsidP="00066A07">
            <w:pPr>
              <w:pStyle w:val="Sinespaciado"/>
              <w:jc w:val="center"/>
              <w:rPr>
                <w:rFonts w:ascii="Arial" w:hAnsi="Arial" w:cs="Arial"/>
                <w:lang w:val="es-CO"/>
              </w:rPr>
            </w:pPr>
            <w:r w:rsidRPr="00BC6830">
              <w:rPr>
                <w:rFonts w:ascii="Arial" w:hAnsi="Arial" w:cs="Arial"/>
                <w:lang w:val="es-CO"/>
              </w:rPr>
              <w:t>X</w:t>
            </w:r>
          </w:p>
        </w:tc>
      </w:tr>
      <w:tr w:rsidR="00D56A85" w:rsidRPr="00BC6830" w14:paraId="49F1446A" w14:textId="77777777" w:rsidTr="005E0E45">
        <w:trPr>
          <w:trHeight w:val="107"/>
        </w:trPr>
        <w:tc>
          <w:tcPr>
            <w:tcW w:w="709" w:type="dxa"/>
            <w:tcBorders>
              <w:top w:val="single" w:sz="4" w:space="0" w:color="auto"/>
              <w:left w:val="single" w:sz="4" w:space="0" w:color="auto"/>
              <w:bottom w:val="single" w:sz="4" w:space="0" w:color="auto"/>
              <w:right w:val="single" w:sz="4" w:space="0" w:color="auto"/>
            </w:tcBorders>
          </w:tcPr>
          <w:p w14:paraId="4F4325F8" w14:textId="77777777" w:rsidR="00D56A85" w:rsidRPr="00BC6830" w:rsidRDefault="00D56A85" w:rsidP="00066A07">
            <w:pPr>
              <w:pStyle w:val="Sinespaciado"/>
              <w:jc w:val="right"/>
              <w:rPr>
                <w:rFonts w:ascii="Arial" w:hAnsi="Arial" w:cs="Arial"/>
                <w:lang w:val="es-CO"/>
              </w:rPr>
            </w:pPr>
            <w:r w:rsidRPr="00BC6830">
              <w:rPr>
                <w:rFonts w:ascii="Arial" w:hAnsi="Arial" w:cs="Arial"/>
                <w:lang w:val="es-CO"/>
              </w:rPr>
              <w:t>19</w:t>
            </w:r>
          </w:p>
        </w:tc>
        <w:tc>
          <w:tcPr>
            <w:tcW w:w="4961" w:type="dxa"/>
            <w:tcBorders>
              <w:top w:val="single" w:sz="4" w:space="0" w:color="auto"/>
              <w:left w:val="single" w:sz="4" w:space="0" w:color="auto"/>
              <w:bottom w:val="single" w:sz="4" w:space="0" w:color="auto"/>
              <w:right w:val="single" w:sz="4" w:space="0" w:color="auto"/>
            </w:tcBorders>
          </w:tcPr>
          <w:p w14:paraId="5E1483C4" w14:textId="77777777" w:rsidR="00D56A85" w:rsidRPr="005E0E45" w:rsidRDefault="00D56A85" w:rsidP="00066A07">
            <w:pPr>
              <w:pStyle w:val="Sinespaciado"/>
              <w:rPr>
                <w:rFonts w:ascii="Arial" w:hAnsi="Arial" w:cs="Arial"/>
                <w:i/>
                <w:iCs/>
                <w:lang w:val="es-CO"/>
              </w:rPr>
            </w:pPr>
            <w:r w:rsidRPr="005E0E45">
              <w:rPr>
                <w:rFonts w:ascii="Arial" w:hAnsi="Arial" w:cs="Arial"/>
                <w:i/>
                <w:iCs/>
                <w:lang w:val="es-CO"/>
              </w:rPr>
              <w:t>VARGAS SOLER JUAN CARLOS</w:t>
            </w:r>
          </w:p>
        </w:tc>
        <w:tc>
          <w:tcPr>
            <w:tcW w:w="1980" w:type="dxa"/>
            <w:tcBorders>
              <w:top w:val="single" w:sz="4" w:space="0" w:color="auto"/>
              <w:left w:val="single" w:sz="4" w:space="0" w:color="auto"/>
              <w:bottom w:val="single" w:sz="4" w:space="0" w:color="auto"/>
              <w:right w:val="single" w:sz="4" w:space="0" w:color="auto"/>
            </w:tcBorders>
          </w:tcPr>
          <w:p w14:paraId="540FECE3" w14:textId="77777777" w:rsidR="00D56A85" w:rsidRPr="00BC6830" w:rsidRDefault="007356D2"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auto"/>
              <w:left w:val="single" w:sz="4" w:space="0" w:color="auto"/>
              <w:bottom w:val="single" w:sz="4" w:space="0" w:color="auto"/>
              <w:right w:val="single" w:sz="4" w:space="0" w:color="auto"/>
            </w:tcBorders>
          </w:tcPr>
          <w:p w14:paraId="01FFB5E2" w14:textId="77777777" w:rsidR="00D56A85" w:rsidRPr="00BC6830" w:rsidRDefault="00D56A85" w:rsidP="00066A07">
            <w:pPr>
              <w:pStyle w:val="Sinespaciado"/>
              <w:jc w:val="center"/>
              <w:rPr>
                <w:rFonts w:ascii="Arial" w:hAnsi="Arial" w:cs="Arial"/>
                <w:lang w:val="es-CO"/>
              </w:rPr>
            </w:pPr>
          </w:p>
        </w:tc>
      </w:tr>
      <w:tr w:rsidR="00D56A85" w:rsidRPr="00BC6830" w14:paraId="4006E0F4" w14:textId="77777777" w:rsidTr="005E0E45">
        <w:trPr>
          <w:trHeight w:val="54"/>
        </w:trPr>
        <w:tc>
          <w:tcPr>
            <w:tcW w:w="709" w:type="dxa"/>
            <w:tcBorders>
              <w:top w:val="single" w:sz="4" w:space="0" w:color="auto"/>
              <w:left w:val="single" w:sz="4" w:space="0" w:color="000000"/>
              <w:bottom w:val="single" w:sz="4" w:space="0" w:color="000000"/>
              <w:right w:val="single" w:sz="4" w:space="0" w:color="000000"/>
            </w:tcBorders>
          </w:tcPr>
          <w:p w14:paraId="47DA81E2" w14:textId="77777777" w:rsidR="00D56A85" w:rsidRPr="00BC6830" w:rsidRDefault="00D56A85" w:rsidP="00066A07">
            <w:pPr>
              <w:pStyle w:val="Sinespaciado"/>
              <w:jc w:val="right"/>
              <w:rPr>
                <w:rFonts w:ascii="Arial" w:hAnsi="Arial" w:cs="Arial"/>
                <w:lang w:val="es-CO"/>
              </w:rPr>
            </w:pPr>
            <w:r w:rsidRPr="00BC6830">
              <w:rPr>
                <w:rFonts w:ascii="Arial" w:hAnsi="Arial" w:cs="Arial"/>
                <w:lang w:val="es-CO"/>
              </w:rPr>
              <w:t>20</w:t>
            </w:r>
          </w:p>
        </w:tc>
        <w:tc>
          <w:tcPr>
            <w:tcW w:w="4961" w:type="dxa"/>
            <w:tcBorders>
              <w:top w:val="single" w:sz="4" w:space="0" w:color="auto"/>
              <w:left w:val="nil"/>
              <w:bottom w:val="single" w:sz="4" w:space="0" w:color="000000"/>
              <w:right w:val="single" w:sz="4" w:space="0" w:color="000000"/>
            </w:tcBorders>
          </w:tcPr>
          <w:p w14:paraId="24B590BF" w14:textId="77777777" w:rsidR="00D56A85" w:rsidRPr="005E0E45" w:rsidRDefault="00D56A85" w:rsidP="00066A07">
            <w:pPr>
              <w:pStyle w:val="Sinespaciado"/>
              <w:rPr>
                <w:rFonts w:ascii="Arial" w:hAnsi="Arial" w:cs="Arial"/>
                <w:i/>
                <w:iCs/>
                <w:lang w:val="es-CO"/>
              </w:rPr>
            </w:pPr>
            <w:r w:rsidRPr="005E0E45">
              <w:rPr>
                <w:rFonts w:ascii="Arial" w:hAnsi="Arial" w:cs="Arial"/>
                <w:i/>
                <w:iCs/>
                <w:lang w:val="es-CO"/>
              </w:rPr>
              <w:t>VÁSQUEZ OCHOA LEIDER ALEXANDRA</w:t>
            </w:r>
          </w:p>
        </w:tc>
        <w:tc>
          <w:tcPr>
            <w:tcW w:w="1980" w:type="dxa"/>
            <w:tcBorders>
              <w:top w:val="single" w:sz="4" w:space="0" w:color="auto"/>
              <w:left w:val="nil"/>
              <w:bottom w:val="single" w:sz="4" w:space="0" w:color="000000"/>
              <w:right w:val="single" w:sz="4" w:space="0" w:color="000000"/>
            </w:tcBorders>
          </w:tcPr>
          <w:p w14:paraId="647EBA77" w14:textId="77777777" w:rsidR="00D56A85" w:rsidRPr="00BC6830" w:rsidRDefault="007356D2"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auto"/>
              <w:left w:val="nil"/>
              <w:bottom w:val="single" w:sz="4" w:space="0" w:color="000000"/>
              <w:right w:val="single" w:sz="4" w:space="0" w:color="000000"/>
            </w:tcBorders>
          </w:tcPr>
          <w:p w14:paraId="6CC44138" w14:textId="77777777" w:rsidR="00D56A85" w:rsidRPr="00BC6830" w:rsidRDefault="00D56A85" w:rsidP="00066A07">
            <w:pPr>
              <w:pStyle w:val="Sinespaciado"/>
              <w:jc w:val="center"/>
              <w:rPr>
                <w:rFonts w:ascii="Arial" w:hAnsi="Arial" w:cs="Arial"/>
                <w:lang w:val="es-CO"/>
              </w:rPr>
            </w:pPr>
          </w:p>
        </w:tc>
      </w:tr>
      <w:tr w:rsidR="00D56A85" w:rsidRPr="00BC6830" w14:paraId="5C5F8350" w14:textId="77777777" w:rsidTr="005E0E45">
        <w:trPr>
          <w:trHeight w:val="54"/>
        </w:trPr>
        <w:tc>
          <w:tcPr>
            <w:tcW w:w="709" w:type="dxa"/>
            <w:tcBorders>
              <w:top w:val="nil"/>
              <w:left w:val="single" w:sz="4" w:space="0" w:color="000000"/>
              <w:bottom w:val="single" w:sz="4" w:space="0" w:color="000000"/>
              <w:right w:val="single" w:sz="4" w:space="0" w:color="000000"/>
            </w:tcBorders>
          </w:tcPr>
          <w:p w14:paraId="62F0C1C9" w14:textId="77777777" w:rsidR="00D56A85" w:rsidRPr="00BC6830" w:rsidRDefault="00D56A85" w:rsidP="00066A07">
            <w:pPr>
              <w:pStyle w:val="Sinespaciado"/>
              <w:jc w:val="right"/>
              <w:rPr>
                <w:rFonts w:ascii="Arial" w:hAnsi="Arial" w:cs="Arial"/>
                <w:lang w:val="es-CO"/>
              </w:rPr>
            </w:pPr>
            <w:r w:rsidRPr="00BC6830">
              <w:rPr>
                <w:rFonts w:ascii="Arial" w:hAnsi="Arial" w:cs="Arial"/>
                <w:lang w:val="es-CO"/>
              </w:rPr>
              <w:t>21</w:t>
            </w:r>
          </w:p>
        </w:tc>
        <w:tc>
          <w:tcPr>
            <w:tcW w:w="4961" w:type="dxa"/>
            <w:tcBorders>
              <w:top w:val="nil"/>
              <w:left w:val="nil"/>
              <w:bottom w:val="single" w:sz="4" w:space="0" w:color="000000"/>
              <w:right w:val="single" w:sz="4" w:space="0" w:color="000000"/>
            </w:tcBorders>
          </w:tcPr>
          <w:p w14:paraId="4947315B" w14:textId="77777777" w:rsidR="00D56A85" w:rsidRPr="005E0E45" w:rsidRDefault="00D56A85" w:rsidP="00066A07">
            <w:pPr>
              <w:pStyle w:val="Sinespaciado"/>
              <w:rPr>
                <w:rFonts w:ascii="Arial" w:hAnsi="Arial" w:cs="Arial"/>
                <w:i/>
                <w:iCs/>
                <w:lang w:val="es-CO"/>
              </w:rPr>
            </w:pPr>
            <w:r w:rsidRPr="005E0E45">
              <w:rPr>
                <w:rFonts w:ascii="Arial" w:hAnsi="Arial" w:cs="Arial"/>
                <w:i/>
                <w:iCs/>
                <w:lang w:val="es-CO"/>
              </w:rPr>
              <w:t>YEPES CARO GERARDO</w:t>
            </w:r>
          </w:p>
        </w:tc>
        <w:tc>
          <w:tcPr>
            <w:tcW w:w="1980" w:type="dxa"/>
            <w:tcBorders>
              <w:top w:val="single" w:sz="4" w:space="0" w:color="000000"/>
              <w:left w:val="nil"/>
              <w:bottom w:val="single" w:sz="4" w:space="0" w:color="000000"/>
              <w:right w:val="single" w:sz="4" w:space="0" w:color="000000"/>
            </w:tcBorders>
          </w:tcPr>
          <w:p w14:paraId="4B3D5B21" w14:textId="77777777" w:rsidR="00D56A85" w:rsidRPr="00BC6830" w:rsidRDefault="007356D2"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0BDDF07C" w14:textId="77777777" w:rsidR="00D56A85" w:rsidRPr="00BC6830" w:rsidRDefault="00D56A85" w:rsidP="00066A07">
            <w:pPr>
              <w:pStyle w:val="Sinespaciado"/>
              <w:jc w:val="center"/>
              <w:rPr>
                <w:rFonts w:ascii="Arial" w:hAnsi="Arial" w:cs="Arial"/>
                <w:lang w:val="es-CO"/>
              </w:rPr>
            </w:pPr>
          </w:p>
        </w:tc>
      </w:tr>
      <w:tr w:rsidR="00D56A85" w:rsidRPr="00BC6830" w14:paraId="28DA9397" w14:textId="77777777" w:rsidTr="005E0E45">
        <w:trPr>
          <w:trHeight w:val="54"/>
        </w:trPr>
        <w:tc>
          <w:tcPr>
            <w:tcW w:w="709" w:type="dxa"/>
            <w:tcBorders>
              <w:top w:val="nil"/>
              <w:left w:val="nil"/>
              <w:bottom w:val="nil"/>
              <w:right w:val="nil"/>
            </w:tcBorders>
          </w:tcPr>
          <w:p w14:paraId="573D6BBA" w14:textId="77777777" w:rsidR="00D56A85" w:rsidRPr="00BC6830" w:rsidRDefault="00D56A85" w:rsidP="00066A07">
            <w:pPr>
              <w:pStyle w:val="Sinespaciado"/>
              <w:jc w:val="right"/>
              <w:rPr>
                <w:rFonts w:ascii="Arial" w:hAnsi="Arial" w:cs="Arial"/>
                <w:lang w:val="es-CO"/>
              </w:rPr>
            </w:pPr>
          </w:p>
        </w:tc>
        <w:tc>
          <w:tcPr>
            <w:tcW w:w="4961" w:type="dxa"/>
            <w:tcBorders>
              <w:top w:val="nil"/>
              <w:left w:val="single" w:sz="4" w:space="0" w:color="000000"/>
              <w:bottom w:val="single" w:sz="4" w:space="0" w:color="000000"/>
              <w:right w:val="single" w:sz="4" w:space="0" w:color="000000"/>
            </w:tcBorders>
            <w:vAlign w:val="center"/>
          </w:tcPr>
          <w:p w14:paraId="6A5AAC57" w14:textId="77777777" w:rsidR="00D56A85" w:rsidRPr="00BC6830" w:rsidRDefault="00D56A85" w:rsidP="00066A07">
            <w:pPr>
              <w:pStyle w:val="Sinespaciado"/>
              <w:rPr>
                <w:rFonts w:ascii="Arial" w:hAnsi="Arial" w:cs="Arial"/>
                <w:iCs/>
                <w:lang w:val="es-CO"/>
              </w:rPr>
            </w:pPr>
            <w:r w:rsidRPr="00BC6830">
              <w:rPr>
                <w:rFonts w:ascii="Arial" w:hAnsi="Arial" w:cs="Arial"/>
                <w:b/>
                <w:i/>
                <w:lang w:val="es-CO"/>
              </w:rPr>
              <w:t>VOTACIÓN</w:t>
            </w:r>
            <w:r w:rsidRPr="00BC6830">
              <w:rPr>
                <w:rFonts w:ascii="Arial" w:hAnsi="Arial" w:cs="Arial"/>
                <w:b/>
                <w:lang w:val="es-CO"/>
              </w:rPr>
              <w:t xml:space="preserve"> TOTAL</w:t>
            </w:r>
          </w:p>
        </w:tc>
        <w:tc>
          <w:tcPr>
            <w:tcW w:w="1980" w:type="dxa"/>
            <w:tcBorders>
              <w:top w:val="single" w:sz="4" w:space="0" w:color="000000"/>
              <w:left w:val="nil"/>
              <w:bottom w:val="single" w:sz="4" w:space="0" w:color="000000"/>
              <w:right w:val="single" w:sz="4" w:space="0" w:color="000000"/>
            </w:tcBorders>
          </w:tcPr>
          <w:p w14:paraId="3392636B" w14:textId="77777777" w:rsidR="00D56A85" w:rsidRPr="00BC6830" w:rsidRDefault="00852765" w:rsidP="00066A07">
            <w:pPr>
              <w:pStyle w:val="Sinespaciado"/>
              <w:jc w:val="center"/>
              <w:rPr>
                <w:rFonts w:ascii="Arial" w:hAnsi="Arial" w:cs="Arial"/>
                <w:b/>
                <w:lang w:val="es-CO"/>
              </w:rPr>
            </w:pPr>
            <w:r>
              <w:rPr>
                <w:rFonts w:ascii="Arial" w:hAnsi="Arial" w:cs="Arial"/>
                <w:b/>
                <w:lang w:val="es-CO"/>
              </w:rPr>
              <w:t>16</w:t>
            </w:r>
          </w:p>
        </w:tc>
        <w:tc>
          <w:tcPr>
            <w:tcW w:w="1984" w:type="dxa"/>
            <w:tcBorders>
              <w:top w:val="single" w:sz="4" w:space="0" w:color="000000"/>
              <w:left w:val="nil"/>
              <w:bottom w:val="single" w:sz="4" w:space="0" w:color="000000"/>
              <w:right w:val="single" w:sz="4" w:space="0" w:color="000000"/>
            </w:tcBorders>
          </w:tcPr>
          <w:p w14:paraId="11FCC33C" w14:textId="77777777" w:rsidR="00D56A85" w:rsidRPr="00BC6830" w:rsidRDefault="00852765" w:rsidP="00066A07">
            <w:pPr>
              <w:pStyle w:val="Sinespaciado"/>
              <w:jc w:val="center"/>
              <w:rPr>
                <w:rFonts w:ascii="Arial" w:hAnsi="Arial" w:cs="Arial"/>
                <w:b/>
                <w:lang w:val="es-CO"/>
              </w:rPr>
            </w:pPr>
            <w:r>
              <w:rPr>
                <w:rFonts w:ascii="Arial" w:hAnsi="Arial" w:cs="Arial"/>
                <w:b/>
                <w:lang w:val="es-CO"/>
              </w:rPr>
              <w:t>2</w:t>
            </w:r>
          </w:p>
        </w:tc>
      </w:tr>
    </w:tbl>
    <w:p w14:paraId="645CC392" w14:textId="77777777" w:rsidR="00043831" w:rsidRPr="00BC6830" w:rsidRDefault="00043831" w:rsidP="00667EBF">
      <w:pPr>
        <w:pStyle w:val="Sinespaciado"/>
        <w:jc w:val="both"/>
        <w:rPr>
          <w:rFonts w:ascii="Arial" w:hAnsi="Arial" w:cs="Arial"/>
          <w:lang w:val="es-CO"/>
        </w:rPr>
      </w:pPr>
    </w:p>
    <w:p w14:paraId="55C7AF53" w14:textId="77777777" w:rsidR="007356D2"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Secretario</w:t>
      </w:r>
      <w:r w:rsidRPr="00BC6830">
        <w:rPr>
          <w:rStyle w:val="TNR21"/>
          <w:rFonts w:ascii="Arial" w:hAnsi="Arial" w:cs="Arial"/>
          <w:sz w:val="22"/>
          <w:lang w:val="es-CO"/>
        </w:rPr>
        <w:t>:</w:t>
      </w:r>
      <w:r w:rsidR="006146DD" w:rsidRPr="00BC6830">
        <w:rPr>
          <w:rStyle w:val="TNR21"/>
          <w:rFonts w:ascii="Arial" w:hAnsi="Arial" w:cs="Arial"/>
          <w:sz w:val="22"/>
          <w:lang w:val="es-CO"/>
        </w:rPr>
        <w:t xml:space="preserve"> Presidente</w:t>
      </w:r>
      <w:r w:rsidR="007356D2" w:rsidRPr="00BC6830">
        <w:rPr>
          <w:rStyle w:val="TNR21"/>
          <w:rFonts w:ascii="Arial" w:hAnsi="Arial" w:cs="Arial"/>
          <w:sz w:val="22"/>
          <w:lang w:val="es-CO"/>
        </w:rPr>
        <w:t>,</w:t>
      </w:r>
      <w:r w:rsidR="006146DD" w:rsidRPr="00BC6830">
        <w:rPr>
          <w:rStyle w:val="TNR21"/>
          <w:rFonts w:ascii="Arial" w:hAnsi="Arial" w:cs="Arial"/>
          <w:sz w:val="22"/>
          <w:lang w:val="es-CO"/>
        </w:rPr>
        <w:t xml:space="preserve"> ha sido aprobado el articulado incluyendo las proposiciones avaladas por el coordinador ponente</w:t>
      </w:r>
      <w:r w:rsidR="007356D2" w:rsidRPr="00BC6830">
        <w:rPr>
          <w:rStyle w:val="TNR21"/>
          <w:rFonts w:ascii="Arial" w:hAnsi="Arial" w:cs="Arial"/>
          <w:sz w:val="22"/>
          <w:lang w:val="es-CO"/>
        </w:rPr>
        <w:t>,</w:t>
      </w:r>
      <w:r w:rsidR="00CA209C" w:rsidRPr="00BC6830">
        <w:rPr>
          <w:rStyle w:val="TNR21"/>
          <w:rFonts w:ascii="Arial" w:hAnsi="Arial" w:cs="Arial"/>
          <w:sz w:val="22"/>
          <w:lang w:val="es-CO"/>
        </w:rPr>
        <w:t xml:space="preserve"> </w:t>
      </w:r>
      <w:r w:rsidR="006146DD" w:rsidRPr="00BC6830">
        <w:rPr>
          <w:rStyle w:val="TNR21"/>
          <w:rFonts w:ascii="Arial" w:hAnsi="Arial" w:cs="Arial"/>
          <w:sz w:val="22"/>
          <w:lang w:val="es-CO"/>
        </w:rPr>
        <w:t xml:space="preserve">con 16 votos a favor y </w:t>
      </w:r>
      <w:r w:rsidR="007356D2" w:rsidRPr="00BC6830">
        <w:rPr>
          <w:rStyle w:val="TNR21"/>
          <w:rFonts w:ascii="Arial" w:hAnsi="Arial" w:cs="Arial"/>
          <w:sz w:val="22"/>
          <w:lang w:val="es-CO"/>
        </w:rPr>
        <w:t>2 en contra</w:t>
      </w:r>
      <w:r w:rsidR="006146DD" w:rsidRPr="00BC6830">
        <w:rPr>
          <w:rStyle w:val="TNR21"/>
          <w:rFonts w:ascii="Arial" w:hAnsi="Arial" w:cs="Arial"/>
          <w:sz w:val="22"/>
          <w:lang w:val="es-CO"/>
        </w:rPr>
        <w:t>.</w:t>
      </w:r>
    </w:p>
    <w:p w14:paraId="689DE395" w14:textId="77777777" w:rsidR="007356D2" w:rsidRPr="00BC6830" w:rsidRDefault="007356D2" w:rsidP="00667EBF">
      <w:pPr>
        <w:pStyle w:val="Sinespaciado"/>
        <w:jc w:val="both"/>
        <w:rPr>
          <w:rStyle w:val="TNR21"/>
          <w:rFonts w:ascii="Arial" w:hAnsi="Arial" w:cs="Arial"/>
          <w:sz w:val="22"/>
          <w:lang w:val="es-CO"/>
        </w:rPr>
      </w:pPr>
    </w:p>
    <w:p w14:paraId="0C30C291" w14:textId="77777777" w:rsidR="007356D2"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lastRenderedPageBreak/>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7356D2" w:rsidRPr="00BC6830">
        <w:rPr>
          <w:rStyle w:val="TNR21"/>
          <w:rFonts w:ascii="Arial" w:hAnsi="Arial" w:cs="Arial"/>
          <w:sz w:val="22"/>
          <w:lang w:val="es-CO"/>
        </w:rPr>
        <w:t>M</w:t>
      </w:r>
      <w:r w:rsidR="006146DD" w:rsidRPr="00BC6830">
        <w:rPr>
          <w:rStyle w:val="TNR21"/>
          <w:rFonts w:ascii="Arial" w:hAnsi="Arial" w:cs="Arial"/>
          <w:sz w:val="22"/>
          <w:lang w:val="es-CO"/>
        </w:rPr>
        <w:t>uchas gracias señor Secretario</w:t>
      </w:r>
      <w:r w:rsidR="007356D2" w:rsidRPr="00BC6830">
        <w:rPr>
          <w:rStyle w:val="TNR21"/>
          <w:rFonts w:ascii="Arial" w:hAnsi="Arial" w:cs="Arial"/>
          <w:sz w:val="22"/>
          <w:lang w:val="es-CO"/>
        </w:rPr>
        <w:t>,</w:t>
      </w:r>
      <w:r w:rsidR="006146DD" w:rsidRPr="00BC6830">
        <w:rPr>
          <w:rStyle w:val="TNR21"/>
          <w:rFonts w:ascii="Arial" w:hAnsi="Arial" w:cs="Arial"/>
          <w:sz w:val="22"/>
          <w:lang w:val="es-CO"/>
        </w:rPr>
        <w:t xml:space="preserve"> sírvase leer el título y la pregunta del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w:t>
      </w:r>
      <w:r w:rsidR="007356D2" w:rsidRPr="00BC6830">
        <w:rPr>
          <w:rStyle w:val="TNR21"/>
          <w:rFonts w:ascii="Arial" w:hAnsi="Arial" w:cs="Arial"/>
          <w:sz w:val="22"/>
          <w:lang w:val="es-CO"/>
        </w:rPr>
        <w:t>e ley número 074 del 2022</w:t>
      </w:r>
      <w:r w:rsidR="006146DD" w:rsidRPr="00BC6830">
        <w:rPr>
          <w:rStyle w:val="TNR21"/>
          <w:rFonts w:ascii="Arial" w:hAnsi="Arial" w:cs="Arial"/>
          <w:sz w:val="22"/>
          <w:lang w:val="es-CO"/>
        </w:rPr>
        <w:t>.</w:t>
      </w:r>
    </w:p>
    <w:p w14:paraId="45A4FCAF" w14:textId="77777777" w:rsidR="007356D2" w:rsidRPr="00BC6830" w:rsidRDefault="007356D2" w:rsidP="00667EBF">
      <w:pPr>
        <w:pStyle w:val="Sinespaciado"/>
        <w:jc w:val="both"/>
        <w:rPr>
          <w:rStyle w:val="TNR21"/>
          <w:rFonts w:ascii="Arial" w:hAnsi="Arial" w:cs="Arial"/>
          <w:sz w:val="22"/>
          <w:lang w:val="es-CO"/>
        </w:rPr>
      </w:pPr>
    </w:p>
    <w:p w14:paraId="657E8E67" w14:textId="77777777" w:rsidR="007356D2"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Secretario</w:t>
      </w:r>
      <w:r w:rsidRPr="00BC6830">
        <w:rPr>
          <w:rStyle w:val="TNR21"/>
          <w:rFonts w:ascii="Arial" w:hAnsi="Arial" w:cs="Arial"/>
          <w:sz w:val="22"/>
          <w:lang w:val="es-CO"/>
        </w:rPr>
        <w:t>:</w:t>
      </w:r>
      <w:r w:rsidR="006146DD" w:rsidRPr="00BC6830">
        <w:rPr>
          <w:rStyle w:val="TNR21"/>
          <w:rFonts w:ascii="Arial" w:hAnsi="Arial" w:cs="Arial"/>
          <w:sz w:val="22"/>
          <w:lang w:val="es-CO"/>
        </w:rPr>
        <w:t xml:space="preserve"> Presidente</w:t>
      </w:r>
      <w:r w:rsidR="007356D2" w:rsidRPr="00BC6830">
        <w:rPr>
          <w:rStyle w:val="TNR21"/>
          <w:rFonts w:ascii="Arial" w:hAnsi="Arial" w:cs="Arial"/>
          <w:sz w:val="22"/>
          <w:lang w:val="es-CO"/>
        </w:rPr>
        <w:t>,</w:t>
      </w:r>
      <w:r w:rsidR="006146DD" w:rsidRPr="00BC6830">
        <w:rPr>
          <w:rStyle w:val="TNR21"/>
          <w:rFonts w:ascii="Arial" w:hAnsi="Arial" w:cs="Arial"/>
          <w:sz w:val="22"/>
          <w:lang w:val="es-CO"/>
        </w:rPr>
        <w:t xml:space="preserve"> hay una proposición de modificación del título</w:t>
      </w:r>
      <w:r w:rsidR="007356D2" w:rsidRPr="00BC6830">
        <w:rPr>
          <w:rStyle w:val="TNR21"/>
          <w:rFonts w:ascii="Arial" w:hAnsi="Arial" w:cs="Arial"/>
          <w:sz w:val="22"/>
          <w:lang w:val="es-CO"/>
        </w:rPr>
        <w:t>,</w:t>
      </w:r>
      <w:r w:rsidR="006146DD" w:rsidRPr="00BC6830">
        <w:rPr>
          <w:rStyle w:val="TNR21"/>
          <w:rFonts w:ascii="Arial" w:hAnsi="Arial" w:cs="Arial"/>
          <w:sz w:val="22"/>
          <w:lang w:val="es-CO"/>
        </w:rPr>
        <w:t xml:space="preserve"> se encuentra avalada por el coordinador ponente y me permito leer a continuación</w:t>
      </w:r>
      <w:r w:rsidR="007356D2" w:rsidRPr="00BC6830">
        <w:rPr>
          <w:rStyle w:val="TNR21"/>
          <w:rFonts w:ascii="Arial" w:hAnsi="Arial" w:cs="Arial"/>
          <w:sz w:val="22"/>
          <w:lang w:val="es-CO"/>
        </w:rPr>
        <w:t>,</w:t>
      </w:r>
      <w:r w:rsidR="006146DD" w:rsidRPr="00BC6830">
        <w:rPr>
          <w:rStyle w:val="TNR21"/>
          <w:rFonts w:ascii="Arial" w:hAnsi="Arial" w:cs="Arial"/>
          <w:sz w:val="22"/>
          <w:lang w:val="es-CO"/>
        </w:rPr>
        <w:t xml:space="preserve"> modifíquese el título del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074 de 2022 Cámara de la siguiente manera</w:t>
      </w:r>
      <w:r w:rsidR="007356D2"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074 de 2022 Cámara </w:t>
      </w:r>
      <w:r w:rsidR="00705FAE" w:rsidRPr="00705FAE">
        <w:rPr>
          <w:rStyle w:val="TNR21"/>
          <w:rFonts w:ascii="Arial" w:hAnsi="Arial" w:cs="Arial"/>
          <w:i/>
          <w:sz w:val="22"/>
          <w:lang w:val="es-CO"/>
        </w:rPr>
        <w:t>“P</w:t>
      </w:r>
      <w:r w:rsidR="006146DD" w:rsidRPr="00705FAE">
        <w:rPr>
          <w:rStyle w:val="TNR21"/>
          <w:rFonts w:ascii="Arial" w:hAnsi="Arial" w:cs="Arial"/>
          <w:i/>
          <w:sz w:val="22"/>
          <w:lang w:val="es-CO"/>
        </w:rPr>
        <w:t>or medio del cual se establece la renta básica a la persona mayor</w:t>
      </w:r>
      <w:r w:rsidR="007356D2" w:rsidRPr="00705FAE">
        <w:rPr>
          <w:rStyle w:val="TNR21"/>
          <w:rFonts w:ascii="Arial" w:hAnsi="Arial" w:cs="Arial"/>
          <w:i/>
          <w:sz w:val="22"/>
          <w:lang w:val="es-CO"/>
        </w:rPr>
        <w:t>,</w:t>
      </w:r>
      <w:r w:rsidR="006146DD" w:rsidRPr="00705FAE">
        <w:rPr>
          <w:rStyle w:val="TNR21"/>
          <w:rFonts w:ascii="Arial" w:hAnsi="Arial" w:cs="Arial"/>
          <w:i/>
          <w:sz w:val="22"/>
          <w:lang w:val="es-CO"/>
        </w:rPr>
        <w:t xml:space="preserve"> y se dictan otras disposiciones</w:t>
      </w:r>
      <w:r w:rsidR="00705FAE" w:rsidRPr="00705FAE">
        <w:rPr>
          <w:rStyle w:val="TNR21"/>
          <w:rFonts w:ascii="Arial" w:hAnsi="Arial" w:cs="Arial"/>
          <w:i/>
          <w:sz w:val="22"/>
          <w:lang w:val="es-CO"/>
        </w:rPr>
        <w:t>”</w:t>
      </w:r>
      <w:r w:rsidR="006146DD" w:rsidRPr="00BC6830">
        <w:rPr>
          <w:rStyle w:val="TNR21"/>
          <w:rFonts w:ascii="Arial" w:hAnsi="Arial" w:cs="Arial"/>
          <w:sz w:val="22"/>
          <w:lang w:val="es-CO"/>
        </w:rPr>
        <w:t xml:space="preserve"> firmada</w:t>
      </w:r>
      <w:r w:rsidR="007356D2" w:rsidRPr="00BC6830">
        <w:rPr>
          <w:rStyle w:val="TNR21"/>
          <w:rFonts w:ascii="Arial" w:hAnsi="Arial" w:cs="Arial"/>
          <w:sz w:val="22"/>
          <w:lang w:val="es-CO"/>
        </w:rPr>
        <w:t>,</w:t>
      </w:r>
      <w:r w:rsidR="006146DD" w:rsidRPr="00BC6830">
        <w:rPr>
          <w:rStyle w:val="TNR21"/>
          <w:rFonts w:ascii="Arial" w:hAnsi="Arial" w:cs="Arial"/>
          <w:sz w:val="22"/>
          <w:lang w:val="es-CO"/>
        </w:rPr>
        <w:t xml:space="preserve"> por la Representante Leider Alexandra Vásquez </w:t>
      </w:r>
      <w:r w:rsidR="007356D2" w:rsidRPr="00BC6830">
        <w:rPr>
          <w:rStyle w:val="TNR21"/>
          <w:rFonts w:ascii="Arial" w:hAnsi="Arial" w:cs="Arial"/>
          <w:sz w:val="22"/>
          <w:lang w:val="es-CO"/>
        </w:rPr>
        <w:t>Ochoa</w:t>
      </w:r>
      <w:r w:rsidR="006146DD" w:rsidRPr="00BC6830">
        <w:rPr>
          <w:rStyle w:val="TNR21"/>
          <w:rFonts w:ascii="Arial" w:hAnsi="Arial" w:cs="Arial"/>
          <w:sz w:val="22"/>
          <w:lang w:val="es-CO"/>
        </w:rPr>
        <w:t>.</w:t>
      </w:r>
    </w:p>
    <w:p w14:paraId="4329F489" w14:textId="77777777" w:rsidR="007356D2" w:rsidRPr="00BC6830" w:rsidRDefault="007356D2" w:rsidP="00667EBF">
      <w:pPr>
        <w:pStyle w:val="Sinespaciado"/>
        <w:jc w:val="both"/>
        <w:rPr>
          <w:rStyle w:val="TNR21"/>
          <w:rFonts w:ascii="Arial" w:hAnsi="Arial" w:cs="Arial"/>
          <w:sz w:val="22"/>
          <w:lang w:val="es-CO"/>
        </w:rPr>
      </w:pPr>
    </w:p>
    <w:p w14:paraId="3B9713EC" w14:textId="77777777" w:rsidR="007356D2"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7356D2" w:rsidRPr="00BC6830">
        <w:rPr>
          <w:rStyle w:val="TNR21"/>
          <w:rFonts w:ascii="Arial" w:hAnsi="Arial" w:cs="Arial"/>
          <w:sz w:val="22"/>
          <w:lang w:val="es-CO"/>
        </w:rPr>
        <w:t>M</w:t>
      </w:r>
      <w:r w:rsidR="006146DD" w:rsidRPr="00BC6830">
        <w:rPr>
          <w:rStyle w:val="TNR21"/>
          <w:rFonts w:ascii="Arial" w:hAnsi="Arial" w:cs="Arial"/>
          <w:sz w:val="22"/>
          <w:lang w:val="es-CO"/>
        </w:rPr>
        <w:t>uchas gracias señor Secretario</w:t>
      </w:r>
      <w:r w:rsidR="007356D2" w:rsidRPr="00BC6830">
        <w:rPr>
          <w:rStyle w:val="TNR21"/>
          <w:rFonts w:ascii="Arial" w:hAnsi="Arial" w:cs="Arial"/>
          <w:sz w:val="22"/>
          <w:lang w:val="es-CO"/>
        </w:rPr>
        <w:t>,</w:t>
      </w:r>
      <w:r w:rsidR="006146DD" w:rsidRPr="00BC6830">
        <w:rPr>
          <w:rStyle w:val="TNR21"/>
          <w:rFonts w:ascii="Arial" w:hAnsi="Arial" w:cs="Arial"/>
          <w:sz w:val="22"/>
          <w:lang w:val="es-CO"/>
        </w:rPr>
        <w:t xml:space="preserve"> sírvase </w:t>
      </w:r>
      <w:r w:rsidR="007356D2" w:rsidRPr="00BC6830">
        <w:rPr>
          <w:rStyle w:val="TNR21"/>
          <w:rFonts w:ascii="Arial" w:hAnsi="Arial" w:cs="Arial"/>
          <w:sz w:val="22"/>
          <w:lang w:val="es-CO"/>
        </w:rPr>
        <w:t xml:space="preserve">leer </w:t>
      </w:r>
      <w:r w:rsidR="006146DD" w:rsidRPr="00BC6830">
        <w:rPr>
          <w:rStyle w:val="TNR21"/>
          <w:rFonts w:ascii="Arial" w:hAnsi="Arial" w:cs="Arial"/>
          <w:sz w:val="22"/>
          <w:lang w:val="es-CO"/>
        </w:rPr>
        <w:t xml:space="preserve">el título y la pregunta del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w:t>
      </w:r>
      <w:r w:rsidR="007356D2" w:rsidRPr="00BC6830">
        <w:rPr>
          <w:rStyle w:val="TNR21"/>
          <w:rFonts w:ascii="Arial" w:hAnsi="Arial" w:cs="Arial"/>
          <w:sz w:val="22"/>
          <w:lang w:val="es-CO"/>
        </w:rPr>
        <w:t>ley número 074 del 2022</w:t>
      </w:r>
      <w:r w:rsidR="006146DD" w:rsidRPr="00BC6830">
        <w:rPr>
          <w:rStyle w:val="TNR21"/>
          <w:rFonts w:ascii="Arial" w:hAnsi="Arial" w:cs="Arial"/>
          <w:sz w:val="22"/>
          <w:lang w:val="es-CO"/>
        </w:rPr>
        <w:t>.</w:t>
      </w:r>
    </w:p>
    <w:p w14:paraId="2DE40AA5" w14:textId="77777777" w:rsidR="007356D2" w:rsidRPr="00BC6830" w:rsidRDefault="007356D2" w:rsidP="00667EBF">
      <w:pPr>
        <w:pStyle w:val="Sinespaciado"/>
        <w:jc w:val="both"/>
        <w:rPr>
          <w:rStyle w:val="TNR21"/>
          <w:rFonts w:ascii="Arial" w:hAnsi="Arial" w:cs="Arial"/>
          <w:sz w:val="22"/>
          <w:lang w:val="es-CO"/>
        </w:rPr>
      </w:pPr>
    </w:p>
    <w:p w14:paraId="2079217A" w14:textId="77777777" w:rsidR="007356D2"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Secretario</w:t>
      </w:r>
      <w:r w:rsidRPr="00BC6830">
        <w:rPr>
          <w:rStyle w:val="TNR21"/>
          <w:rFonts w:ascii="Arial" w:hAnsi="Arial" w:cs="Arial"/>
          <w:sz w:val="22"/>
          <w:lang w:val="es-CO"/>
        </w:rPr>
        <w:t>:</w:t>
      </w:r>
      <w:r w:rsidR="00705FAE">
        <w:rPr>
          <w:rStyle w:val="TNR21"/>
          <w:rFonts w:ascii="Arial" w:hAnsi="Arial" w:cs="Arial"/>
          <w:sz w:val="22"/>
          <w:lang w:val="es-CO"/>
        </w:rPr>
        <w:t xml:space="preserve"> L</w:t>
      </w:r>
      <w:r w:rsidR="006146DD" w:rsidRPr="00BC6830">
        <w:rPr>
          <w:rStyle w:val="TNR21"/>
          <w:rFonts w:ascii="Arial" w:hAnsi="Arial" w:cs="Arial"/>
          <w:sz w:val="22"/>
          <w:lang w:val="es-CO"/>
        </w:rPr>
        <w:t>a pregunta dice</w:t>
      </w:r>
      <w:r w:rsidR="007356D2"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7356D2" w:rsidRPr="00BC6830">
        <w:rPr>
          <w:rStyle w:val="TNR21"/>
          <w:rFonts w:ascii="Arial" w:hAnsi="Arial" w:cs="Arial"/>
          <w:sz w:val="22"/>
          <w:lang w:val="es-CO"/>
        </w:rPr>
        <w:t>¿</w:t>
      </w:r>
      <w:r w:rsidR="00705FAE">
        <w:rPr>
          <w:rStyle w:val="TNR21"/>
          <w:rFonts w:ascii="Arial" w:hAnsi="Arial" w:cs="Arial"/>
          <w:sz w:val="22"/>
          <w:lang w:val="es-CO"/>
        </w:rPr>
        <w:t>E</w:t>
      </w:r>
      <w:r w:rsidR="006146DD" w:rsidRPr="00BC6830">
        <w:rPr>
          <w:rStyle w:val="TNR21"/>
          <w:rFonts w:ascii="Arial" w:hAnsi="Arial" w:cs="Arial"/>
          <w:sz w:val="22"/>
          <w:lang w:val="es-CO"/>
        </w:rPr>
        <w:t xml:space="preserve">stán de acuerdo los Representantes de la Comisión Séptima Constitucional de la Cámara de Representantes con que este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se convierta en ley de la República</w:t>
      </w:r>
      <w:r w:rsidR="007356D2"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705FAE">
        <w:rPr>
          <w:rStyle w:val="TNR21"/>
          <w:rFonts w:ascii="Arial" w:hAnsi="Arial" w:cs="Arial"/>
          <w:sz w:val="22"/>
          <w:lang w:val="es-CO"/>
        </w:rPr>
        <w:t>E</w:t>
      </w:r>
      <w:r w:rsidR="006146DD" w:rsidRPr="00BC6830">
        <w:rPr>
          <w:rStyle w:val="TNR21"/>
          <w:rFonts w:ascii="Arial" w:hAnsi="Arial" w:cs="Arial"/>
          <w:sz w:val="22"/>
          <w:lang w:val="es-CO"/>
        </w:rPr>
        <w:t>n consideración el título y la pr</w:t>
      </w:r>
      <w:r w:rsidR="007356D2" w:rsidRPr="00BC6830">
        <w:rPr>
          <w:rStyle w:val="TNR21"/>
          <w:rFonts w:ascii="Arial" w:hAnsi="Arial" w:cs="Arial"/>
          <w:sz w:val="22"/>
          <w:lang w:val="es-CO"/>
        </w:rPr>
        <w:t>egunta señor Presidente</w:t>
      </w:r>
      <w:r w:rsidR="006146DD" w:rsidRPr="00BC6830">
        <w:rPr>
          <w:rStyle w:val="TNR21"/>
          <w:rFonts w:ascii="Arial" w:hAnsi="Arial" w:cs="Arial"/>
          <w:sz w:val="22"/>
          <w:lang w:val="es-CO"/>
        </w:rPr>
        <w:t>.</w:t>
      </w:r>
    </w:p>
    <w:p w14:paraId="62060E60" w14:textId="77777777" w:rsidR="007356D2" w:rsidRPr="00BC6830" w:rsidRDefault="007356D2" w:rsidP="00667EBF">
      <w:pPr>
        <w:pStyle w:val="Sinespaciado"/>
        <w:jc w:val="both"/>
        <w:rPr>
          <w:rStyle w:val="TNR21"/>
          <w:rFonts w:ascii="Arial" w:hAnsi="Arial" w:cs="Arial"/>
          <w:sz w:val="22"/>
          <w:lang w:val="es-CO"/>
        </w:rPr>
      </w:pPr>
    </w:p>
    <w:p w14:paraId="1D62568A" w14:textId="77777777" w:rsidR="007356D2" w:rsidRPr="00BC6830" w:rsidRDefault="009D49E0" w:rsidP="00CA209C">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7356D2" w:rsidRPr="00BC6830">
        <w:rPr>
          <w:rStyle w:val="TNR21"/>
          <w:rFonts w:ascii="Arial" w:hAnsi="Arial" w:cs="Arial"/>
          <w:sz w:val="22"/>
          <w:lang w:val="es-CO"/>
        </w:rPr>
        <w:t>E</w:t>
      </w:r>
      <w:r w:rsidR="006146DD" w:rsidRPr="00BC6830">
        <w:rPr>
          <w:rStyle w:val="TNR21"/>
          <w:rFonts w:ascii="Arial" w:hAnsi="Arial" w:cs="Arial"/>
          <w:sz w:val="22"/>
          <w:lang w:val="es-CO"/>
        </w:rPr>
        <w:t xml:space="preserve">n consideración el título y la pregunta del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número 074 del 2022</w:t>
      </w:r>
      <w:r w:rsidR="007356D2" w:rsidRPr="00BC6830">
        <w:rPr>
          <w:rStyle w:val="TNR21"/>
          <w:rFonts w:ascii="Arial" w:hAnsi="Arial" w:cs="Arial"/>
          <w:sz w:val="22"/>
          <w:lang w:val="es-CO"/>
        </w:rPr>
        <w:t>,</w:t>
      </w:r>
      <w:r w:rsidR="006146DD" w:rsidRPr="00BC6830">
        <w:rPr>
          <w:rStyle w:val="TNR21"/>
          <w:rFonts w:ascii="Arial" w:hAnsi="Arial" w:cs="Arial"/>
          <w:sz w:val="22"/>
          <w:lang w:val="es-CO"/>
        </w:rPr>
        <w:t xml:space="preserve"> se abre la discusión</w:t>
      </w:r>
      <w:r w:rsidR="007356D2" w:rsidRPr="00BC6830">
        <w:rPr>
          <w:rStyle w:val="TNR21"/>
          <w:rFonts w:ascii="Arial" w:hAnsi="Arial" w:cs="Arial"/>
          <w:sz w:val="22"/>
          <w:lang w:val="es-CO"/>
        </w:rPr>
        <w:t>,</w:t>
      </w:r>
      <w:r w:rsidR="006146DD" w:rsidRPr="00BC6830">
        <w:rPr>
          <w:rStyle w:val="TNR21"/>
          <w:rFonts w:ascii="Arial" w:hAnsi="Arial" w:cs="Arial"/>
          <w:sz w:val="22"/>
          <w:lang w:val="es-CO"/>
        </w:rPr>
        <w:t xml:space="preserve"> sigue abierta la discusión</w:t>
      </w:r>
      <w:r w:rsidR="007356D2" w:rsidRPr="00BC6830">
        <w:rPr>
          <w:rStyle w:val="TNR21"/>
          <w:rFonts w:ascii="Arial" w:hAnsi="Arial" w:cs="Arial"/>
          <w:sz w:val="22"/>
          <w:lang w:val="es-CO"/>
        </w:rPr>
        <w:t>,</w:t>
      </w:r>
      <w:r w:rsidR="006146DD" w:rsidRPr="00BC6830">
        <w:rPr>
          <w:rStyle w:val="TNR21"/>
          <w:rFonts w:ascii="Arial" w:hAnsi="Arial" w:cs="Arial"/>
          <w:sz w:val="22"/>
          <w:lang w:val="es-CO"/>
        </w:rPr>
        <w:t xml:space="preserve"> anuncio que se va a cerrar</w:t>
      </w:r>
      <w:r w:rsidR="007356D2" w:rsidRPr="00BC6830">
        <w:rPr>
          <w:rStyle w:val="TNR21"/>
          <w:rFonts w:ascii="Arial" w:hAnsi="Arial" w:cs="Arial"/>
          <w:sz w:val="22"/>
          <w:lang w:val="es-CO"/>
        </w:rPr>
        <w:t>,</w:t>
      </w:r>
      <w:r w:rsidR="006146DD" w:rsidRPr="00BC6830">
        <w:rPr>
          <w:rStyle w:val="TNR21"/>
          <w:rFonts w:ascii="Arial" w:hAnsi="Arial" w:cs="Arial"/>
          <w:sz w:val="22"/>
          <w:lang w:val="es-CO"/>
        </w:rPr>
        <w:t xml:space="preserve"> queda cerrada</w:t>
      </w:r>
      <w:r w:rsidR="007356D2"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7356D2" w:rsidRPr="00BC6830">
        <w:rPr>
          <w:rStyle w:val="TNR21"/>
          <w:rFonts w:ascii="Arial" w:hAnsi="Arial" w:cs="Arial"/>
          <w:sz w:val="22"/>
          <w:lang w:val="es-CO"/>
        </w:rPr>
        <w:t>¿</w:t>
      </w:r>
      <w:r w:rsidR="00705FAE">
        <w:rPr>
          <w:rStyle w:val="TNR21"/>
          <w:rFonts w:ascii="Arial" w:hAnsi="Arial" w:cs="Arial"/>
          <w:sz w:val="22"/>
          <w:lang w:val="es-CO"/>
        </w:rPr>
        <w:t>A</w:t>
      </w:r>
      <w:r w:rsidR="006146DD" w:rsidRPr="00BC6830">
        <w:rPr>
          <w:rStyle w:val="TNR21"/>
          <w:rFonts w:ascii="Arial" w:hAnsi="Arial" w:cs="Arial"/>
          <w:sz w:val="22"/>
          <w:lang w:val="es-CO"/>
        </w:rPr>
        <w:t>prueba la Comisión Séptima Constitucional Permanente de la Cámara de Representantes el título y la pregunta leídos</w:t>
      </w:r>
      <w:r w:rsidR="007356D2"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7356D2" w:rsidRPr="00BC6830">
        <w:rPr>
          <w:rStyle w:val="TNR21"/>
          <w:rFonts w:ascii="Arial" w:hAnsi="Arial" w:cs="Arial"/>
          <w:sz w:val="22"/>
          <w:lang w:val="es-CO"/>
        </w:rPr>
        <w:t>V</w:t>
      </w:r>
      <w:r w:rsidR="006146DD" w:rsidRPr="00BC6830">
        <w:rPr>
          <w:rStyle w:val="TNR21"/>
          <w:rFonts w:ascii="Arial" w:hAnsi="Arial" w:cs="Arial"/>
          <w:sz w:val="22"/>
          <w:lang w:val="es-CO"/>
        </w:rPr>
        <w:t>otación nominal señor Secr</w:t>
      </w:r>
      <w:r w:rsidR="007356D2" w:rsidRPr="00BC6830">
        <w:rPr>
          <w:rStyle w:val="TNR21"/>
          <w:rFonts w:ascii="Arial" w:hAnsi="Arial" w:cs="Arial"/>
          <w:sz w:val="22"/>
          <w:lang w:val="es-CO"/>
        </w:rPr>
        <w:t>etario</w:t>
      </w:r>
      <w:r w:rsidR="006146DD" w:rsidRPr="00BC6830">
        <w:rPr>
          <w:rStyle w:val="TNR21"/>
          <w:rFonts w:ascii="Arial" w:hAnsi="Arial" w:cs="Arial"/>
          <w:sz w:val="22"/>
          <w:lang w:val="es-CO"/>
        </w:rPr>
        <w:t>.</w:t>
      </w:r>
    </w:p>
    <w:p w14:paraId="609EA18E" w14:textId="77777777" w:rsidR="007356D2" w:rsidRPr="00BC6830" w:rsidRDefault="007356D2" w:rsidP="00CA209C">
      <w:pPr>
        <w:pStyle w:val="Sinespaciado"/>
        <w:jc w:val="both"/>
        <w:rPr>
          <w:rStyle w:val="TNR21"/>
          <w:rFonts w:ascii="Arial" w:hAnsi="Arial" w:cs="Arial"/>
          <w:sz w:val="22"/>
          <w:lang w:val="es-CO"/>
        </w:rPr>
      </w:pPr>
    </w:p>
    <w:p w14:paraId="40A8B1FB" w14:textId="77777777" w:rsidR="007356D2"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Secretario</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7356D2" w:rsidRPr="00BC6830">
        <w:rPr>
          <w:rStyle w:val="TNR21"/>
          <w:rFonts w:ascii="Arial" w:hAnsi="Arial" w:cs="Arial"/>
          <w:sz w:val="22"/>
          <w:lang w:val="es-CO"/>
        </w:rPr>
        <w:t>S</w:t>
      </w:r>
      <w:r w:rsidR="006146DD" w:rsidRPr="00BC6830">
        <w:rPr>
          <w:rStyle w:val="TNR21"/>
          <w:rFonts w:ascii="Arial" w:hAnsi="Arial" w:cs="Arial"/>
          <w:sz w:val="22"/>
          <w:lang w:val="es-CO"/>
        </w:rPr>
        <w:t>eñor Presidente</w:t>
      </w:r>
      <w:r w:rsidR="007356D2" w:rsidRPr="00BC6830">
        <w:rPr>
          <w:rStyle w:val="TNR21"/>
          <w:rFonts w:ascii="Arial" w:hAnsi="Arial" w:cs="Arial"/>
          <w:sz w:val="22"/>
          <w:lang w:val="es-CO"/>
        </w:rPr>
        <w:t>,</w:t>
      </w:r>
      <w:r w:rsidR="006146DD" w:rsidRPr="00BC6830">
        <w:rPr>
          <w:rStyle w:val="TNR21"/>
          <w:rFonts w:ascii="Arial" w:hAnsi="Arial" w:cs="Arial"/>
          <w:sz w:val="22"/>
          <w:lang w:val="es-CO"/>
        </w:rPr>
        <w:t xml:space="preserve"> entonces procedemos</w:t>
      </w:r>
      <w:r w:rsidR="00CA209C" w:rsidRPr="00BC6830">
        <w:rPr>
          <w:rStyle w:val="TNR21"/>
          <w:rFonts w:ascii="Arial" w:hAnsi="Arial" w:cs="Arial"/>
          <w:sz w:val="22"/>
          <w:lang w:val="es-CO"/>
        </w:rPr>
        <w:t xml:space="preserve"> </w:t>
      </w:r>
      <w:r w:rsidR="006146DD" w:rsidRPr="00BC6830">
        <w:rPr>
          <w:rStyle w:val="TNR21"/>
          <w:rFonts w:ascii="Arial" w:hAnsi="Arial" w:cs="Arial"/>
          <w:sz w:val="22"/>
          <w:lang w:val="es-CO"/>
        </w:rPr>
        <w:t>a hacer la votación nominal para la aprobación del título y la pregunta</w:t>
      </w:r>
      <w:r w:rsidR="007356D2" w:rsidRPr="00BC6830">
        <w:rPr>
          <w:rStyle w:val="TNR21"/>
          <w:rFonts w:ascii="Arial" w:hAnsi="Arial" w:cs="Arial"/>
          <w:sz w:val="22"/>
          <w:lang w:val="es-CO"/>
        </w:rPr>
        <w:t>,</w:t>
      </w:r>
      <w:r w:rsidR="006146DD" w:rsidRPr="00BC6830">
        <w:rPr>
          <w:rStyle w:val="TNR21"/>
          <w:rFonts w:ascii="Arial" w:hAnsi="Arial" w:cs="Arial"/>
          <w:sz w:val="22"/>
          <w:lang w:val="es-CO"/>
        </w:rPr>
        <w:t xml:space="preserve"> votando sí</w:t>
      </w:r>
      <w:r w:rsidR="007356D2" w:rsidRPr="00BC6830">
        <w:rPr>
          <w:rStyle w:val="TNR21"/>
          <w:rFonts w:ascii="Arial" w:hAnsi="Arial" w:cs="Arial"/>
          <w:sz w:val="22"/>
          <w:lang w:val="es-CO"/>
        </w:rPr>
        <w:t>,</w:t>
      </w:r>
      <w:r w:rsidR="006146DD" w:rsidRPr="00BC6830">
        <w:rPr>
          <w:rStyle w:val="TNR21"/>
          <w:rFonts w:ascii="Arial" w:hAnsi="Arial" w:cs="Arial"/>
          <w:sz w:val="22"/>
          <w:lang w:val="es-CO"/>
        </w:rPr>
        <w:t xml:space="preserve"> se entiende aprobado</w:t>
      </w:r>
      <w:r w:rsidR="007356D2" w:rsidRPr="00BC6830">
        <w:rPr>
          <w:rStyle w:val="TNR21"/>
          <w:rFonts w:ascii="Arial" w:hAnsi="Arial" w:cs="Arial"/>
          <w:sz w:val="22"/>
          <w:lang w:val="es-CO"/>
        </w:rPr>
        <w:t>,</w:t>
      </w:r>
      <w:r w:rsidR="006146DD" w:rsidRPr="00BC6830">
        <w:rPr>
          <w:rStyle w:val="TNR21"/>
          <w:rFonts w:ascii="Arial" w:hAnsi="Arial" w:cs="Arial"/>
          <w:sz w:val="22"/>
          <w:lang w:val="es-CO"/>
        </w:rPr>
        <w:t xml:space="preserve"> y votando no</w:t>
      </w:r>
      <w:r w:rsidR="007356D2" w:rsidRPr="00BC6830">
        <w:rPr>
          <w:rStyle w:val="TNR21"/>
          <w:rFonts w:ascii="Arial" w:hAnsi="Arial" w:cs="Arial"/>
          <w:sz w:val="22"/>
          <w:lang w:val="es-CO"/>
        </w:rPr>
        <w:t>,</w:t>
      </w:r>
      <w:r w:rsidR="006146DD" w:rsidRPr="00BC6830">
        <w:rPr>
          <w:rStyle w:val="TNR21"/>
          <w:rFonts w:ascii="Arial" w:hAnsi="Arial" w:cs="Arial"/>
          <w:sz w:val="22"/>
          <w:lang w:val="es-CO"/>
        </w:rPr>
        <w:t xml:space="preserve"> se entiende negado</w:t>
      </w:r>
      <w:r w:rsidR="00CA209C" w:rsidRPr="00BC6830">
        <w:rPr>
          <w:rStyle w:val="TNR21"/>
          <w:rFonts w:ascii="Arial" w:hAnsi="Arial" w:cs="Arial"/>
          <w:sz w:val="22"/>
          <w:lang w:val="es-CO"/>
        </w:rPr>
        <w:t>.</w:t>
      </w:r>
    </w:p>
    <w:p w14:paraId="22C0CB84" w14:textId="77777777" w:rsidR="00705FAE" w:rsidRPr="00BC6830" w:rsidRDefault="00705FAE" w:rsidP="00667EBF">
      <w:pPr>
        <w:pStyle w:val="Sinespaciado"/>
        <w:jc w:val="both"/>
        <w:rPr>
          <w:rStyle w:val="TNR21"/>
          <w:rFonts w:ascii="Arial" w:hAnsi="Arial" w:cs="Arial"/>
          <w:sz w:val="22"/>
          <w:lang w:val="es-CO"/>
        </w:rPr>
      </w:pPr>
    </w:p>
    <w:tbl>
      <w:tblPr>
        <w:tblW w:w="9634" w:type="dxa"/>
        <w:tblLayout w:type="fixed"/>
        <w:tblLook w:val="0000" w:firstRow="0" w:lastRow="0" w:firstColumn="0" w:lastColumn="0" w:noHBand="0" w:noVBand="0"/>
      </w:tblPr>
      <w:tblGrid>
        <w:gridCol w:w="709"/>
        <w:gridCol w:w="4961"/>
        <w:gridCol w:w="1980"/>
        <w:gridCol w:w="1984"/>
      </w:tblGrid>
      <w:tr w:rsidR="007356D2" w:rsidRPr="00BC6830" w14:paraId="3926E27F" w14:textId="77777777" w:rsidTr="00705FAE">
        <w:trPr>
          <w:trHeight w:val="288"/>
        </w:trPr>
        <w:tc>
          <w:tcPr>
            <w:tcW w:w="709" w:type="dxa"/>
            <w:tcBorders>
              <w:top w:val="single" w:sz="4" w:space="0" w:color="000000"/>
              <w:left w:val="single" w:sz="4" w:space="0" w:color="000000"/>
              <w:bottom w:val="single" w:sz="4" w:space="0" w:color="000000"/>
              <w:right w:val="single" w:sz="4" w:space="0" w:color="000000"/>
            </w:tcBorders>
          </w:tcPr>
          <w:p w14:paraId="594C5EEB" w14:textId="77777777" w:rsidR="007356D2" w:rsidRPr="00BC6830" w:rsidRDefault="007356D2" w:rsidP="00066A07">
            <w:pPr>
              <w:pStyle w:val="Sinespaciado"/>
              <w:jc w:val="right"/>
              <w:rPr>
                <w:rFonts w:ascii="Arial" w:hAnsi="Arial" w:cs="Arial"/>
                <w:lang w:val="es-CO"/>
              </w:rPr>
            </w:pPr>
          </w:p>
        </w:tc>
        <w:tc>
          <w:tcPr>
            <w:tcW w:w="4961" w:type="dxa"/>
            <w:tcBorders>
              <w:top w:val="single" w:sz="4" w:space="0" w:color="000000"/>
              <w:left w:val="nil"/>
              <w:bottom w:val="single" w:sz="4" w:space="0" w:color="000000"/>
              <w:right w:val="single" w:sz="4" w:space="0" w:color="000000"/>
            </w:tcBorders>
          </w:tcPr>
          <w:p w14:paraId="61E240A6" w14:textId="77777777" w:rsidR="007356D2" w:rsidRPr="00BC6830" w:rsidRDefault="007356D2" w:rsidP="00066A07">
            <w:pPr>
              <w:pStyle w:val="Sinespaciado"/>
              <w:jc w:val="center"/>
              <w:rPr>
                <w:rFonts w:ascii="Arial" w:hAnsi="Arial" w:cs="Arial"/>
                <w:lang w:val="es-CO"/>
              </w:rPr>
            </w:pPr>
            <w:r w:rsidRPr="00BC6830">
              <w:rPr>
                <w:rFonts w:ascii="Arial" w:hAnsi="Arial" w:cs="Arial"/>
                <w:b/>
                <w:lang w:val="es-CO"/>
              </w:rPr>
              <w:t>Honorable Representante</w:t>
            </w:r>
          </w:p>
        </w:tc>
        <w:tc>
          <w:tcPr>
            <w:tcW w:w="3964" w:type="dxa"/>
            <w:gridSpan w:val="2"/>
            <w:tcBorders>
              <w:top w:val="single" w:sz="4" w:space="0" w:color="000000"/>
              <w:left w:val="nil"/>
              <w:bottom w:val="single" w:sz="4" w:space="0" w:color="000000"/>
              <w:right w:val="single" w:sz="4" w:space="0" w:color="000000"/>
            </w:tcBorders>
          </w:tcPr>
          <w:p w14:paraId="3FD713FF" w14:textId="77777777" w:rsidR="007356D2" w:rsidRPr="00BC6830" w:rsidRDefault="007356D2" w:rsidP="00066A07">
            <w:pPr>
              <w:pStyle w:val="Sinespaciado"/>
              <w:jc w:val="center"/>
              <w:rPr>
                <w:rFonts w:ascii="Arial" w:hAnsi="Arial" w:cs="Arial"/>
                <w:lang w:val="es-CO"/>
              </w:rPr>
            </w:pPr>
            <w:r w:rsidRPr="00BC6830">
              <w:rPr>
                <w:rFonts w:ascii="Arial" w:hAnsi="Arial" w:cs="Arial"/>
                <w:b/>
                <w:lang w:val="es-CO"/>
              </w:rPr>
              <w:t>Votación</w:t>
            </w:r>
          </w:p>
        </w:tc>
      </w:tr>
      <w:tr w:rsidR="007356D2" w:rsidRPr="00BC6830" w14:paraId="633F7B38" w14:textId="77777777" w:rsidTr="00705FAE">
        <w:trPr>
          <w:trHeight w:val="141"/>
        </w:trPr>
        <w:tc>
          <w:tcPr>
            <w:tcW w:w="709" w:type="dxa"/>
            <w:tcBorders>
              <w:top w:val="nil"/>
              <w:left w:val="single" w:sz="4" w:space="0" w:color="000000"/>
              <w:bottom w:val="single" w:sz="4" w:space="0" w:color="000000"/>
              <w:right w:val="single" w:sz="4" w:space="0" w:color="000000"/>
            </w:tcBorders>
          </w:tcPr>
          <w:p w14:paraId="23CBF935" w14:textId="77777777" w:rsidR="007356D2" w:rsidRPr="00BC6830" w:rsidRDefault="007356D2" w:rsidP="00066A07">
            <w:pPr>
              <w:pStyle w:val="Sinespaciado"/>
              <w:jc w:val="right"/>
              <w:rPr>
                <w:rFonts w:ascii="Arial" w:hAnsi="Arial" w:cs="Arial"/>
                <w:lang w:val="es-CO"/>
              </w:rPr>
            </w:pPr>
            <w:r w:rsidRPr="00BC6830">
              <w:rPr>
                <w:rFonts w:ascii="Arial" w:hAnsi="Arial" w:cs="Arial"/>
                <w:lang w:val="es-CO"/>
              </w:rPr>
              <w:t> No.</w:t>
            </w:r>
          </w:p>
        </w:tc>
        <w:tc>
          <w:tcPr>
            <w:tcW w:w="4961" w:type="dxa"/>
            <w:tcBorders>
              <w:top w:val="single" w:sz="4" w:space="0" w:color="000000"/>
              <w:left w:val="nil"/>
              <w:bottom w:val="single" w:sz="4" w:space="0" w:color="000000"/>
              <w:right w:val="single" w:sz="4" w:space="0" w:color="000000"/>
            </w:tcBorders>
          </w:tcPr>
          <w:p w14:paraId="63241C46" w14:textId="77777777" w:rsidR="007356D2" w:rsidRPr="00BC6830" w:rsidRDefault="007356D2" w:rsidP="00066A07">
            <w:pPr>
              <w:pStyle w:val="Sinespaciado"/>
              <w:jc w:val="center"/>
              <w:rPr>
                <w:rFonts w:ascii="Arial" w:hAnsi="Arial" w:cs="Arial"/>
                <w:lang w:val="es-CO"/>
              </w:rPr>
            </w:pPr>
            <w:r w:rsidRPr="00BC6830">
              <w:rPr>
                <w:rFonts w:ascii="Arial" w:hAnsi="Arial" w:cs="Arial"/>
                <w:b/>
                <w:lang w:val="es-CO"/>
              </w:rPr>
              <w:t>Apellidos y nombres</w:t>
            </w:r>
          </w:p>
        </w:tc>
        <w:tc>
          <w:tcPr>
            <w:tcW w:w="1980" w:type="dxa"/>
            <w:tcBorders>
              <w:top w:val="single" w:sz="4" w:space="0" w:color="000000"/>
              <w:left w:val="nil"/>
              <w:bottom w:val="single" w:sz="4" w:space="0" w:color="000000"/>
              <w:right w:val="single" w:sz="4" w:space="0" w:color="000000"/>
            </w:tcBorders>
          </w:tcPr>
          <w:p w14:paraId="7B5DA834" w14:textId="77777777" w:rsidR="007356D2" w:rsidRPr="00BC6830" w:rsidRDefault="007356D2" w:rsidP="00066A07">
            <w:pPr>
              <w:pStyle w:val="Sinespaciado"/>
              <w:jc w:val="center"/>
              <w:rPr>
                <w:rFonts w:ascii="Arial" w:hAnsi="Arial" w:cs="Arial"/>
                <w:lang w:val="es-CO"/>
              </w:rPr>
            </w:pPr>
            <w:r w:rsidRPr="00BC6830">
              <w:rPr>
                <w:rFonts w:ascii="Arial" w:hAnsi="Arial" w:cs="Arial"/>
                <w:b/>
                <w:lang w:val="es-CO"/>
              </w:rPr>
              <w:t>SI</w:t>
            </w:r>
          </w:p>
        </w:tc>
        <w:tc>
          <w:tcPr>
            <w:tcW w:w="1984" w:type="dxa"/>
            <w:tcBorders>
              <w:top w:val="single" w:sz="4" w:space="0" w:color="000000"/>
              <w:left w:val="nil"/>
              <w:bottom w:val="single" w:sz="4" w:space="0" w:color="000000"/>
              <w:right w:val="single" w:sz="4" w:space="0" w:color="000000"/>
            </w:tcBorders>
          </w:tcPr>
          <w:p w14:paraId="530ADFFB" w14:textId="77777777" w:rsidR="007356D2" w:rsidRPr="00BC6830" w:rsidRDefault="007356D2" w:rsidP="00066A07">
            <w:pPr>
              <w:pStyle w:val="Sinespaciado"/>
              <w:jc w:val="center"/>
              <w:rPr>
                <w:rFonts w:ascii="Arial" w:hAnsi="Arial" w:cs="Arial"/>
                <w:lang w:val="es-CO"/>
              </w:rPr>
            </w:pPr>
            <w:r w:rsidRPr="00BC6830">
              <w:rPr>
                <w:rFonts w:ascii="Arial" w:hAnsi="Arial" w:cs="Arial"/>
                <w:b/>
                <w:lang w:val="es-CO"/>
              </w:rPr>
              <w:t>NO</w:t>
            </w:r>
          </w:p>
        </w:tc>
      </w:tr>
      <w:tr w:rsidR="007356D2" w:rsidRPr="00BC6830" w14:paraId="59348323" w14:textId="77777777" w:rsidTr="00705FAE">
        <w:trPr>
          <w:trHeight w:val="44"/>
        </w:trPr>
        <w:tc>
          <w:tcPr>
            <w:tcW w:w="709" w:type="dxa"/>
            <w:tcBorders>
              <w:top w:val="nil"/>
              <w:left w:val="single" w:sz="4" w:space="0" w:color="000000"/>
              <w:bottom w:val="single" w:sz="4" w:space="0" w:color="000000"/>
              <w:right w:val="single" w:sz="4" w:space="0" w:color="000000"/>
            </w:tcBorders>
          </w:tcPr>
          <w:p w14:paraId="156707C9" w14:textId="77777777" w:rsidR="007356D2" w:rsidRPr="00BC6830" w:rsidRDefault="007356D2" w:rsidP="00066A07">
            <w:pPr>
              <w:pStyle w:val="Sinespaciado"/>
              <w:jc w:val="right"/>
              <w:rPr>
                <w:rFonts w:ascii="Arial" w:hAnsi="Arial" w:cs="Arial"/>
                <w:lang w:val="es-CO"/>
              </w:rPr>
            </w:pPr>
            <w:r w:rsidRPr="00BC6830">
              <w:rPr>
                <w:rFonts w:ascii="Arial" w:hAnsi="Arial" w:cs="Arial"/>
                <w:lang w:val="es-CO"/>
              </w:rPr>
              <w:t>1</w:t>
            </w:r>
          </w:p>
        </w:tc>
        <w:tc>
          <w:tcPr>
            <w:tcW w:w="4961" w:type="dxa"/>
            <w:tcBorders>
              <w:top w:val="nil"/>
              <w:left w:val="nil"/>
              <w:bottom w:val="single" w:sz="4" w:space="0" w:color="000000"/>
              <w:right w:val="single" w:sz="4" w:space="0" w:color="000000"/>
            </w:tcBorders>
          </w:tcPr>
          <w:p w14:paraId="2CA267D6" w14:textId="77777777" w:rsidR="007356D2" w:rsidRPr="00705FAE" w:rsidRDefault="007356D2" w:rsidP="00066A07">
            <w:pPr>
              <w:pStyle w:val="Sinespaciado"/>
              <w:rPr>
                <w:rFonts w:ascii="Arial" w:hAnsi="Arial" w:cs="Arial"/>
                <w:i/>
                <w:iCs/>
                <w:lang w:val="es-CO"/>
              </w:rPr>
            </w:pPr>
            <w:r w:rsidRPr="00705FAE">
              <w:rPr>
                <w:rFonts w:ascii="Arial" w:hAnsi="Arial" w:cs="Arial"/>
                <w:i/>
                <w:iCs/>
                <w:lang w:val="es-CO"/>
              </w:rPr>
              <w:t>ALFONSO JURADO MARTHA LISBETH</w:t>
            </w:r>
          </w:p>
        </w:tc>
        <w:tc>
          <w:tcPr>
            <w:tcW w:w="1980" w:type="dxa"/>
            <w:tcBorders>
              <w:top w:val="single" w:sz="4" w:space="0" w:color="000000"/>
              <w:left w:val="nil"/>
              <w:bottom w:val="single" w:sz="4" w:space="0" w:color="000000"/>
              <w:right w:val="single" w:sz="4" w:space="0" w:color="000000"/>
            </w:tcBorders>
          </w:tcPr>
          <w:p w14:paraId="6D7650F6" w14:textId="77777777" w:rsidR="007356D2" w:rsidRPr="00BC6830" w:rsidRDefault="007356D2"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6F0CCD7F" w14:textId="77777777" w:rsidR="007356D2" w:rsidRPr="00BC6830" w:rsidRDefault="007356D2" w:rsidP="00066A07">
            <w:pPr>
              <w:pStyle w:val="Sinespaciado"/>
              <w:jc w:val="center"/>
              <w:rPr>
                <w:rFonts w:ascii="Arial" w:hAnsi="Arial" w:cs="Arial"/>
                <w:lang w:val="es-CO"/>
              </w:rPr>
            </w:pPr>
          </w:p>
        </w:tc>
      </w:tr>
      <w:tr w:rsidR="007356D2" w:rsidRPr="00BC6830" w14:paraId="524CB3AC" w14:textId="77777777" w:rsidTr="00705FAE">
        <w:trPr>
          <w:trHeight w:val="49"/>
        </w:trPr>
        <w:tc>
          <w:tcPr>
            <w:tcW w:w="709" w:type="dxa"/>
            <w:tcBorders>
              <w:top w:val="nil"/>
              <w:left w:val="single" w:sz="4" w:space="0" w:color="000000"/>
              <w:bottom w:val="single" w:sz="4" w:space="0" w:color="000000"/>
              <w:right w:val="single" w:sz="4" w:space="0" w:color="000000"/>
            </w:tcBorders>
          </w:tcPr>
          <w:p w14:paraId="4E97B53F" w14:textId="77777777" w:rsidR="007356D2" w:rsidRPr="00BC6830" w:rsidRDefault="007356D2" w:rsidP="00066A07">
            <w:pPr>
              <w:pStyle w:val="Sinespaciado"/>
              <w:jc w:val="right"/>
              <w:rPr>
                <w:rFonts w:ascii="Arial" w:hAnsi="Arial" w:cs="Arial"/>
                <w:lang w:val="es-CO"/>
              </w:rPr>
            </w:pPr>
            <w:r w:rsidRPr="00BC6830">
              <w:rPr>
                <w:rFonts w:ascii="Arial" w:hAnsi="Arial" w:cs="Arial"/>
                <w:lang w:val="es-CO"/>
              </w:rPr>
              <w:t>2</w:t>
            </w:r>
          </w:p>
        </w:tc>
        <w:tc>
          <w:tcPr>
            <w:tcW w:w="4961" w:type="dxa"/>
            <w:tcBorders>
              <w:top w:val="nil"/>
              <w:left w:val="nil"/>
              <w:bottom w:val="single" w:sz="4" w:space="0" w:color="000000"/>
              <w:right w:val="single" w:sz="4" w:space="0" w:color="000000"/>
            </w:tcBorders>
          </w:tcPr>
          <w:p w14:paraId="2D11226E" w14:textId="77777777" w:rsidR="007356D2" w:rsidRPr="00705FAE" w:rsidRDefault="007356D2" w:rsidP="00066A07">
            <w:pPr>
              <w:pStyle w:val="Sinespaciado"/>
              <w:rPr>
                <w:rFonts w:ascii="Arial" w:hAnsi="Arial" w:cs="Arial"/>
                <w:i/>
                <w:iCs/>
                <w:lang w:val="es-CO"/>
              </w:rPr>
            </w:pPr>
            <w:r w:rsidRPr="00705FAE">
              <w:rPr>
                <w:rFonts w:ascii="Arial" w:hAnsi="Arial" w:cs="Arial"/>
                <w:i/>
                <w:iCs/>
                <w:lang w:val="es-CO"/>
              </w:rPr>
              <w:t>ARCHILA SUAREZ HUGO ALFONSO</w:t>
            </w:r>
          </w:p>
        </w:tc>
        <w:tc>
          <w:tcPr>
            <w:tcW w:w="1980" w:type="dxa"/>
            <w:tcBorders>
              <w:top w:val="single" w:sz="4" w:space="0" w:color="000000"/>
              <w:left w:val="nil"/>
              <w:bottom w:val="single" w:sz="4" w:space="0" w:color="000000"/>
              <w:right w:val="single" w:sz="4" w:space="0" w:color="000000"/>
            </w:tcBorders>
          </w:tcPr>
          <w:p w14:paraId="0562A90F" w14:textId="77777777" w:rsidR="007356D2" w:rsidRPr="00BC6830" w:rsidRDefault="007356D2"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34FC68C9" w14:textId="77777777" w:rsidR="007356D2" w:rsidRPr="00BC6830" w:rsidRDefault="007356D2" w:rsidP="00066A07">
            <w:pPr>
              <w:pStyle w:val="Sinespaciado"/>
              <w:jc w:val="center"/>
              <w:rPr>
                <w:rFonts w:ascii="Arial" w:hAnsi="Arial" w:cs="Arial"/>
                <w:lang w:val="es-CO"/>
              </w:rPr>
            </w:pPr>
          </w:p>
        </w:tc>
      </w:tr>
      <w:tr w:rsidR="007356D2" w:rsidRPr="00BC6830" w14:paraId="17461125" w14:textId="77777777" w:rsidTr="00705FAE">
        <w:trPr>
          <w:trHeight w:val="66"/>
        </w:trPr>
        <w:tc>
          <w:tcPr>
            <w:tcW w:w="709" w:type="dxa"/>
            <w:tcBorders>
              <w:top w:val="nil"/>
              <w:left w:val="single" w:sz="4" w:space="0" w:color="000000"/>
              <w:bottom w:val="single" w:sz="4" w:space="0" w:color="000000"/>
              <w:right w:val="single" w:sz="4" w:space="0" w:color="000000"/>
            </w:tcBorders>
          </w:tcPr>
          <w:p w14:paraId="6395A05A" w14:textId="77777777" w:rsidR="007356D2" w:rsidRPr="00BC6830" w:rsidRDefault="007356D2" w:rsidP="00066A07">
            <w:pPr>
              <w:pStyle w:val="Sinespaciado"/>
              <w:jc w:val="right"/>
              <w:rPr>
                <w:rFonts w:ascii="Arial" w:hAnsi="Arial" w:cs="Arial"/>
                <w:lang w:val="es-CO"/>
              </w:rPr>
            </w:pPr>
            <w:r w:rsidRPr="00BC6830">
              <w:rPr>
                <w:rFonts w:ascii="Arial" w:hAnsi="Arial" w:cs="Arial"/>
                <w:lang w:val="es-CO"/>
              </w:rPr>
              <w:t>3</w:t>
            </w:r>
          </w:p>
        </w:tc>
        <w:tc>
          <w:tcPr>
            <w:tcW w:w="4961" w:type="dxa"/>
            <w:tcBorders>
              <w:top w:val="nil"/>
              <w:left w:val="nil"/>
              <w:bottom w:val="single" w:sz="4" w:space="0" w:color="000000"/>
              <w:right w:val="single" w:sz="4" w:space="0" w:color="000000"/>
            </w:tcBorders>
          </w:tcPr>
          <w:p w14:paraId="7E3598D9" w14:textId="77777777" w:rsidR="007356D2" w:rsidRPr="00705FAE" w:rsidRDefault="007356D2" w:rsidP="00066A07">
            <w:pPr>
              <w:pStyle w:val="Sinespaciado"/>
              <w:rPr>
                <w:rFonts w:ascii="Arial" w:hAnsi="Arial" w:cs="Arial"/>
                <w:i/>
                <w:iCs/>
                <w:lang w:val="es-CO"/>
              </w:rPr>
            </w:pPr>
            <w:r w:rsidRPr="00705FAE">
              <w:rPr>
                <w:rFonts w:ascii="Arial" w:hAnsi="Arial" w:cs="Arial"/>
                <w:i/>
                <w:iCs/>
                <w:lang w:val="es-CO"/>
              </w:rPr>
              <w:t>ÁVILA MORALES CAMILO ESTEBAN</w:t>
            </w:r>
          </w:p>
        </w:tc>
        <w:tc>
          <w:tcPr>
            <w:tcW w:w="1980" w:type="dxa"/>
            <w:tcBorders>
              <w:top w:val="single" w:sz="4" w:space="0" w:color="000000"/>
              <w:left w:val="nil"/>
              <w:bottom w:val="single" w:sz="4" w:space="0" w:color="000000"/>
              <w:right w:val="single" w:sz="4" w:space="0" w:color="000000"/>
            </w:tcBorders>
          </w:tcPr>
          <w:p w14:paraId="6935BC35" w14:textId="77777777" w:rsidR="007356D2" w:rsidRPr="00BC6830" w:rsidRDefault="007356D2"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4D82355D" w14:textId="77777777" w:rsidR="007356D2" w:rsidRPr="00BC6830" w:rsidRDefault="007356D2" w:rsidP="00066A07">
            <w:pPr>
              <w:pStyle w:val="Sinespaciado"/>
              <w:jc w:val="center"/>
              <w:rPr>
                <w:rFonts w:ascii="Arial" w:hAnsi="Arial" w:cs="Arial"/>
                <w:lang w:val="es-CO"/>
              </w:rPr>
            </w:pPr>
          </w:p>
        </w:tc>
      </w:tr>
      <w:tr w:rsidR="007356D2" w:rsidRPr="00BC6830" w14:paraId="4C8207FD" w14:textId="77777777" w:rsidTr="00705FAE">
        <w:trPr>
          <w:trHeight w:val="44"/>
        </w:trPr>
        <w:tc>
          <w:tcPr>
            <w:tcW w:w="709" w:type="dxa"/>
            <w:tcBorders>
              <w:top w:val="nil"/>
              <w:left w:val="single" w:sz="4" w:space="0" w:color="000000"/>
              <w:bottom w:val="single" w:sz="4" w:space="0" w:color="000000"/>
              <w:right w:val="single" w:sz="4" w:space="0" w:color="000000"/>
            </w:tcBorders>
          </w:tcPr>
          <w:p w14:paraId="760C828B" w14:textId="77777777" w:rsidR="007356D2" w:rsidRPr="00BC6830" w:rsidRDefault="007356D2" w:rsidP="00066A07">
            <w:pPr>
              <w:pStyle w:val="Sinespaciado"/>
              <w:jc w:val="right"/>
              <w:rPr>
                <w:rFonts w:ascii="Arial" w:hAnsi="Arial" w:cs="Arial"/>
                <w:lang w:val="es-CO"/>
              </w:rPr>
            </w:pPr>
            <w:r w:rsidRPr="00BC6830">
              <w:rPr>
                <w:rFonts w:ascii="Arial" w:hAnsi="Arial" w:cs="Arial"/>
                <w:lang w:val="es-CO"/>
              </w:rPr>
              <w:t>4</w:t>
            </w:r>
          </w:p>
        </w:tc>
        <w:tc>
          <w:tcPr>
            <w:tcW w:w="4961" w:type="dxa"/>
            <w:tcBorders>
              <w:top w:val="nil"/>
              <w:left w:val="nil"/>
              <w:bottom w:val="single" w:sz="4" w:space="0" w:color="000000"/>
              <w:right w:val="single" w:sz="4" w:space="0" w:color="000000"/>
            </w:tcBorders>
          </w:tcPr>
          <w:p w14:paraId="58F900FC" w14:textId="77777777" w:rsidR="007356D2" w:rsidRPr="00705FAE" w:rsidRDefault="007356D2" w:rsidP="00066A07">
            <w:pPr>
              <w:pStyle w:val="Sinespaciado"/>
              <w:rPr>
                <w:rFonts w:ascii="Arial" w:hAnsi="Arial" w:cs="Arial"/>
                <w:i/>
                <w:iCs/>
                <w:lang w:val="es-CO"/>
              </w:rPr>
            </w:pPr>
            <w:r w:rsidRPr="00705FAE">
              <w:rPr>
                <w:rFonts w:ascii="Arial" w:hAnsi="Arial" w:cs="Arial"/>
                <w:i/>
                <w:iCs/>
                <w:lang w:val="es-CO"/>
              </w:rPr>
              <w:t>CARRASCAL ROJAS MARÍA FERNANDA</w:t>
            </w:r>
          </w:p>
        </w:tc>
        <w:tc>
          <w:tcPr>
            <w:tcW w:w="1980" w:type="dxa"/>
            <w:tcBorders>
              <w:top w:val="single" w:sz="4" w:space="0" w:color="000000"/>
              <w:left w:val="nil"/>
              <w:bottom w:val="single" w:sz="4" w:space="0" w:color="000000"/>
              <w:right w:val="single" w:sz="4" w:space="0" w:color="000000"/>
            </w:tcBorders>
          </w:tcPr>
          <w:p w14:paraId="63A7B25D" w14:textId="77777777" w:rsidR="007356D2" w:rsidRPr="00BC6830" w:rsidRDefault="007356D2"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33728C6D" w14:textId="77777777" w:rsidR="007356D2" w:rsidRPr="00BC6830" w:rsidRDefault="007356D2" w:rsidP="00066A07">
            <w:pPr>
              <w:pStyle w:val="Sinespaciado"/>
              <w:jc w:val="center"/>
              <w:rPr>
                <w:rFonts w:ascii="Arial" w:hAnsi="Arial" w:cs="Arial"/>
                <w:lang w:val="es-CO"/>
              </w:rPr>
            </w:pPr>
          </w:p>
        </w:tc>
      </w:tr>
      <w:tr w:rsidR="007356D2" w:rsidRPr="00BC6830" w14:paraId="65E6C5FF" w14:textId="77777777" w:rsidTr="00705FAE">
        <w:trPr>
          <w:trHeight w:val="44"/>
        </w:trPr>
        <w:tc>
          <w:tcPr>
            <w:tcW w:w="709" w:type="dxa"/>
            <w:tcBorders>
              <w:top w:val="nil"/>
              <w:left w:val="single" w:sz="4" w:space="0" w:color="000000"/>
              <w:bottom w:val="single" w:sz="4" w:space="0" w:color="000000"/>
              <w:right w:val="single" w:sz="4" w:space="0" w:color="000000"/>
            </w:tcBorders>
          </w:tcPr>
          <w:p w14:paraId="33795F4F" w14:textId="77777777" w:rsidR="007356D2" w:rsidRPr="00BC6830" w:rsidRDefault="007356D2" w:rsidP="00066A07">
            <w:pPr>
              <w:pStyle w:val="Sinespaciado"/>
              <w:jc w:val="right"/>
              <w:rPr>
                <w:rFonts w:ascii="Arial" w:hAnsi="Arial" w:cs="Arial"/>
                <w:lang w:val="es-CO"/>
              </w:rPr>
            </w:pPr>
            <w:r w:rsidRPr="00BC6830">
              <w:rPr>
                <w:rFonts w:ascii="Arial" w:hAnsi="Arial" w:cs="Arial"/>
                <w:lang w:val="es-CO"/>
              </w:rPr>
              <w:t>5</w:t>
            </w:r>
          </w:p>
        </w:tc>
        <w:tc>
          <w:tcPr>
            <w:tcW w:w="4961" w:type="dxa"/>
            <w:tcBorders>
              <w:top w:val="nil"/>
              <w:left w:val="nil"/>
              <w:bottom w:val="single" w:sz="4" w:space="0" w:color="000000"/>
              <w:right w:val="single" w:sz="4" w:space="0" w:color="000000"/>
            </w:tcBorders>
          </w:tcPr>
          <w:p w14:paraId="524A30D7" w14:textId="77777777" w:rsidR="007356D2" w:rsidRPr="00705FAE" w:rsidRDefault="007356D2" w:rsidP="00066A07">
            <w:pPr>
              <w:pStyle w:val="Sinespaciado"/>
              <w:rPr>
                <w:rFonts w:ascii="Arial" w:hAnsi="Arial" w:cs="Arial"/>
                <w:i/>
                <w:iCs/>
                <w:lang w:val="es-CO"/>
              </w:rPr>
            </w:pPr>
            <w:r w:rsidRPr="00705FAE">
              <w:rPr>
                <w:rFonts w:ascii="Arial" w:hAnsi="Arial" w:cs="Arial"/>
                <w:i/>
                <w:iCs/>
                <w:lang w:val="es-CO"/>
              </w:rPr>
              <w:t>CHAPARRO CHAPARRO HÉCTOR DAVID</w:t>
            </w:r>
          </w:p>
        </w:tc>
        <w:tc>
          <w:tcPr>
            <w:tcW w:w="1980" w:type="dxa"/>
            <w:tcBorders>
              <w:top w:val="single" w:sz="4" w:space="0" w:color="000000"/>
              <w:left w:val="nil"/>
              <w:bottom w:val="single" w:sz="4" w:space="0" w:color="000000"/>
              <w:right w:val="single" w:sz="4" w:space="0" w:color="000000"/>
            </w:tcBorders>
          </w:tcPr>
          <w:p w14:paraId="03408B77" w14:textId="77777777" w:rsidR="007356D2" w:rsidRPr="00BC6830" w:rsidRDefault="007356D2"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5E330229" w14:textId="77777777" w:rsidR="007356D2" w:rsidRPr="00BC6830" w:rsidRDefault="007356D2" w:rsidP="00066A07">
            <w:pPr>
              <w:pStyle w:val="Sinespaciado"/>
              <w:jc w:val="center"/>
              <w:rPr>
                <w:rFonts w:ascii="Arial" w:hAnsi="Arial" w:cs="Arial"/>
                <w:lang w:val="es-CO"/>
              </w:rPr>
            </w:pPr>
          </w:p>
        </w:tc>
      </w:tr>
      <w:tr w:rsidR="007356D2" w:rsidRPr="00BC6830" w14:paraId="70FD93C5" w14:textId="77777777" w:rsidTr="00705FAE">
        <w:trPr>
          <w:trHeight w:val="44"/>
        </w:trPr>
        <w:tc>
          <w:tcPr>
            <w:tcW w:w="709" w:type="dxa"/>
            <w:tcBorders>
              <w:top w:val="nil"/>
              <w:left w:val="single" w:sz="4" w:space="0" w:color="000000"/>
              <w:bottom w:val="single" w:sz="4" w:space="0" w:color="000000"/>
              <w:right w:val="single" w:sz="4" w:space="0" w:color="000000"/>
            </w:tcBorders>
          </w:tcPr>
          <w:p w14:paraId="6146B614" w14:textId="77777777" w:rsidR="007356D2" w:rsidRPr="00BC6830" w:rsidRDefault="007356D2" w:rsidP="00066A07">
            <w:pPr>
              <w:pStyle w:val="Sinespaciado"/>
              <w:jc w:val="right"/>
              <w:rPr>
                <w:rFonts w:ascii="Arial" w:hAnsi="Arial" w:cs="Arial"/>
                <w:lang w:val="es-CO"/>
              </w:rPr>
            </w:pPr>
            <w:r w:rsidRPr="00BC6830">
              <w:rPr>
                <w:rFonts w:ascii="Arial" w:hAnsi="Arial" w:cs="Arial"/>
                <w:lang w:val="es-CO"/>
              </w:rPr>
              <w:t>6</w:t>
            </w:r>
          </w:p>
        </w:tc>
        <w:tc>
          <w:tcPr>
            <w:tcW w:w="4961" w:type="dxa"/>
            <w:tcBorders>
              <w:top w:val="nil"/>
              <w:left w:val="nil"/>
              <w:bottom w:val="single" w:sz="4" w:space="0" w:color="000000"/>
              <w:right w:val="single" w:sz="4" w:space="0" w:color="000000"/>
            </w:tcBorders>
          </w:tcPr>
          <w:p w14:paraId="70C4136D" w14:textId="77777777" w:rsidR="007356D2" w:rsidRPr="00705FAE" w:rsidRDefault="007356D2" w:rsidP="00066A07">
            <w:pPr>
              <w:pStyle w:val="Sinespaciado"/>
              <w:rPr>
                <w:rFonts w:ascii="Arial" w:hAnsi="Arial" w:cs="Arial"/>
                <w:i/>
                <w:iCs/>
                <w:lang w:val="es-CO"/>
              </w:rPr>
            </w:pPr>
            <w:r w:rsidRPr="00705FAE">
              <w:rPr>
                <w:rFonts w:ascii="Arial" w:hAnsi="Arial" w:cs="Arial"/>
                <w:i/>
                <w:iCs/>
                <w:lang w:val="es-CO"/>
              </w:rPr>
              <w:t>CORZO ÁLVAREZ JUAN FELIPE</w:t>
            </w:r>
          </w:p>
        </w:tc>
        <w:tc>
          <w:tcPr>
            <w:tcW w:w="1980" w:type="dxa"/>
            <w:tcBorders>
              <w:top w:val="single" w:sz="4" w:space="0" w:color="000000"/>
              <w:left w:val="nil"/>
              <w:bottom w:val="single" w:sz="4" w:space="0" w:color="000000"/>
              <w:right w:val="single" w:sz="4" w:space="0" w:color="000000"/>
            </w:tcBorders>
          </w:tcPr>
          <w:p w14:paraId="2D2A2799" w14:textId="77777777" w:rsidR="007356D2" w:rsidRPr="00BC6830" w:rsidRDefault="007356D2"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453DDABE" w14:textId="77777777" w:rsidR="007356D2" w:rsidRPr="00BC6830" w:rsidRDefault="007356D2" w:rsidP="00066A07">
            <w:pPr>
              <w:pStyle w:val="Sinespaciado"/>
              <w:jc w:val="center"/>
              <w:rPr>
                <w:rFonts w:ascii="Arial" w:hAnsi="Arial" w:cs="Arial"/>
                <w:lang w:val="es-CO"/>
              </w:rPr>
            </w:pPr>
          </w:p>
        </w:tc>
      </w:tr>
      <w:tr w:rsidR="007356D2" w:rsidRPr="00BC6830" w14:paraId="5BA2942F" w14:textId="77777777" w:rsidTr="00705FAE">
        <w:trPr>
          <w:trHeight w:val="44"/>
        </w:trPr>
        <w:tc>
          <w:tcPr>
            <w:tcW w:w="709" w:type="dxa"/>
            <w:tcBorders>
              <w:top w:val="nil"/>
              <w:left w:val="single" w:sz="4" w:space="0" w:color="000000"/>
              <w:bottom w:val="single" w:sz="4" w:space="0" w:color="000000"/>
              <w:right w:val="single" w:sz="4" w:space="0" w:color="000000"/>
            </w:tcBorders>
          </w:tcPr>
          <w:p w14:paraId="4B1AEA39" w14:textId="77777777" w:rsidR="007356D2" w:rsidRPr="00BC6830" w:rsidRDefault="007356D2" w:rsidP="00066A07">
            <w:pPr>
              <w:pStyle w:val="Sinespaciado"/>
              <w:jc w:val="right"/>
              <w:rPr>
                <w:rFonts w:ascii="Arial" w:hAnsi="Arial" w:cs="Arial"/>
                <w:lang w:val="es-CO"/>
              </w:rPr>
            </w:pPr>
            <w:r w:rsidRPr="00BC6830">
              <w:rPr>
                <w:rFonts w:ascii="Arial" w:hAnsi="Arial" w:cs="Arial"/>
                <w:lang w:val="es-CO"/>
              </w:rPr>
              <w:t>7</w:t>
            </w:r>
          </w:p>
        </w:tc>
        <w:tc>
          <w:tcPr>
            <w:tcW w:w="4961" w:type="dxa"/>
            <w:tcBorders>
              <w:top w:val="nil"/>
              <w:left w:val="nil"/>
              <w:bottom w:val="single" w:sz="4" w:space="0" w:color="000000"/>
              <w:right w:val="single" w:sz="4" w:space="0" w:color="000000"/>
            </w:tcBorders>
          </w:tcPr>
          <w:p w14:paraId="629857B5" w14:textId="77777777" w:rsidR="007356D2" w:rsidRPr="00705FAE" w:rsidRDefault="007356D2" w:rsidP="00066A07">
            <w:pPr>
              <w:pStyle w:val="Sinespaciado"/>
              <w:rPr>
                <w:rFonts w:ascii="Arial" w:hAnsi="Arial" w:cs="Arial"/>
                <w:i/>
                <w:iCs/>
                <w:lang w:val="es-CO"/>
              </w:rPr>
            </w:pPr>
            <w:r w:rsidRPr="00705FAE">
              <w:rPr>
                <w:rFonts w:ascii="Arial" w:hAnsi="Arial" w:cs="Arial"/>
                <w:i/>
                <w:iCs/>
                <w:lang w:val="es-CO"/>
              </w:rPr>
              <w:t xml:space="preserve">CRISTO CORREA JAIRO HUMBERTO </w:t>
            </w:r>
          </w:p>
        </w:tc>
        <w:tc>
          <w:tcPr>
            <w:tcW w:w="1980" w:type="dxa"/>
            <w:tcBorders>
              <w:top w:val="single" w:sz="4" w:space="0" w:color="000000"/>
              <w:left w:val="nil"/>
              <w:bottom w:val="single" w:sz="4" w:space="0" w:color="000000"/>
              <w:right w:val="single" w:sz="4" w:space="0" w:color="000000"/>
            </w:tcBorders>
          </w:tcPr>
          <w:p w14:paraId="0969B424" w14:textId="77777777" w:rsidR="007356D2" w:rsidRPr="00BC6830" w:rsidRDefault="007356D2"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37308672" w14:textId="77777777" w:rsidR="007356D2" w:rsidRPr="00BC6830" w:rsidRDefault="007356D2" w:rsidP="00066A07">
            <w:pPr>
              <w:pStyle w:val="Sinespaciado"/>
              <w:jc w:val="center"/>
              <w:rPr>
                <w:rFonts w:ascii="Arial" w:hAnsi="Arial" w:cs="Arial"/>
                <w:lang w:val="es-CO"/>
              </w:rPr>
            </w:pPr>
          </w:p>
        </w:tc>
      </w:tr>
      <w:tr w:rsidR="007356D2" w:rsidRPr="00BC6830" w14:paraId="493BA680" w14:textId="77777777" w:rsidTr="00705FAE">
        <w:trPr>
          <w:trHeight w:val="44"/>
        </w:trPr>
        <w:tc>
          <w:tcPr>
            <w:tcW w:w="709" w:type="dxa"/>
            <w:tcBorders>
              <w:top w:val="nil"/>
              <w:left w:val="single" w:sz="4" w:space="0" w:color="000000"/>
              <w:bottom w:val="single" w:sz="4" w:space="0" w:color="000000"/>
              <w:right w:val="single" w:sz="4" w:space="0" w:color="000000"/>
            </w:tcBorders>
          </w:tcPr>
          <w:p w14:paraId="071BC7F0" w14:textId="77777777" w:rsidR="007356D2" w:rsidRPr="00BC6830" w:rsidRDefault="007356D2" w:rsidP="00066A07">
            <w:pPr>
              <w:pStyle w:val="Sinespaciado"/>
              <w:jc w:val="right"/>
              <w:rPr>
                <w:rFonts w:ascii="Arial" w:hAnsi="Arial" w:cs="Arial"/>
                <w:lang w:val="es-CO"/>
              </w:rPr>
            </w:pPr>
            <w:r w:rsidRPr="00BC6830">
              <w:rPr>
                <w:rFonts w:ascii="Arial" w:hAnsi="Arial" w:cs="Arial"/>
                <w:lang w:val="es-CO"/>
              </w:rPr>
              <w:t>8</w:t>
            </w:r>
          </w:p>
        </w:tc>
        <w:tc>
          <w:tcPr>
            <w:tcW w:w="4961" w:type="dxa"/>
            <w:tcBorders>
              <w:top w:val="nil"/>
              <w:left w:val="nil"/>
              <w:bottom w:val="single" w:sz="4" w:space="0" w:color="000000"/>
              <w:right w:val="single" w:sz="4" w:space="0" w:color="000000"/>
            </w:tcBorders>
          </w:tcPr>
          <w:p w14:paraId="4FD1F523" w14:textId="77777777" w:rsidR="007356D2" w:rsidRPr="00705FAE" w:rsidRDefault="007356D2" w:rsidP="00066A07">
            <w:pPr>
              <w:pStyle w:val="Sinespaciado"/>
              <w:rPr>
                <w:rFonts w:ascii="Arial" w:hAnsi="Arial" w:cs="Arial"/>
                <w:i/>
                <w:iCs/>
                <w:lang w:val="es-CO"/>
              </w:rPr>
            </w:pPr>
            <w:r w:rsidRPr="00705FAE">
              <w:rPr>
                <w:rFonts w:ascii="Arial" w:hAnsi="Arial" w:cs="Arial"/>
                <w:i/>
                <w:iCs/>
                <w:lang w:val="es-CO"/>
              </w:rPr>
              <w:t>ESCAF TIJERINO AGMETH JOSÉ</w:t>
            </w:r>
          </w:p>
        </w:tc>
        <w:tc>
          <w:tcPr>
            <w:tcW w:w="1980" w:type="dxa"/>
            <w:tcBorders>
              <w:top w:val="single" w:sz="4" w:space="0" w:color="000000"/>
              <w:left w:val="nil"/>
              <w:bottom w:val="single" w:sz="4" w:space="0" w:color="000000"/>
              <w:right w:val="single" w:sz="4" w:space="0" w:color="000000"/>
            </w:tcBorders>
          </w:tcPr>
          <w:p w14:paraId="44B62D56" w14:textId="77777777" w:rsidR="007356D2" w:rsidRPr="00BC6830" w:rsidRDefault="007356D2"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1BF60C1E" w14:textId="77777777" w:rsidR="007356D2" w:rsidRPr="00BC6830" w:rsidRDefault="007356D2" w:rsidP="00066A07">
            <w:pPr>
              <w:pStyle w:val="Sinespaciado"/>
              <w:jc w:val="center"/>
              <w:rPr>
                <w:rFonts w:ascii="Arial" w:hAnsi="Arial" w:cs="Arial"/>
                <w:lang w:val="es-CO"/>
              </w:rPr>
            </w:pPr>
          </w:p>
        </w:tc>
      </w:tr>
      <w:tr w:rsidR="007356D2" w:rsidRPr="00BC6830" w14:paraId="1BED6BC2" w14:textId="77777777" w:rsidTr="00705FAE">
        <w:trPr>
          <w:trHeight w:val="44"/>
        </w:trPr>
        <w:tc>
          <w:tcPr>
            <w:tcW w:w="709" w:type="dxa"/>
            <w:tcBorders>
              <w:top w:val="nil"/>
              <w:left w:val="single" w:sz="4" w:space="0" w:color="000000"/>
              <w:bottom w:val="single" w:sz="4" w:space="0" w:color="000000"/>
              <w:right w:val="single" w:sz="4" w:space="0" w:color="000000"/>
            </w:tcBorders>
          </w:tcPr>
          <w:p w14:paraId="106F60E8" w14:textId="77777777" w:rsidR="007356D2" w:rsidRPr="00BC6830" w:rsidRDefault="007356D2" w:rsidP="00066A07">
            <w:pPr>
              <w:pStyle w:val="Sinespaciado"/>
              <w:jc w:val="right"/>
              <w:rPr>
                <w:rFonts w:ascii="Arial" w:hAnsi="Arial" w:cs="Arial"/>
                <w:lang w:val="es-CO"/>
              </w:rPr>
            </w:pPr>
            <w:r w:rsidRPr="00BC6830">
              <w:rPr>
                <w:rFonts w:ascii="Arial" w:hAnsi="Arial" w:cs="Arial"/>
                <w:lang w:val="es-CO"/>
              </w:rPr>
              <w:t>9</w:t>
            </w:r>
          </w:p>
        </w:tc>
        <w:tc>
          <w:tcPr>
            <w:tcW w:w="4961" w:type="dxa"/>
            <w:tcBorders>
              <w:top w:val="nil"/>
              <w:left w:val="nil"/>
              <w:bottom w:val="single" w:sz="4" w:space="0" w:color="000000"/>
              <w:right w:val="single" w:sz="4" w:space="0" w:color="000000"/>
            </w:tcBorders>
          </w:tcPr>
          <w:p w14:paraId="1BE5670B" w14:textId="77777777" w:rsidR="007356D2" w:rsidRPr="00705FAE" w:rsidRDefault="007356D2" w:rsidP="00066A07">
            <w:pPr>
              <w:pStyle w:val="Sinespaciado"/>
              <w:rPr>
                <w:rFonts w:ascii="Arial" w:hAnsi="Arial" w:cs="Arial"/>
                <w:i/>
                <w:iCs/>
                <w:lang w:val="es-CO"/>
              </w:rPr>
            </w:pPr>
            <w:r w:rsidRPr="00705FAE">
              <w:rPr>
                <w:rFonts w:ascii="Arial" w:hAnsi="Arial" w:cs="Arial"/>
                <w:i/>
                <w:iCs/>
                <w:lang w:val="es-CO"/>
              </w:rPr>
              <w:t>FORERO MOLINA ANDRÉS EDUARDO</w:t>
            </w:r>
          </w:p>
        </w:tc>
        <w:tc>
          <w:tcPr>
            <w:tcW w:w="1980" w:type="dxa"/>
            <w:tcBorders>
              <w:top w:val="single" w:sz="4" w:space="0" w:color="000000"/>
              <w:left w:val="nil"/>
              <w:bottom w:val="single" w:sz="4" w:space="0" w:color="000000"/>
              <w:right w:val="single" w:sz="4" w:space="0" w:color="000000"/>
            </w:tcBorders>
          </w:tcPr>
          <w:p w14:paraId="4AAEE4C4" w14:textId="77777777" w:rsidR="007356D2" w:rsidRPr="00BC6830" w:rsidRDefault="007356D2" w:rsidP="00066A07">
            <w:pPr>
              <w:pStyle w:val="Sinespaciado"/>
              <w:jc w:val="center"/>
              <w:rPr>
                <w:rFonts w:ascii="Arial" w:hAnsi="Arial" w:cs="Arial"/>
                <w:lang w:val="es-CO"/>
              </w:rPr>
            </w:pPr>
          </w:p>
        </w:tc>
        <w:tc>
          <w:tcPr>
            <w:tcW w:w="1984" w:type="dxa"/>
            <w:tcBorders>
              <w:top w:val="single" w:sz="4" w:space="0" w:color="000000"/>
              <w:left w:val="nil"/>
              <w:bottom w:val="single" w:sz="4" w:space="0" w:color="000000"/>
              <w:right w:val="single" w:sz="4" w:space="0" w:color="000000"/>
            </w:tcBorders>
          </w:tcPr>
          <w:p w14:paraId="328B0FE4" w14:textId="77777777" w:rsidR="007356D2" w:rsidRPr="00BC6830" w:rsidRDefault="007356D2" w:rsidP="00066A07">
            <w:pPr>
              <w:pStyle w:val="Sinespaciado"/>
              <w:jc w:val="center"/>
              <w:rPr>
                <w:rFonts w:ascii="Arial" w:hAnsi="Arial" w:cs="Arial"/>
                <w:lang w:val="es-CO"/>
              </w:rPr>
            </w:pPr>
            <w:r w:rsidRPr="00BC6830">
              <w:rPr>
                <w:rFonts w:ascii="Arial" w:hAnsi="Arial" w:cs="Arial"/>
                <w:lang w:val="es-CO"/>
              </w:rPr>
              <w:t>X</w:t>
            </w:r>
          </w:p>
        </w:tc>
      </w:tr>
      <w:tr w:rsidR="007356D2" w:rsidRPr="00BC6830" w14:paraId="425897F9" w14:textId="77777777" w:rsidTr="00705FAE">
        <w:trPr>
          <w:trHeight w:val="44"/>
        </w:trPr>
        <w:tc>
          <w:tcPr>
            <w:tcW w:w="709" w:type="dxa"/>
            <w:tcBorders>
              <w:top w:val="nil"/>
              <w:left w:val="single" w:sz="4" w:space="0" w:color="000000"/>
              <w:bottom w:val="single" w:sz="4" w:space="0" w:color="000000"/>
              <w:right w:val="single" w:sz="4" w:space="0" w:color="000000"/>
            </w:tcBorders>
          </w:tcPr>
          <w:p w14:paraId="7E4BA15A" w14:textId="77777777" w:rsidR="007356D2" w:rsidRPr="00BC6830" w:rsidRDefault="007356D2" w:rsidP="00066A07">
            <w:pPr>
              <w:pStyle w:val="Sinespaciado"/>
              <w:jc w:val="right"/>
              <w:rPr>
                <w:rFonts w:ascii="Arial" w:hAnsi="Arial" w:cs="Arial"/>
                <w:lang w:val="es-CO"/>
              </w:rPr>
            </w:pPr>
            <w:r w:rsidRPr="00BC6830">
              <w:rPr>
                <w:rFonts w:ascii="Arial" w:hAnsi="Arial" w:cs="Arial"/>
                <w:lang w:val="es-CO"/>
              </w:rPr>
              <w:t>10</w:t>
            </w:r>
          </w:p>
        </w:tc>
        <w:tc>
          <w:tcPr>
            <w:tcW w:w="4961" w:type="dxa"/>
            <w:tcBorders>
              <w:top w:val="nil"/>
              <w:left w:val="nil"/>
              <w:bottom w:val="single" w:sz="4" w:space="0" w:color="000000"/>
              <w:right w:val="single" w:sz="4" w:space="0" w:color="000000"/>
            </w:tcBorders>
          </w:tcPr>
          <w:p w14:paraId="3679FC85" w14:textId="77777777" w:rsidR="007356D2" w:rsidRPr="00705FAE" w:rsidRDefault="007356D2" w:rsidP="00066A07">
            <w:pPr>
              <w:pStyle w:val="Sinespaciado"/>
              <w:rPr>
                <w:rFonts w:ascii="Arial" w:hAnsi="Arial" w:cs="Arial"/>
                <w:i/>
                <w:iCs/>
                <w:lang w:val="es-CO"/>
              </w:rPr>
            </w:pPr>
            <w:r w:rsidRPr="00705FAE">
              <w:rPr>
                <w:rFonts w:ascii="Arial" w:hAnsi="Arial" w:cs="Arial"/>
                <w:i/>
                <w:iCs/>
                <w:lang w:val="es-CO"/>
              </w:rPr>
              <w:t>GÓMEZ LÓPEZ GERMAN JOSÉ</w:t>
            </w:r>
          </w:p>
        </w:tc>
        <w:tc>
          <w:tcPr>
            <w:tcW w:w="1980" w:type="dxa"/>
            <w:tcBorders>
              <w:top w:val="single" w:sz="4" w:space="0" w:color="000000"/>
              <w:left w:val="nil"/>
              <w:bottom w:val="single" w:sz="4" w:space="0" w:color="000000"/>
              <w:right w:val="single" w:sz="4" w:space="0" w:color="000000"/>
            </w:tcBorders>
          </w:tcPr>
          <w:p w14:paraId="00D959DB" w14:textId="77777777" w:rsidR="007356D2" w:rsidRPr="00BC6830" w:rsidRDefault="007356D2"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2D58CA60" w14:textId="77777777" w:rsidR="007356D2" w:rsidRPr="00BC6830" w:rsidRDefault="007356D2" w:rsidP="00066A07">
            <w:pPr>
              <w:pStyle w:val="Sinespaciado"/>
              <w:jc w:val="center"/>
              <w:rPr>
                <w:rFonts w:ascii="Arial" w:hAnsi="Arial" w:cs="Arial"/>
                <w:lang w:val="es-CO"/>
              </w:rPr>
            </w:pPr>
          </w:p>
        </w:tc>
      </w:tr>
      <w:tr w:rsidR="007356D2" w:rsidRPr="00BC6830" w14:paraId="792EBDE1" w14:textId="77777777" w:rsidTr="00705FAE">
        <w:trPr>
          <w:trHeight w:val="114"/>
        </w:trPr>
        <w:tc>
          <w:tcPr>
            <w:tcW w:w="709" w:type="dxa"/>
            <w:tcBorders>
              <w:top w:val="nil"/>
              <w:left w:val="single" w:sz="4" w:space="0" w:color="000000"/>
              <w:bottom w:val="single" w:sz="4" w:space="0" w:color="000000"/>
              <w:right w:val="single" w:sz="4" w:space="0" w:color="000000"/>
            </w:tcBorders>
          </w:tcPr>
          <w:p w14:paraId="5BCAFB4B" w14:textId="77777777" w:rsidR="007356D2" w:rsidRPr="00BC6830" w:rsidRDefault="007356D2" w:rsidP="00066A07">
            <w:pPr>
              <w:pStyle w:val="Sinespaciado"/>
              <w:jc w:val="right"/>
              <w:rPr>
                <w:rFonts w:ascii="Arial" w:hAnsi="Arial" w:cs="Arial"/>
                <w:lang w:val="es-CO"/>
              </w:rPr>
            </w:pPr>
            <w:r w:rsidRPr="00BC6830">
              <w:rPr>
                <w:rFonts w:ascii="Arial" w:hAnsi="Arial" w:cs="Arial"/>
                <w:lang w:val="es-CO"/>
              </w:rPr>
              <w:t>11</w:t>
            </w:r>
          </w:p>
        </w:tc>
        <w:tc>
          <w:tcPr>
            <w:tcW w:w="4961" w:type="dxa"/>
            <w:tcBorders>
              <w:top w:val="nil"/>
              <w:left w:val="nil"/>
              <w:bottom w:val="single" w:sz="4" w:space="0" w:color="000000"/>
              <w:right w:val="single" w:sz="4" w:space="0" w:color="000000"/>
            </w:tcBorders>
          </w:tcPr>
          <w:p w14:paraId="15174783" w14:textId="77777777" w:rsidR="007356D2" w:rsidRPr="00705FAE" w:rsidRDefault="007356D2" w:rsidP="00066A07">
            <w:pPr>
              <w:pStyle w:val="Sinespaciado"/>
              <w:rPr>
                <w:rFonts w:ascii="Arial" w:hAnsi="Arial" w:cs="Arial"/>
                <w:i/>
                <w:iCs/>
                <w:lang w:val="es-CO"/>
              </w:rPr>
            </w:pPr>
            <w:r w:rsidRPr="00705FAE">
              <w:rPr>
                <w:rFonts w:ascii="Arial" w:hAnsi="Arial" w:cs="Arial"/>
                <w:i/>
                <w:iCs/>
                <w:lang w:val="es-CO"/>
              </w:rPr>
              <w:t>LONDOÑO BARRERA JUAN CAMILO</w:t>
            </w:r>
          </w:p>
        </w:tc>
        <w:tc>
          <w:tcPr>
            <w:tcW w:w="1980" w:type="dxa"/>
            <w:tcBorders>
              <w:top w:val="single" w:sz="4" w:space="0" w:color="000000"/>
              <w:left w:val="nil"/>
              <w:bottom w:val="single" w:sz="4" w:space="0" w:color="000000"/>
              <w:right w:val="single" w:sz="4" w:space="0" w:color="000000"/>
            </w:tcBorders>
          </w:tcPr>
          <w:p w14:paraId="391F2935" w14:textId="77777777" w:rsidR="007356D2" w:rsidRPr="00BC6830" w:rsidRDefault="007356D2"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7B7CAE11" w14:textId="77777777" w:rsidR="007356D2" w:rsidRPr="00BC6830" w:rsidRDefault="007356D2" w:rsidP="00066A07">
            <w:pPr>
              <w:pStyle w:val="Sinespaciado"/>
              <w:jc w:val="center"/>
              <w:rPr>
                <w:rFonts w:ascii="Arial" w:hAnsi="Arial" w:cs="Arial"/>
                <w:lang w:val="es-CO"/>
              </w:rPr>
            </w:pPr>
          </w:p>
        </w:tc>
      </w:tr>
      <w:tr w:rsidR="007356D2" w:rsidRPr="00BC6830" w14:paraId="35489DFE" w14:textId="77777777" w:rsidTr="00705FAE">
        <w:trPr>
          <w:trHeight w:val="73"/>
        </w:trPr>
        <w:tc>
          <w:tcPr>
            <w:tcW w:w="709" w:type="dxa"/>
            <w:tcBorders>
              <w:top w:val="nil"/>
              <w:left w:val="single" w:sz="4" w:space="0" w:color="000000"/>
              <w:bottom w:val="single" w:sz="4" w:space="0" w:color="000000"/>
              <w:right w:val="single" w:sz="4" w:space="0" w:color="000000"/>
            </w:tcBorders>
          </w:tcPr>
          <w:p w14:paraId="11375CBF" w14:textId="77777777" w:rsidR="007356D2" w:rsidRPr="00BC6830" w:rsidRDefault="007356D2" w:rsidP="00066A07">
            <w:pPr>
              <w:pStyle w:val="Sinespaciado"/>
              <w:jc w:val="right"/>
              <w:rPr>
                <w:rFonts w:ascii="Arial" w:hAnsi="Arial" w:cs="Arial"/>
                <w:lang w:val="es-CO"/>
              </w:rPr>
            </w:pPr>
            <w:r w:rsidRPr="00BC6830">
              <w:rPr>
                <w:rFonts w:ascii="Arial" w:hAnsi="Arial" w:cs="Arial"/>
                <w:lang w:val="es-CO"/>
              </w:rPr>
              <w:t>12</w:t>
            </w:r>
          </w:p>
        </w:tc>
        <w:tc>
          <w:tcPr>
            <w:tcW w:w="4961" w:type="dxa"/>
            <w:tcBorders>
              <w:top w:val="nil"/>
              <w:left w:val="nil"/>
              <w:bottom w:val="single" w:sz="4" w:space="0" w:color="000000"/>
              <w:right w:val="single" w:sz="4" w:space="0" w:color="000000"/>
            </w:tcBorders>
          </w:tcPr>
          <w:p w14:paraId="13EDD68B" w14:textId="77777777" w:rsidR="007356D2" w:rsidRPr="00705FAE" w:rsidRDefault="007356D2" w:rsidP="00066A07">
            <w:pPr>
              <w:pStyle w:val="Sinespaciado"/>
              <w:rPr>
                <w:rFonts w:ascii="Arial" w:hAnsi="Arial" w:cs="Arial"/>
                <w:i/>
                <w:iCs/>
                <w:lang w:val="es-CO"/>
              </w:rPr>
            </w:pPr>
            <w:r w:rsidRPr="00705FAE">
              <w:rPr>
                <w:rFonts w:ascii="Arial" w:hAnsi="Arial" w:cs="Arial"/>
                <w:i/>
                <w:iCs/>
                <w:lang w:val="es-CO"/>
              </w:rPr>
              <w:t>LOPERA MONSALVE MARÍA EUGENIA</w:t>
            </w:r>
          </w:p>
        </w:tc>
        <w:tc>
          <w:tcPr>
            <w:tcW w:w="1980" w:type="dxa"/>
            <w:tcBorders>
              <w:top w:val="single" w:sz="4" w:space="0" w:color="000000"/>
              <w:left w:val="nil"/>
              <w:bottom w:val="single" w:sz="4" w:space="0" w:color="000000"/>
              <w:right w:val="single" w:sz="4" w:space="0" w:color="000000"/>
            </w:tcBorders>
          </w:tcPr>
          <w:p w14:paraId="264C4D18" w14:textId="77777777" w:rsidR="007356D2" w:rsidRPr="00BC6830" w:rsidRDefault="007356D2" w:rsidP="00066A07">
            <w:pPr>
              <w:pStyle w:val="Sinespaciado"/>
              <w:jc w:val="center"/>
              <w:rPr>
                <w:rFonts w:ascii="Arial" w:hAnsi="Arial" w:cs="Arial"/>
                <w:lang w:val="es-CO"/>
              </w:rPr>
            </w:pPr>
          </w:p>
        </w:tc>
        <w:tc>
          <w:tcPr>
            <w:tcW w:w="1984" w:type="dxa"/>
            <w:tcBorders>
              <w:top w:val="single" w:sz="4" w:space="0" w:color="000000"/>
              <w:left w:val="nil"/>
              <w:bottom w:val="single" w:sz="4" w:space="0" w:color="000000"/>
              <w:right w:val="single" w:sz="4" w:space="0" w:color="000000"/>
            </w:tcBorders>
          </w:tcPr>
          <w:p w14:paraId="583646D7" w14:textId="77777777" w:rsidR="007356D2" w:rsidRPr="00BC6830" w:rsidRDefault="007356D2" w:rsidP="00066A07">
            <w:pPr>
              <w:pStyle w:val="Sinespaciado"/>
              <w:jc w:val="center"/>
              <w:rPr>
                <w:rFonts w:ascii="Arial" w:hAnsi="Arial" w:cs="Arial"/>
                <w:lang w:val="es-CO"/>
              </w:rPr>
            </w:pPr>
          </w:p>
        </w:tc>
      </w:tr>
      <w:tr w:rsidR="007356D2" w:rsidRPr="00BC6830" w14:paraId="401AED87" w14:textId="77777777" w:rsidTr="00705FAE">
        <w:trPr>
          <w:trHeight w:val="247"/>
        </w:trPr>
        <w:tc>
          <w:tcPr>
            <w:tcW w:w="709" w:type="dxa"/>
            <w:tcBorders>
              <w:top w:val="nil"/>
              <w:left w:val="single" w:sz="4" w:space="0" w:color="000000"/>
              <w:bottom w:val="single" w:sz="4" w:space="0" w:color="000000"/>
              <w:right w:val="single" w:sz="4" w:space="0" w:color="000000"/>
            </w:tcBorders>
          </w:tcPr>
          <w:p w14:paraId="3DE1E4BA" w14:textId="77777777" w:rsidR="007356D2" w:rsidRPr="00BC6830" w:rsidRDefault="007356D2" w:rsidP="00066A07">
            <w:pPr>
              <w:pStyle w:val="Sinespaciado"/>
              <w:jc w:val="right"/>
              <w:rPr>
                <w:rFonts w:ascii="Arial" w:hAnsi="Arial" w:cs="Arial"/>
                <w:lang w:val="es-CO"/>
              </w:rPr>
            </w:pPr>
            <w:r w:rsidRPr="00BC6830">
              <w:rPr>
                <w:rFonts w:ascii="Arial" w:hAnsi="Arial" w:cs="Arial"/>
                <w:lang w:val="es-CO"/>
              </w:rPr>
              <w:t>13</w:t>
            </w:r>
          </w:p>
        </w:tc>
        <w:tc>
          <w:tcPr>
            <w:tcW w:w="4961" w:type="dxa"/>
            <w:tcBorders>
              <w:top w:val="nil"/>
              <w:left w:val="nil"/>
              <w:bottom w:val="single" w:sz="4" w:space="0" w:color="000000"/>
              <w:right w:val="single" w:sz="4" w:space="0" w:color="000000"/>
            </w:tcBorders>
          </w:tcPr>
          <w:p w14:paraId="1E108A0A" w14:textId="77777777" w:rsidR="007356D2" w:rsidRPr="00705FAE" w:rsidRDefault="007356D2" w:rsidP="00066A07">
            <w:pPr>
              <w:pStyle w:val="Sinespaciado"/>
              <w:rPr>
                <w:rFonts w:ascii="Arial" w:hAnsi="Arial" w:cs="Arial"/>
                <w:i/>
                <w:iCs/>
                <w:lang w:val="es-CO"/>
              </w:rPr>
            </w:pPr>
            <w:r w:rsidRPr="00705FAE">
              <w:rPr>
                <w:rFonts w:ascii="Arial" w:hAnsi="Arial" w:cs="Arial"/>
                <w:i/>
                <w:iCs/>
                <w:lang w:val="es-CO"/>
              </w:rPr>
              <w:t>LÓPEZ SALAZAR KAREN JULIANA</w:t>
            </w:r>
          </w:p>
        </w:tc>
        <w:tc>
          <w:tcPr>
            <w:tcW w:w="1980" w:type="dxa"/>
            <w:tcBorders>
              <w:top w:val="single" w:sz="4" w:space="0" w:color="000000"/>
              <w:left w:val="nil"/>
              <w:bottom w:val="single" w:sz="4" w:space="0" w:color="000000"/>
              <w:right w:val="single" w:sz="4" w:space="0" w:color="000000"/>
            </w:tcBorders>
          </w:tcPr>
          <w:p w14:paraId="7B8C6CA2" w14:textId="77777777" w:rsidR="007356D2" w:rsidRPr="00BC6830" w:rsidRDefault="007356D2"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55307C3C" w14:textId="77777777" w:rsidR="007356D2" w:rsidRPr="00BC6830" w:rsidRDefault="007356D2" w:rsidP="00066A07">
            <w:pPr>
              <w:pStyle w:val="Sinespaciado"/>
              <w:jc w:val="center"/>
              <w:rPr>
                <w:rFonts w:ascii="Arial" w:hAnsi="Arial" w:cs="Arial"/>
                <w:lang w:val="es-CO"/>
              </w:rPr>
            </w:pPr>
          </w:p>
        </w:tc>
      </w:tr>
      <w:tr w:rsidR="007356D2" w:rsidRPr="00BC6830" w14:paraId="65F0E68E" w14:textId="77777777" w:rsidTr="00705FAE">
        <w:trPr>
          <w:trHeight w:val="238"/>
        </w:trPr>
        <w:tc>
          <w:tcPr>
            <w:tcW w:w="709" w:type="dxa"/>
            <w:tcBorders>
              <w:top w:val="nil"/>
              <w:left w:val="single" w:sz="4" w:space="0" w:color="000000"/>
              <w:bottom w:val="single" w:sz="4" w:space="0" w:color="000000"/>
              <w:right w:val="single" w:sz="4" w:space="0" w:color="000000"/>
            </w:tcBorders>
          </w:tcPr>
          <w:p w14:paraId="641724D0" w14:textId="77777777" w:rsidR="007356D2" w:rsidRPr="00BC6830" w:rsidRDefault="007356D2" w:rsidP="00066A07">
            <w:pPr>
              <w:pStyle w:val="Sinespaciado"/>
              <w:jc w:val="right"/>
              <w:rPr>
                <w:rFonts w:ascii="Arial" w:hAnsi="Arial" w:cs="Arial"/>
                <w:lang w:val="es-CO"/>
              </w:rPr>
            </w:pPr>
            <w:r w:rsidRPr="00BC6830">
              <w:rPr>
                <w:rFonts w:ascii="Arial" w:hAnsi="Arial" w:cs="Arial"/>
                <w:lang w:val="es-CO"/>
              </w:rPr>
              <w:t>14</w:t>
            </w:r>
          </w:p>
        </w:tc>
        <w:tc>
          <w:tcPr>
            <w:tcW w:w="4961" w:type="dxa"/>
            <w:tcBorders>
              <w:top w:val="nil"/>
              <w:left w:val="nil"/>
              <w:bottom w:val="single" w:sz="4" w:space="0" w:color="000000"/>
              <w:right w:val="single" w:sz="4" w:space="0" w:color="000000"/>
            </w:tcBorders>
          </w:tcPr>
          <w:p w14:paraId="66EC386B" w14:textId="77777777" w:rsidR="007356D2" w:rsidRPr="00705FAE" w:rsidRDefault="007356D2" w:rsidP="00066A07">
            <w:pPr>
              <w:pStyle w:val="Sinespaciado"/>
              <w:rPr>
                <w:rFonts w:ascii="Arial" w:hAnsi="Arial" w:cs="Arial"/>
                <w:i/>
                <w:iCs/>
                <w:lang w:val="es-CO"/>
              </w:rPr>
            </w:pPr>
            <w:r w:rsidRPr="00705FAE">
              <w:rPr>
                <w:rFonts w:ascii="Arial" w:hAnsi="Arial" w:cs="Arial"/>
                <w:i/>
                <w:iCs/>
                <w:lang w:val="es-CO"/>
              </w:rPr>
              <w:t xml:space="preserve">MONDRAGÓN GARZÓN ALFREDO </w:t>
            </w:r>
          </w:p>
        </w:tc>
        <w:tc>
          <w:tcPr>
            <w:tcW w:w="1980" w:type="dxa"/>
            <w:tcBorders>
              <w:top w:val="single" w:sz="4" w:space="0" w:color="000000"/>
              <w:left w:val="nil"/>
              <w:bottom w:val="single" w:sz="4" w:space="0" w:color="000000"/>
              <w:right w:val="single" w:sz="4" w:space="0" w:color="000000"/>
            </w:tcBorders>
          </w:tcPr>
          <w:p w14:paraId="0F3D608D" w14:textId="77777777" w:rsidR="007356D2" w:rsidRPr="00BC6830" w:rsidRDefault="007356D2"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40ADC87B" w14:textId="77777777" w:rsidR="007356D2" w:rsidRPr="00BC6830" w:rsidRDefault="007356D2" w:rsidP="00066A07">
            <w:pPr>
              <w:pStyle w:val="Sinespaciado"/>
              <w:jc w:val="center"/>
              <w:rPr>
                <w:rFonts w:ascii="Arial" w:hAnsi="Arial" w:cs="Arial"/>
                <w:lang w:val="es-CO"/>
              </w:rPr>
            </w:pPr>
          </w:p>
        </w:tc>
      </w:tr>
      <w:tr w:rsidR="007356D2" w:rsidRPr="00BC6830" w14:paraId="12004681" w14:textId="77777777" w:rsidTr="00705FAE">
        <w:trPr>
          <w:trHeight w:val="81"/>
        </w:trPr>
        <w:tc>
          <w:tcPr>
            <w:tcW w:w="709" w:type="dxa"/>
            <w:tcBorders>
              <w:top w:val="nil"/>
              <w:left w:val="single" w:sz="4" w:space="0" w:color="000000"/>
              <w:bottom w:val="single" w:sz="4" w:space="0" w:color="000000"/>
              <w:right w:val="single" w:sz="4" w:space="0" w:color="000000"/>
            </w:tcBorders>
          </w:tcPr>
          <w:p w14:paraId="65C9C78D" w14:textId="77777777" w:rsidR="007356D2" w:rsidRPr="00BC6830" w:rsidRDefault="007356D2" w:rsidP="00066A07">
            <w:pPr>
              <w:pStyle w:val="Sinespaciado"/>
              <w:jc w:val="right"/>
              <w:rPr>
                <w:rFonts w:ascii="Arial" w:hAnsi="Arial" w:cs="Arial"/>
                <w:lang w:val="es-CO"/>
              </w:rPr>
            </w:pPr>
            <w:r w:rsidRPr="00BC6830">
              <w:rPr>
                <w:rFonts w:ascii="Arial" w:hAnsi="Arial" w:cs="Arial"/>
                <w:lang w:val="es-CO"/>
              </w:rPr>
              <w:t>15</w:t>
            </w:r>
          </w:p>
        </w:tc>
        <w:tc>
          <w:tcPr>
            <w:tcW w:w="4961" w:type="dxa"/>
            <w:tcBorders>
              <w:top w:val="nil"/>
              <w:left w:val="nil"/>
              <w:bottom w:val="single" w:sz="4" w:space="0" w:color="000000"/>
              <w:right w:val="single" w:sz="4" w:space="0" w:color="000000"/>
            </w:tcBorders>
          </w:tcPr>
          <w:p w14:paraId="08F950A1" w14:textId="77777777" w:rsidR="007356D2" w:rsidRPr="00705FAE" w:rsidRDefault="007356D2" w:rsidP="00066A07">
            <w:pPr>
              <w:pStyle w:val="Sinespaciado"/>
              <w:rPr>
                <w:rFonts w:ascii="Arial" w:hAnsi="Arial" w:cs="Arial"/>
                <w:i/>
                <w:iCs/>
                <w:lang w:val="es-CO"/>
              </w:rPr>
            </w:pPr>
            <w:r w:rsidRPr="00705FAE">
              <w:rPr>
                <w:rFonts w:ascii="Arial" w:hAnsi="Arial" w:cs="Arial"/>
                <w:i/>
                <w:iCs/>
                <w:lang w:val="es-CO"/>
              </w:rPr>
              <w:t>PÉREZ ARANGO BETSY JUDITH</w:t>
            </w:r>
          </w:p>
        </w:tc>
        <w:tc>
          <w:tcPr>
            <w:tcW w:w="1980" w:type="dxa"/>
            <w:tcBorders>
              <w:top w:val="single" w:sz="4" w:space="0" w:color="000000"/>
              <w:left w:val="nil"/>
              <w:bottom w:val="single" w:sz="4" w:space="0" w:color="000000"/>
              <w:right w:val="single" w:sz="4" w:space="0" w:color="000000"/>
            </w:tcBorders>
          </w:tcPr>
          <w:p w14:paraId="5F96F33F" w14:textId="77777777" w:rsidR="007356D2" w:rsidRPr="00BC6830" w:rsidRDefault="00024B26"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3CFEB205" w14:textId="77777777" w:rsidR="007356D2" w:rsidRPr="00BC6830" w:rsidRDefault="007356D2" w:rsidP="00066A07">
            <w:pPr>
              <w:pStyle w:val="Sinespaciado"/>
              <w:jc w:val="center"/>
              <w:rPr>
                <w:rFonts w:ascii="Arial" w:hAnsi="Arial" w:cs="Arial"/>
                <w:lang w:val="es-CO"/>
              </w:rPr>
            </w:pPr>
          </w:p>
        </w:tc>
      </w:tr>
      <w:tr w:rsidR="007356D2" w:rsidRPr="00BC6830" w14:paraId="1CA7E5FC" w14:textId="77777777" w:rsidTr="00705FAE">
        <w:trPr>
          <w:trHeight w:val="44"/>
        </w:trPr>
        <w:tc>
          <w:tcPr>
            <w:tcW w:w="709" w:type="dxa"/>
            <w:tcBorders>
              <w:top w:val="nil"/>
              <w:left w:val="single" w:sz="4" w:space="0" w:color="000000"/>
              <w:bottom w:val="single" w:sz="4" w:space="0" w:color="auto"/>
              <w:right w:val="single" w:sz="4" w:space="0" w:color="000000"/>
            </w:tcBorders>
          </w:tcPr>
          <w:p w14:paraId="2F9D90CA" w14:textId="77777777" w:rsidR="007356D2" w:rsidRPr="00BC6830" w:rsidRDefault="007356D2" w:rsidP="00066A07">
            <w:pPr>
              <w:pStyle w:val="Sinespaciado"/>
              <w:jc w:val="right"/>
              <w:rPr>
                <w:rFonts w:ascii="Arial" w:hAnsi="Arial" w:cs="Arial"/>
                <w:lang w:val="es-CO"/>
              </w:rPr>
            </w:pPr>
            <w:r w:rsidRPr="00BC6830">
              <w:rPr>
                <w:rFonts w:ascii="Arial" w:hAnsi="Arial" w:cs="Arial"/>
                <w:lang w:val="es-CO"/>
              </w:rPr>
              <w:t>16</w:t>
            </w:r>
          </w:p>
        </w:tc>
        <w:tc>
          <w:tcPr>
            <w:tcW w:w="4961" w:type="dxa"/>
            <w:tcBorders>
              <w:top w:val="nil"/>
              <w:left w:val="nil"/>
              <w:bottom w:val="single" w:sz="4" w:space="0" w:color="auto"/>
              <w:right w:val="single" w:sz="4" w:space="0" w:color="000000"/>
            </w:tcBorders>
          </w:tcPr>
          <w:p w14:paraId="4AC86BA0" w14:textId="77777777" w:rsidR="007356D2" w:rsidRPr="00705FAE" w:rsidRDefault="007356D2" w:rsidP="00066A07">
            <w:pPr>
              <w:pStyle w:val="Sinespaciado"/>
              <w:rPr>
                <w:rFonts w:ascii="Arial" w:hAnsi="Arial" w:cs="Arial"/>
                <w:i/>
                <w:iCs/>
                <w:lang w:val="es-CO"/>
              </w:rPr>
            </w:pPr>
            <w:r w:rsidRPr="00705FAE">
              <w:rPr>
                <w:rFonts w:ascii="Arial" w:hAnsi="Arial" w:cs="Arial"/>
                <w:i/>
                <w:iCs/>
                <w:lang w:val="es-CO"/>
              </w:rPr>
              <w:t>QUEVEDO HERRERA JORGE ALEXANDER</w:t>
            </w:r>
          </w:p>
        </w:tc>
        <w:tc>
          <w:tcPr>
            <w:tcW w:w="1980" w:type="dxa"/>
            <w:tcBorders>
              <w:top w:val="single" w:sz="4" w:space="0" w:color="000000"/>
              <w:left w:val="nil"/>
              <w:bottom w:val="single" w:sz="4" w:space="0" w:color="auto"/>
              <w:right w:val="single" w:sz="4" w:space="0" w:color="000000"/>
            </w:tcBorders>
          </w:tcPr>
          <w:p w14:paraId="05D5B597" w14:textId="77777777" w:rsidR="007356D2" w:rsidRPr="00BC6830" w:rsidRDefault="00024B26"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auto"/>
              <w:right w:val="single" w:sz="4" w:space="0" w:color="000000"/>
            </w:tcBorders>
          </w:tcPr>
          <w:p w14:paraId="72A41AE0" w14:textId="77777777" w:rsidR="007356D2" w:rsidRPr="00BC6830" w:rsidRDefault="007356D2" w:rsidP="00066A07">
            <w:pPr>
              <w:pStyle w:val="Sinespaciado"/>
              <w:jc w:val="center"/>
              <w:rPr>
                <w:rFonts w:ascii="Arial" w:hAnsi="Arial" w:cs="Arial"/>
                <w:lang w:val="es-CO"/>
              </w:rPr>
            </w:pPr>
          </w:p>
        </w:tc>
      </w:tr>
      <w:tr w:rsidR="007356D2" w:rsidRPr="00BC6830" w14:paraId="70E38CE8" w14:textId="77777777" w:rsidTr="00705FAE">
        <w:trPr>
          <w:trHeight w:val="44"/>
        </w:trPr>
        <w:tc>
          <w:tcPr>
            <w:tcW w:w="709" w:type="dxa"/>
            <w:tcBorders>
              <w:top w:val="single" w:sz="4" w:space="0" w:color="auto"/>
              <w:left w:val="single" w:sz="4" w:space="0" w:color="000000"/>
              <w:bottom w:val="single" w:sz="4" w:space="0" w:color="000000"/>
              <w:right w:val="single" w:sz="4" w:space="0" w:color="000000"/>
            </w:tcBorders>
          </w:tcPr>
          <w:p w14:paraId="702EA985" w14:textId="77777777" w:rsidR="007356D2" w:rsidRPr="00BC6830" w:rsidRDefault="007356D2" w:rsidP="00066A07">
            <w:pPr>
              <w:pStyle w:val="Sinespaciado"/>
              <w:jc w:val="right"/>
              <w:rPr>
                <w:rFonts w:ascii="Arial" w:hAnsi="Arial" w:cs="Arial"/>
                <w:lang w:val="es-CO"/>
              </w:rPr>
            </w:pPr>
            <w:r w:rsidRPr="00BC6830">
              <w:rPr>
                <w:rFonts w:ascii="Arial" w:hAnsi="Arial" w:cs="Arial"/>
                <w:lang w:val="es-CO"/>
              </w:rPr>
              <w:t>17</w:t>
            </w:r>
          </w:p>
        </w:tc>
        <w:tc>
          <w:tcPr>
            <w:tcW w:w="4961" w:type="dxa"/>
            <w:tcBorders>
              <w:top w:val="single" w:sz="4" w:space="0" w:color="auto"/>
              <w:left w:val="nil"/>
              <w:bottom w:val="single" w:sz="4" w:space="0" w:color="000000"/>
              <w:right w:val="single" w:sz="4" w:space="0" w:color="000000"/>
            </w:tcBorders>
          </w:tcPr>
          <w:p w14:paraId="492A3D44" w14:textId="77777777" w:rsidR="007356D2" w:rsidRPr="00705FAE" w:rsidRDefault="007356D2" w:rsidP="00066A07">
            <w:pPr>
              <w:pStyle w:val="Sinespaciado"/>
              <w:rPr>
                <w:rFonts w:ascii="Arial" w:hAnsi="Arial" w:cs="Arial"/>
                <w:i/>
                <w:iCs/>
                <w:lang w:val="es-CO"/>
              </w:rPr>
            </w:pPr>
            <w:r w:rsidRPr="00705FAE">
              <w:rPr>
                <w:rFonts w:ascii="Arial" w:hAnsi="Arial" w:cs="Arial"/>
                <w:i/>
                <w:iCs/>
                <w:lang w:val="es-CO"/>
              </w:rPr>
              <w:t>ROZO ANÍS GERMAN ROGELIO</w:t>
            </w:r>
          </w:p>
        </w:tc>
        <w:tc>
          <w:tcPr>
            <w:tcW w:w="1980" w:type="dxa"/>
            <w:tcBorders>
              <w:top w:val="single" w:sz="4" w:space="0" w:color="auto"/>
              <w:left w:val="nil"/>
              <w:bottom w:val="single" w:sz="4" w:space="0" w:color="000000"/>
              <w:right w:val="single" w:sz="4" w:space="0" w:color="000000"/>
            </w:tcBorders>
          </w:tcPr>
          <w:p w14:paraId="747D2D8C" w14:textId="77777777" w:rsidR="007356D2" w:rsidRPr="00BC6830" w:rsidRDefault="00024B26"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auto"/>
              <w:left w:val="nil"/>
              <w:bottom w:val="single" w:sz="4" w:space="0" w:color="000000"/>
              <w:right w:val="single" w:sz="4" w:space="0" w:color="000000"/>
            </w:tcBorders>
          </w:tcPr>
          <w:p w14:paraId="01493785" w14:textId="77777777" w:rsidR="007356D2" w:rsidRPr="00BC6830" w:rsidRDefault="007356D2" w:rsidP="00066A07">
            <w:pPr>
              <w:pStyle w:val="Sinespaciado"/>
              <w:jc w:val="center"/>
              <w:rPr>
                <w:rFonts w:ascii="Arial" w:hAnsi="Arial" w:cs="Arial"/>
                <w:lang w:val="es-CO"/>
              </w:rPr>
            </w:pPr>
          </w:p>
        </w:tc>
      </w:tr>
      <w:tr w:rsidR="007356D2" w:rsidRPr="00BC6830" w14:paraId="2B6C0800" w14:textId="77777777" w:rsidTr="00705FAE">
        <w:trPr>
          <w:trHeight w:val="44"/>
        </w:trPr>
        <w:tc>
          <w:tcPr>
            <w:tcW w:w="709" w:type="dxa"/>
            <w:tcBorders>
              <w:top w:val="nil"/>
              <w:left w:val="single" w:sz="4" w:space="0" w:color="000000"/>
              <w:bottom w:val="single" w:sz="4" w:space="0" w:color="auto"/>
              <w:right w:val="single" w:sz="4" w:space="0" w:color="000000"/>
            </w:tcBorders>
          </w:tcPr>
          <w:p w14:paraId="64A184D6" w14:textId="77777777" w:rsidR="007356D2" w:rsidRPr="00BC6830" w:rsidRDefault="007356D2" w:rsidP="00066A07">
            <w:pPr>
              <w:pStyle w:val="Sinespaciado"/>
              <w:jc w:val="right"/>
              <w:rPr>
                <w:rFonts w:ascii="Arial" w:hAnsi="Arial" w:cs="Arial"/>
                <w:lang w:val="es-CO"/>
              </w:rPr>
            </w:pPr>
            <w:r w:rsidRPr="00BC6830">
              <w:rPr>
                <w:rFonts w:ascii="Arial" w:hAnsi="Arial" w:cs="Arial"/>
                <w:lang w:val="es-CO"/>
              </w:rPr>
              <w:t>18</w:t>
            </w:r>
          </w:p>
        </w:tc>
        <w:tc>
          <w:tcPr>
            <w:tcW w:w="4961" w:type="dxa"/>
            <w:tcBorders>
              <w:top w:val="nil"/>
              <w:left w:val="nil"/>
              <w:bottom w:val="single" w:sz="4" w:space="0" w:color="auto"/>
              <w:right w:val="single" w:sz="4" w:space="0" w:color="000000"/>
            </w:tcBorders>
          </w:tcPr>
          <w:p w14:paraId="2371E1FB" w14:textId="77777777" w:rsidR="007356D2" w:rsidRPr="00705FAE" w:rsidRDefault="007356D2" w:rsidP="00066A07">
            <w:pPr>
              <w:pStyle w:val="Sinespaciado"/>
              <w:rPr>
                <w:rFonts w:ascii="Arial" w:hAnsi="Arial" w:cs="Arial"/>
                <w:i/>
                <w:iCs/>
                <w:lang w:val="es-CO"/>
              </w:rPr>
            </w:pPr>
            <w:r w:rsidRPr="00705FAE">
              <w:rPr>
                <w:rFonts w:ascii="Arial" w:hAnsi="Arial" w:cs="Arial"/>
                <w:i/>
                <w:iCs/>
                <w:lang w:val="es-CO"/>
              </w:rPr>
              <w:t>SALCEDO GUERRERO VÍCTOR MANUEL</w:t>
            </w:r>
          </w:p>
        </w:tc>
        <w:tc>
          <w:tcPr>
            <w:tcW w:w="1980" w:type="dxa"/>
            <w:tcBorders>
              <w:top w:val="single" w:sz="4" w:space="0" w:color="000000"/>
              <w:left w:val="nil"/>
              <w:bottom w:val="single" w:sz="4" w:space="0" w:color="auto"/>
              <w:right w:val="single" w:sz="4" w:space="0" w:color="000000"/>
            </w:tcBorders>
          </w:tcPr>
          <w:p w14:paraId="62F724A9" w14:textId="77777777" w:rsidR="007356D2" w:rsidRPr="00BC6830" w:rsidRDefault="007356D2" w:rsidP="00066A07">
            <w:pPr>
              <w:pStyle w:val="Sinespaciado"/>
              <w:jc w:val="center"/>
              <w:rPr>
                <w:rFonts w:ascii="Arial" w:hAnsi="Arial" w:cs="Arial"/>
                <w:lang w:val="es-CO"/>
              </w:rPr>
            </w:pPr>
          </w:p>
        </w:tc>
        <w:tc>
          <w:tcPr>
            <w:tcW w:w="1984" w:type="dxa"/>
            <w:tcBorders>
              <w:top w:val="single" w:sz="4" w:space="0" w:color="000000"/>
              <w:left w:val="nil"/>
              <w:bottom w:val="single" w:sz="4" w:space="0" w:color="auto"/>
              <w:right w:val="single" w:sz="4" w:space="0" w:color="000000"/>
            </w:tcBorders>
          </w:tcPr>
          <w:p w14:paraId="3E46565D" w14:textId="77777777" w:rsidR="007356D2" w:rsidRPr="00BC6830" w:rsidRDefault="00024B26" w:rsidP="00066A07">
            <w:pPr>
              <w:pStyle w:val="Sinespaciado"/>
              <w:jc w:val="center"/>
              <w:rPr>
                <w:rFonts w:ascii="Arial" w:hAnsi="Arial" w:cs="Arial"/>
                <w:lang w:val="es-CO"/>
              </w:rPr>
            </w:pPr>
            <w:r w:rsidRPr="00BC6830">
              <w:rPr>
                <w:rFonts w:ascii="Arial" w:hAnsi="Arial" w:cs="Arial"/>
                <w:lang w:val="es-CO"/>
              </w:rPr>
              <w:t>X</w:t>
            </w:r>
          </w:p>
        </w:tc>
      </w:tr>
      <w:tr w:rsidR="007356D2" w:rsidRPr="00BC6830" w14:paraId="1EB7D2AA" w14:textId="77777777" w:rsidTr="00705FAE">
        <w:trPr>
          <w:trHeight w:val="107"/>
        </w:trPr>
        <w:tc>
          <w:tcPr>
            <w:tcW w:w="709" w:type="dxa"/>
            <w:tcBorders>
              <w:top w:val="single" w:sz="4" w:space="0" w:color="auto"/>
              <w:left w:val="single" w:sz="4" w:space="0" w:color="auto"/>
              <w:bottom w:val="single" w:sz="4" w:space="0" w:color="auto"/>
              <w:right w:val="single" w:sz="4" w:space="0" w:color="auto"/>
            </w:tcBorders>
          </w:tcPr>
          <w:p w14:paraId="6A7BB626" w14:textId="77777777" w:rsidR="007356D2" w:rsidRPr="00BC6830" w:rsidRDefault="007356D2" w:rsidP="00066A07">
            <w:pPr>
              <w:pStyle w:val="Sinespaciado"/>
              <w:jc w:val="right"/>
              <w:rPr>
                <w:rFonts w:ascii="Arial" w:hAnsi="Arial" w:cs="Arial"/>
                <w:lang w:val="es-CO"/>
              </w:rPr>
            </w:pPr>
            <w:r w:rsidRPr="00BC6830">
              <w:rPr>
                <w:rFonts w:ascii="Arial" w:hAnsi="Arial" w:cs="Arial"/>
                <w:lang w:val="es-CO"/>
              </w:rPr>
              <w:t>19</w:t>
            </w:r>
          </w:p>
        </w:tc>
        <w:tc>
          <w:tcPr>
            <w:tcW w:w="4961" w:type="dxa"/>
            <w:tcBorders>
              <w:top w:val="single" w:sz="4" w:space="0" w:color="auto"/>
              <w:left w:val="single" w:sz="4" w:space="0" w:color="auto"/>
              <w:bottom w:val="single" w:sz="4" w:space="0" w:color="auto"/>
              <w:right w:val="single" w:sz="4" w:space="0" w:color="auto"/>
            </w:tcBorders>
          </w:tcPr>
          <w:p w14:paraId="2707BAF4" w14:textId="77777777" w:rsidR="007356D2" w:rsidRPr="00705FAE" w:rsidRDefault="007356D2" w:rsidP="00066A07">
            <w:pPr>
              <w:pStyle w:val="Sinespaciado"/>
              <w:rPr>
                <w:rFonts w:ascii="Arial" w:hAnsi="Arial" w:cs="Arial"/>
                <w:i/>
                <w:iCs/>
                <w:lang w:val="es-CO"/>
              </w:rPr>
            </w:pPr>
            <w:r w:rsidRPr="00705FAE">
              <w:rPr>
                <w:rFonts w:ascii="Arial" w:hAnsi="Arial" w:cs="Arial"/>
                <w:i/>
                <w:iCs/>
                <w:lang w:val="es-CO"/>
              </w:rPr>
              <w:t>VARGAS SOLER JUAN CARLOS</w:t>
            </w:r>
          </w:p>
        </w:tc>
        <w:tc>
          <w:tcPr>
            <w:tcW w:w="1980" w:type="dxa"/>
            <w:tcBorders>
              <w:top w:val="single" w:sz="4" w:space="0" w:color="auto"/>
              <w:left w:val="single" w:sz="4" w:space="0" w:color="auto"/>
              <w:bottom w:val="single" w:sz="4" w:space="0" w:color="auto"/>
              <w:right w:val="single" w:sz="4" w:space="0" w:color="auto"/>
            </w:tcBorders>
          </w:tcPr>
          <w:p w14:paraId="6E9BF2BD" w14:textId="77777777" w:rsidR="007356D2" w:rsidRPr="00BC6830" w:rsidRDefault="00024B26"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auto"/>
              <w:left w:val="single" w:sz="4" w:space="0" w:color="auto"/>
              <w:bottom w:val="single" w:sz="4" w:space="0" w:color="auto"/>
              <w:right w:val="single" w:sz="4" w:space="0" w:color="auto"/>
            </w:tcBorders>
          </w:tcPr>
          <w:p w14:paraId="6FBC1D2A" w14:textId="77777777" w:rsidR="007356D2" w:rsidRPr="00BC6830" w:rsidRDefault="007356D2" w:rsidP="00066A07">
            <w:pPr>
              <w:pStyle w:val="Sinespaciado"/>
              <w:jc w:val="center"/>
              <w:rPr>
                <w:rFonts w:ascii="Arial" w:hAnsi="Arial" w:cs="Arial"/>
                <w:lang w:val="es-CO"/>
              </w:rPr>
            </w:pPr>
          </w:p>
        </w:tc>
      </w:tr>
      <w:tr w:rsidR="007356D2" w:rsidRPr="00BC6830" w14:paraId="68D0DFDC" w14:textId="77777777" w:rsidTr="00705FAE">
        <w:trPr>
          <w:trHeight w:val="54"/>
        </w:trPr>
        <w:tc>
          <w:tcPr>
            <w:tcW w:w="709" w:type="dxa"/>
            <w:tcBorders>
              <w:top w:val="single" w:sz="4" w:space="0" w:color="auto"/>
              <w:left w:val="single" w:sz="4" w:space="0" w:color="000000"/>
              <w:bottom w:val="single" w:sz="4" w:space="0" w:color="000000"/>
              <w:right w:val="single" w:sz="4" w:space="0" w:color="000000"/>
            </w:tcBorders>
          </w:tcPr>
          <w:p w14:paraId="0D1987B9" w14:textId="77777777" w:rsidR="007356D2" w:rsidRPr="00BC6830" w:rsidRDefault="007356D2" w:rsidP="00066A07">
            <w:pPr>
              <w:pStyle w:val="Sinespaciado"/>
              <w:jc w:val="right"/>
              <w:rPr>
                <w:rFonts w:ascii="Arial" w:hAnsi="Arial" w:cs="Arial"/>
                <w:lang w:val="es-CO"/>
              </w:rPr>
            </w:pPr>
            <w:r w:rsidRPr="00BC6830">
              <w:rPr>
                <w:rFonts w:ascii="Arial" w:hAnsi="Arial" w:cs="Arial"/>
                <w:lang w:val="es-CO"/>
              </w:rPr>
              <w:t>20</w:t>
            </w:r>
          </w:p>
        </w:tc>
        <w:tc>
          <w:tcPr>
            <w:tcW w:w="4961" w:type="dxa"/>
            <w:tcBorders>
              <w:top w:val="single" w:sz="4" w:space="0" w:color="auto"/>
              <w:left w:val="nil"/>
              <w:bottom w:val="single" w:sz="4" w:space="0" w:color="000000"/>
              <w:right w:val="single" w:sz="4" w:space="0" w:color="000000"/>
            </w:tcBorders>
          </w:tcPr>
          <w:p w14:paraId="27786E05" w14:textId="77777777" w:rsidR="007356D2" w:rsidRPr="00705FAE" w:rsidRDefault="007356D2" w:rsidP="00066A07">
            <w:pPr>
              <w:pStyle w:val="Sinespaciado"/>
              <w:rPr>
                <w:rFonts w:ascii="Arial" w:hAnsi="Arial" w:cs="Arial"/>
                <w:i/>
                <w:iCs/>
                <w:lang w:val="es-CO"/>
              </w:rPr>
            </w:pPr>
            <w:r w:rsidRPr="00705FAE">
              <w:rPr>
                <w:rFonts w:ascii="Arial" w:hAnsi="Arial" w:cs="Arial"/>
                <w:i/>
                <w:iCs/>
                <w:lang w:val="es-CO"/>
              </w:rPr>
              <w:t>VÁSQUEZ OCHOA LEIDER ALEXANDRA</w:t>
            </w:r>
          </w:p>
        </w:tc>
        <w:tc>
          <w:tcPr>
            <w:tcW w:w="1980" w:type="dxa"/>
            <w:tcBorders>
              <w:top w:val="single" w:sz="4" w:space="0" w:color="auto"/>
              <w:left w:val="nil"/>
              <w:bottom w:val="single" w:sz="4" w:space="0" w:color="000000"/>
              <w:right w:val="single" w:sz="4" w:space="0" w:color="000000"/>
            </w:tcBorders>
          </w:tcPr>
          <w:p w14:paraId="522176EE" w14:textId="77777777" w:rsidR="007356D2" w:rsidRPr="00BC6830" w:rsidRDefault="00024B26"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auto"/>
              <w:left w:val="nil"/>
              <w:bottom w:val="single" w:sz="4" w:space="0" w:color="000000"/>
              <w:right w:val="single" w:sz="4" w:space="0" w:color="000000"/>
            </w:tcBorders>
          </w:tcPr>
          <w:p w14:paraId="68DC5C61" w14:textId="77777777" w:rsidR="007356D2" w:rsidRPr="00BC6830" w:rsidRDefault="007356D2" w:rsidP="00066A07">
            <w:pPr>
              <w:pStyle w:val="Sinespaciado"/>
              <w:jc w:val="center"/>
              <w:rPr>
                <w:rFonts w:ascii="Arial" w:hAnsi="Arial" w:cs="Arial"/>
                <w:lang w:val="es-CO"/>
              </w:rPr>
            </w:pPr>
          </w:p>
        </w:tc>
      </w:tr>
      <w:tr w:rsidR="007356D2" w:rsidRPr="00BC6830" w14:paraId="6BD0E590" w14:textId="77777777" w:rsidTr="00705FAE">
        <w:trPr>
          <w:trHeight w:val="54"/>
        </w:trPr>
        <w:tc>
          <w:tcPr>
            <w:tcW w:w="709" w:type="dxa"/>
            <w:tcBorders>
              <w:top w:val="nil"/>
              <w:left w:val="single" w:sz="4" w:space="0" w:color="000000"/>
              <w:bottom w:val="single" w:sz="4" w:space="0" w:color="000000"/>
              <w:right w:val="single" w:sz="4" w:space="0" w:color="000000"/>
            </w:tcBorders>
          </w:tcPr>
          <w:p w14:paraId="3028E6F8" w14:textId="77777777" w:rsidR="007356D2" w:rsidRPr="00BC6830" w:rsidRDefault="007356D2" w:rsidP="00066A07">
            <w:pPr>
              <w:pStyle w:val="Sinespaciado"/>
              <w:jc w:val="right"/>
              <w:rPr>
                <w:rFonts w:ascii="Arial" w:hAnsi="Arial" w:cs="Arial"/>
                <w:lang w:val="es-CO"/>
              </w:rPr>
            </w:pPr>
            <w:r w:rsidRPr="00BC6830">
              <w:rPr>
                <w:rFonts w:ascii="Arial" w:hAnsi="Arial" w:cs="Arial"/>
                <w:lang w:val="es-CO"/>
              </w:rPr>
              <w:t>21</w:t>
            </w:r>
          </w:p>
        </w:tc>
        <w:tc>
          <w:tcPr>
            <w:tcW w:w="4961" w:type="dxa"/>
            <w:tcBorders>
              <w:top w:val="nil"/>
              <w:left w:val="nil"/>
              <w:bottom w:val="single" w:sz="4" w:space="0" w:color="000000"/>
              <w:right w:val="single" w:sz="4" w:space="0" w:color="000000"/>
            </w:tcBorders>
          </w:tcPr>
          <w:p w14:paraId="2C318F16" w14:textId="77777777" w:rsidR="007356D2" w:rsidRPr="00705FAE" w:rsidRDefault="007356D2" w:rsidP="00066A07">
            <w:pPr>
              <w:pStyle w:val="Sinespaciado"/>
              <w:rPr>
                <w:rFonts w:ascii="Arial" w:hAnsi="Arial" w:cs="Arial"/>
                <w:i/>
                <w:iCs/>
                <w:lang w:val="es-CO"/>
              </w:rPr>
            </w:pPr>
            <w:r w:rsidRPr="00705FAE">
              <w:rPr>
                <w:rFonts w:ascii="Arial" w:hAnsi="Arial" w:cs="Arial"/>
                <w:i/>
                <w:iCs/>
                <w:lang w:val="es-CO"/>
              </w:rPr>
              <w:t>YEPES CARO GERARDO</w:t>
            </w:r>
          </w:p>
        </w:tc>
        <w:tc>
          <w:tcPr>
            <w:tcW w:w="1980" w:type="dxa"/>
            <w:tcBorders>
              <w:top w:val="single" w:sz="4" w:space="0" w:color="000000"/>
              <w:left w:val="nil"/>
              <w:bottom w:val="single" w:sz="4" w:space="0" w:color="000000"/>
              <w:right w:val="single" w:sz="4" w:space="0" w:color="000000"/>
            </w:tcBorders>
          </w:tcPr>
          <w:p w14:paraId="044B146A" w14:textId="77777777" w:rsidR="007356D2" w:rsidRPr="00BC6830" w:rsidRDefault="00024B26" w:rsidP="00066A07">
            <w:pPr>
              <w:pStyle w:val="Sinespaciado"/>
              <w:jc w:val="center"/>
              <w:rPr>
                <w:rFonts w:ascii="Arial" w:hAnsi="Arial" w:cs="Arial"/>
                <w:lang w:val="es-CO"/>
              </w:rPr>
            </w:pPr>
            <w:r w:rsidRPr="00BC6830">
              <w:rPr>
                <w:rFonts w:ascii="Arial" w:hAnsi="Arial" w:cs="Arial"/>
                <w:lang w:val="es-CO"/>
              </w:rPr>
              <w:t>X</w:t>
            </w:r>
          </w:p>
        </w:tc>
        <w:tc>
          <w:tcPr>
            <w:tcW w:w="1984" w:type="dxa"/>
            <w:tcBorders>
              <w:top w:val="single" w:sz="4" w:space="0" w:color="000000"/>
              <w:left w:val="nil"/>
              <w:bottom w:val="single" w:sz="4" w:space="0" w:color="000000"/>
              <w:right w:val="single" w:sz="4" w:space="0" w:color="000000"/>
            </w:tcBorders>
          </w:tcPr>
          <w:p w14:paraId="4F5ADCAE" w14:textId="77777777" w:rsidR="007356D2" w:rsidRPr="00BC6830" w:rsidRDefault="007356D2" w:rsidP="00066A07">
            <w:pPr>
              <w:pStyle w:val="Sinespaciado"/>
              <w:jc w:val="center"/>
              <w:rPr>
                <w:rFonts w:ascii="Arial" w:hAnsi="Arial" w:cs="Arial"/>
                <w:lang w:val="es-CO"/>
              </w:rPr>
            </w:pPr>
          </w:p>
        </w:tc>
      </w:tr>
      <w:tr w:rsidR="007356D2" w:rsidRPr="00BC6830" w14:paraId="1EF2679F" w14:textId="77777777" w:rsidTr="00705FAE">
        <w:trPr>
          <w:trHeight w:val="54"/>
        </w:trPr>
        <w:tc>
          <w:tcPr>
            <w:tcW w:w="709" w:type="dxa"/>
            <w:tcBorders>
              <w:top w:val="nil"/>
              <w:left w:val="nil"/>
              <w:bottom w:val="nil"/>
              <w:right w:val="nil"/>
            </w:tcBorders>
          </w:tcPr>
          <w:p w14:paraId="4803A3CC" w14:textId="77777777" w:rsidR="007356D2" w:rsidRPr="00BC6830" w:rsidRDefault="007356D2" w:rsidP="00066A07">
            <w:pPr>
              <w:pStyle w:val="Sinespaciado"/>
              <w:jc w:val="right"/>
              <w:rPr>
                <w:rFonts w:ascii="Arial" w:hAnsi="Arial" w:cs="Arial"/>
                <w:lang w:val="es-CO"/>
              </w:rPr>
            </w:pPr>
          </w:p>
        </w:tc>
        <w:tc>
          <w:tcPr>
            <w:tcW w:w="4961" w:type="dxa"/>
            <w:tcBorders>
              <w:top w:val="nil"/>
              <w:left w:val="single" w:sz="4" w:space="0" w:color="000000"/>
              <w:bottom w:val="single" w:sz="4" w:space="0" w:color="000000"/>
              <w:right w:val="single" w:sz="4" w:space="0" w:color="000000"/>
            </w:tcBorders>
            <w:vAlign w:val="center"/>
          </w:tcPr>
          <w:p w14:paraId="4EAFA4E5" w14:textId="77777777" w:rsidR="007356D2" w:rsidRPr="00BC6830" w:rsidRDefault="007356D2" w:rsidP="00066A07">
            <w:pPr>
              <w:pStyle w:val="Sinespaciado"/>
              <w:rPr>
                <w:rFonts w:ascii="Arial" w:hAnsi="Arial" w:cs="Arial"/>
                <w:iCs/>
                <w:lang w:val="es-CO"/>
              </w:rPr>
            </w:pPr>
            <w:r w:rsidRPr="00BC6830">
              <w:rPr>
                <w:rFonts w:ascii="Arial" w:hAnsi="Arial" w:cs="Arial"/>
                <w:b/>
                <w:i/>
                <w:lang w:val="es-CO"/>
              </w:rPr>
              <w:t>VOTACIÓN</w:t>
            </w:r>
            <w:r w:rsidRPr="00BC6830">
              <w:rPr>
                <w:rFonts w:ascii="Arial" w:hAnsi="Arial" w:cs="Arial"/>
                <w:b/>
                <w:lang w:val="es-CO"/>
              </w:rPr>
              <w:t xml:space="preserve"> TOTAL</w:t>
            </w:r>
          </w:p>
        </w:tc>
        <w:tc>
          <w:tcPr>
            <w:tcW w:w="1980" w:type="dxa"/>
            <w:tcBorders>
              <w:top w:val="single" w:sz="4" w:space="0" w:color="000000"/>
              <w:left w:val="nil"/>
              <w:bottom w:val="single" w:sz="4" w:space="0" w:color="000000"/>
              <w:right w:val="single" w:sz="4" w:space="0" w:color="000000"/>
            </w:tcBorders>
          </w:tcPr>
          <w:p w14:paraId="4355D296" w14:textId="77777777" w:rsidR="007356D2" w:rsidRPr="00BC6830" w:rsidRDefault="00024B26" w:rsidP="00066A07">
            <w:pPr>
              <w:pStyle w:val="Sinespaciado"/>
              <w:jc w:val="center"/>
              <w:rPr>
                <w:rFonts w:ascii="Arial" w:hAnsi="Arial" w:cs="Arial"/>
                <w:b/>
                <w:lang w:val="es-CO"/>
              </w:rPr>
            </w:pPr>
            <w:r w:rsidRPr="00BC6830">
              <w:rPr>
                <w:rFonts w:ascii="Arial" w:hAnsi="Arial" w:cs="Arial"/>
                <w:b/>
                <w:lang w:val="es-CO"/>
              </w:rPr>
              <w:t>18</w:t>
            </w:r>
          </w:p>
        </w:tc>
        <w:tc>
          <w:tcPr>
            <w:tcW w:w="1984" w:type="dxa"/>
            <w:tcBorders>
              <w:top w:val="single" w:sz="4" w:space="0" w:color="000000"/>
              <w:left w:val="nil"/>
              <w:bottom w:val="single" w:sz="4" w:space="0" w:color="000000"/>
              <w:right w:val="single" w:sz="4" w:space="0" w:color="000000"/>
            </w:tcBorders>
          </w:tcPr>
          <w:p w14:paraId="4E7CA5D3" w14:textId="77777777" w:rsidR="007356D2" w:rsidRPr="00BC6830" w:rsidRDefault="00024B26" w:rsidP="00066A07">
            <w:pPr>
              <w:pStyle w:val="Sinespaciado"/>
              <w:jc w:val="center"/>
              <w:rPr>
                <w:rFonts w:ascii="Arial" w:hAnsi="Arial" w:cs="Arial"/>
                <w:b/>
                <w:lang w:val="es-CO"/>
              </w:rPr>
            </w:pPr>
            <w:r w:rsidRPr="00BC6830">
              <w:rPr>
                <w:rFonts w:ascii="Arial" w:hAnsi="Arial" w:cs="Arial"/>
                <w:b/>
                <w:lang w:val="es-CO"/>
              </w:rPr>
              <w:t>2</w:t>
            </w:r>
          </w:p>
        </w:tc>
      </w:tr>
    </w:tbl>
    <w:p w14:paraId="547DFBAD" w14:textId="77777777" w:rsidR="007356D2" w:rsidRPr="00BC6830" w:rsidRDefault="007356D2" w:rsidP="00667EBF">
      <w:pPr>
        <w:pStyle w:val="Sinespaciado"/>
        <w:jc w:val="both"/>
        <w:rPr>
          <w:rStyle w:val="TNR21"/>
          <w:rFonts w:ascii="Arial" w:hAnsi="Arial" w:cs="Arial"/>
          <w:sz w:val="22"/>
          <w:lang w:val="es-CO"/>
        </w:rPr>
      </w:pPr>
    </w:p>
    <w:p w14:paraId="002D0F8B" w14:textId="77777777" w:rsidR="00024B26"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Secretario</w:t>
      </w:r>
      <w:r w:rsidRPr="00BC6830">
        <w:rPr>
          <w:rStyle w:val="TNR21"/>
          <w:rFonts w:ascii="Arial" w:hAnsi="Arial" w:cs="Arial"/>
          <w:sz w:val="22"/>
          <w:lang w:val="es-CO"/>
        </w:rPr>
        <w:t>:</w:t>
      </w:r>
      <w:r w:rsidR="006146DD" w:rsidRPr="00BC6830">
        <w:rPr>
          <w:rStyle w:val="TNR21"/>
          <w:rFonts w:ascii="Arial" w:hAnsi="Arial" w:cs="Arial"/>
          <w:sz w:val="22"/>
          <w:lang w:val="es-CO"/>
        </w:rPr>
        <w:t xml:space="preserve"> Presidente</w:t>
      </w:r>
      <w:r w:rsidR="00024B26" w:rsidRPr="00BC6830">
        <w:rPr>
          <w:rStyle w:val="TNR21"/>
          <w:rFonts w:ascii="Arial" w:hAnsi="Arial" w:cs="Arial"/>
          <w:sz w:val="22"/>
          <w:lang w:val="es-CO"/>
        </w:rPr>
        <w:t>,</w:t>
      </w:r>
      <w:r w:rsidR="006146DD" w:rsidRPr="00BC6830">
        <w:rPr>
          <w:rStyle w:val="TNR21"/>
          <w:rFonts w:ascii="Arial" w:hAnsi="Arial" w:cs="Arial"/>
          <w:sz w:val="22"/>
          <w:lang w:val="es-CO"/>
        </w:rPr>
        <w:t xml:space="preserve"> ha sido aprobado el título y la pregunta del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074 de 2022 Cámara</w:t>
      </w:r>
      <w:r w:rsidR="00024B26" w:rsidRPr="00BC6830">
        <w:rPr>
          <w:rStyle w:val="TNR21"/>
          <w:rFonts w:ascii="Arial" w:hAnsi="Arial" w:cs="Arial"/>
          <w:sz w:val="22"/>
          <w:lang w:val="es-CO"/>
        </w:rPr>
        <w:t>,</w:t>
      </w:r>
      <w:r w:rsidR="006146DD" w:rsidRPr="00BC6830">
        <w:rPr>
          <w:rStyle w:val="TNR21"/>
          <w:rFonts w:ascii="Arial" w:hAnsi="Arial" w:cs="Arial"/>
          <w:sz w:val="22"/>
          <w:lang w:val="es-CO"/>
        </w:rPr>
        <w:t xml:space="preserve"> con 18 votos a f</w:t>
      </w:r>
      <w:r w:rsidR="00024B26" w:rsidRPr="00BC6830">
        <w:rPr>
          <w:rStyle w:val="TNR21"/>
          <w:rFonts w:ascii="Arial" w:hAnsi="Arial" w:cs="Arial"/>
          <w:sz w:val="22"/>
          <w:lang w:val="es-CO"/>
        </w:rPr>
        <w:t>avor y 2 en contra</w:t>
      </w:r>
      <w:r w:rsidR="006146DD" w:rsidRPr="00BC6830">
        <w:rPr>
          <w:rStyle w:val="TNR21"/>
          <w:rFonts w:ascii="Arial" w:hAnsi="Arial" w:cs="Arial"/>
          <w:sz w:val="22"/>
          <w:lang w:val="es-CO"/>
        </w:rPr>
        <w:t>.</w:t>
      </w:r>
    </w:p>
    <w:p w14:paraId="5BB9E5FE" w14:textId="77777777" w:rsidR="00024B26" w:rsidRPr="00BC6830" w:rsidRDefault="00024B26" w:rsidP="00667EBF">
      <w:pPr>
        <w:pStyle w:val="Sinespaciado"/>
        <w:jc w:val="both"/>
        <w:rPr>
          <w:rStyle w:val="TNR21"/>
          <w:rFonts w:ascii="Arial" w:hAnsi="Arial" w:cs="Arial"/>
          <w:sz w:val="22"/>
          <w:lang w:val="es-CO"/>
        </w:rPr>
      </w:pPr>
    </w:p>
    <w:p w14:paraId="05B91858" w14:textId="77777777" w:rsidR="00024B26"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lastRenderedPageBreak/>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024B26" w:rsidRPr="00BC6830">
        <w:rPr>
          <w:rStyle w:val="TNR21"/>
          <w:rFonts w:ascii="Arial" w:hAnsi="Arial" w:cs="Arial"/>
          <w:sz w:val="22"/>
          <w:lang w:val="es-CO"/>
        </w:rPr>
        <w:t>m</w:t>
      </w:r>
      <w:r w:rsidR="006146DD" w:rsidRPr="00BC6830">
        <w:rPr>
          <w:rStyle w:val="TNR21"/>
          <w:rFonts w:ascii="Arial" w:hAnsi="Arial" w:cs="Arial"/>
          <w:sz w:val="22"/>
          <w:lang w:val="es-CO"/>
        </w:rPr>
        <w:t>uchísimas gracias</w:t>
      </w:r>
      <w:r w:rsidR="00024B26" w:rsidRPr="00BC6830">
        <w:rPr>
          <w:rStyle w:val="TNR21"/>
          <w:rFonts w:ascii="Arial" w:hAnsi="Arial" w:cs="Arial"/>
          <w:sz w:val="22"/>
          <w:lang w:val="es-CO"/>
        </w:rPr>
        <w:t>,</w:t>
      </w:r>
      <w:r w:rsidR="006146DD" w:rsidRPr="00BC6830">
        <w:rPr>
          <w:rStyle w:val="TNR21"/>
          <w:rFonts w:ascii="Arial" w:hAnsi="Arial" w:cs="Arial"/>
          <w:sz w:val="22"/>
          <w:lang w:val="es-CO"/>
        </w:rPr>
        <w:t xml:space="preserve"> va a decir algunas palabras el ponente</w:t>
      </w:r>
      <w:r w:rsidR="00024B26" w:rsidRPr="00BC6830">
        <w:rPr>
          <w:rStyle w:val="TNR21"/>
          <w:rFonts w:ascii="Arial" w:hAnsi="Arial" w:cs="Arial"/>
          <w:sz w:val="22"/>
          <w:lang w:val="es-CO"/>
        </w:rPr>
        <w:t>.</w:t>
      </w:r>
    </w:p>
    <w:p w14:paraId="28E7AC61" w14:textId="77777777" w:rsidR="00024B26" w:rsidRPr="00BC6830" w:rsidRDefault="00024B26" w:rsidP="00667EBF">
      <w:pPr>
        <w:pStyle w:val="Sinespaciado"/>
        <w:jc w:val="both"/>
        <w:rPr>
          <w:rStyle w:val="TNR21"/>
          <w:rFonts w:ascii="Arial" w:hAnsi="Arial" w:cs="Arial"/>
          <w:sz w:val="22"/>
          <w:lang w:val="es-CO"/>
        </w:rPr>
      </w:pPr>
    </w:p>
    <w:p w14:paraId="5ACCD8DB" w14:textId="77777777" w:rsidR="00E26A16" w:rsidRPr="00BC6830" w:rsidRDefault="00B1577F" w:rsidP="00667EBF">
      <w:pPr>
        <w:pStyle w:val="Sinespaciado"/>
        <w:jc w:val="both"/>
        <w:rPr>
          <w:rStyle w:val="TNR21"/>
          <w:rFonts w:ascii="Arial" w:hAnsi="Arial" w:cs="Arial"/>
          <w:sz w:val="22"/>
          <w:lang w:val="es-CO"/>
        </w:rPr>
      </w:pPr>
      <w:r w:rsidRPr="00BC6830">
        <w:rPr>
          <w:rStyle w:val="TNR21"/>
          <w:rFonts w:ascii="Arial" w:hAnsi="Arial" w:cs="Arial"/>
          <w:b/>
          <w:sz w:val="22"/>
          <w:lang w:val="es-CO"/>
        </w:rPr>
        <w:t>H. Representante</w:t>
      </w:r>
      <w:r w:rsidR="006146DD" w:rsidRPr="00BC6830">
        <w:rPr>
          <w:rStyle w:val="TNR21"/>
          <w:rFonts w:ascii="Arial" w:hAnsi="Arial" w:cs="Arial"/>
          <w:b/>
          <w:sz w:val="22"/>
          <w:lang w:val="es-CO"/>
        </w:rPr>
        <w:t xml:space="preserve"> Jairo Humberto Cristo Correa</w:t>
      </w:r>
      <w:r w:rsidR="006146DD" w:rsidRPr="00BC6830">
        <w:rPr>
          <w:rStyle w:val="TNR21"/>
          <w:rFonts w:ascii="Arial" w:hAnsi="Arial" w:cs="Arial"/>
          <w:sz w:val="22"/>
          <w:lang w:val="es-CO"/>
        </w:rPr>
        <w:t xml:space="preserve">: </w:t>
      </w:r>
      <w:r w:rsidR="00024B26" w:rsidRPr="00BC6830">
        <w:rPr>
          <w:rStyle w:val="TNR21"/>
          <w:rFonts w:ascii="Arial" w:hAnsi="Arial" w:cs="Arial"/>
          <w:sz w:val="22"/>
          <w:lang w:val="es-CO"/>
        </w:rPr>
        <w:t>P</w:t>
      </w:r>
      <w:r w:rsidR="006146DD" w:rsidRPr="00BC6830">
        <w:rPr>
          <w:rStyle w:val="TNR21"/>
          <w:rFonts w:ascii="Arial" w:hAnsi="Arial" w:cs="Arial"/>
          <w:sz w:val="22"/>
          <w:lang w:val="es-CO"/>
        </w:rPr>
        <w:t>rimero que todo quiero felicitar a este Presidente súper garantista que tenemos</w:t>
      </w:r>
      <w:r w:rsidR="00E26A16" w:rsidRPr="00BC6830">
        <w:rPr>
          <w:rStyle w:val="TNR21"/>
          <w:rFonts w:ascii="Arial" w:hAnsi="Arial" w:cs="Arial"/>
          <w:sz w:val="22"/>
          <w:lang w:val="es-CO"/>
        </w:rPr>
        <w:t>,</w:t>
      </w:r>
      <w:r w:rsidR="006146DD" w:rsidRPr="00BC6830">
        <w:rPr>
          <w:rStyle w:val="TNR21"/>
          <w:rFonts w:ascii="Arial" w:hAnsi="Arial" w:cs="Arial"/>
          <w:sz w:val="22"/>
          <w:lang w:val="es-CO"/>
        </w:rPr>
        <w:t xml:space="preserve"> decirle a todos que muchas gracias por haber aprobado esta iniciativa muy importante para el país</w:t>
      </w:r>
      <w:r w:rsidR="00E26A16" w:rsidRPr="00BC6830">
        <w:rPr>
          <w:rStyle w:val="TNR21"/>
          <w:rFonts w:ascii="Arial" w:hAnsi="Arial" w:cs="Arial"/>
          <w:sz w:val="22"/>
          <w:lang w:val="es-CO"/>
        </w:rPr>
        <w:t>,</w:t>
      </w:r>
      <w:r w:rsidR="008717C6" w:rsidRPr="00BC6830">
        <w:rPr>
          <w:rStyle w:val="TNR21"/>
          <w:rFonts w:ascii="Arial" w:hAnsi="Arial" w:cs="Arial"/>
          <w:sz w:val="22"/>
          <w:lang w:val="es-CO"/>
        </w:rPr>
        <w:t xml:space="preserve"> </w:t>
      </w:r>
      <w:r w:rsidR="006146DD" w:rsidRPr="00BC6830">
        <w:rPr>
          <w:rStyle w:val="TNR21"/>
          <w:rFonts w:ascii="Arial" w:hAnsi="Arial" w:cs="Arial"/>
          <w:sz w:val="22"/>
          <w:lang w:val="es-CO"/>
        </w:rPr>
        <w:t xml:space="preserve">yo creo que </w:t>
      </w:r>
      <w:r w:rsidR="00E26A16" w:rsidRPr="00BC6830">
        <w:rPr>
          <w:rStyle w:val="TNR21"/>
          <w:rFonts w:ascii="Arial" w:hAnsi="Arial" w:cs="Arial"/>
          <w:sz w:val="22"/>
          <w:lang w:val="es-CO"/>
        </w:rPr>
        <w:t xml:space="preserve">en este momento </w:t>
      </w:r>
      <w:r w:rsidR="006146DD" w:rsidRPr="00BC6830">
        <w:rPr>
          <w:rStyle w:val="TNR21"/>
          <w:rFonts w:ascii="Arial" w:hAnsi="Arial" w:cs="Arial"/>
          <w:sz w:val="22"/>
          <w:lang w:val="es-CO"/>
        </w:rPr>
        <w:t xml:space="preserve">los adultos mayores de este país que son alrededor de 4 millones están contentos con este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w:t>
      </w:r>
      <w:r w:rsidR="00E26A16" w:rsidRPr="00BC6830">
        <w:rPr>
          <w:rStyle w:val="TNR21"/>
          <w:rFonts w:ascii="Arial" w:hAnsi="Arial" w:cs="Arial"/>
          <w:sz w:val="22"/>
          <w:lang w:val="es-CO"/>
        </w:rPr>
        <w:t>,</w:t>
      </w:r>
      <w:r w:rsidR="006146DD" w:rsidRPr="00BC6830">
        <w:rPr>
          <w:rStyle w:val="TNR21"/>
          <w:rFonts w:ascii="Arial" w:hAnsi="Arial" w:cs="Arial"/>
          <w:sz w:val="22"/>
          <w:lang w:val="es-CO"/>
        </w:rPr>
        <w:t xml:space="preserve"> es un avance a lo que viene en esa reforma pensional</w:t>
      </w:r>
      <w:r w:rsidR="00E26A16" w:rsidRPr="00BC6830">
        <w:rPr>
          <w:rStyle w:val="TNR21"/>
          <w:rFonts w:ascii="Arial" w:hAnsi="Arial" w:cs="Arial"/>
          <w:sz w:val="22"/>
          <w:lang w:val="es-CO"/>
        </w:rPr>
        <w:t>,</w:t>
      </w:r>
      <w:r w:rsidR="006146DD" w:rsidRPr="00BC6830">
        <w:rPr>
          <w:rStyle w:val="TNR21"/>
          <w:rFonts w:ascii="Arial" w:hAnsi="Arial" w:cs="Arial"/>
          <w:sz w:val="22"/>
          <w:lang w:val="es-CO"/>
        </w:rPr>
        <w:t xml:space="preserve"> estamos sacando un proceso</w:t>
      </w:r>
      <w:r w:rsidR="00E26A16" w:rsidRPr="00BC6830">
        <w:rPr>
          <w:rStyle w:val="TNR21"/>
          <w:rFonts w:ascii="Arial" w:hAnsi="Arial" w:cs="Arial"/>
          <w:sz w:val="22"/>
          <w:lang w:val="es-CO"/>
        </w:rPr>
        <w:t>,</w:t>
      </w:r>
      <w:r w:rsidR="006146DD" w:rsidRPr="00BC6830">
        <w:rPr>
          <w:rStyle w:val="TNR21"/>
          <w:rFonts w:ascii="Arial" w:hAnsi="Arial" w:cs="Arial"/>
          <w:sz w:val="22"/>
          <w:lang w:val="es-CO"/>
        </w:rPr>
        <w:t xml:space="preserve"> un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que es de origen congresional y eso también es muy importante y</w:t>
      </w:r>
      <w:r w:rsidR="00705FAE">
        <w:rPr>
          <w:rStyle w:val="TNR21"/>
          <w:rFonts w:ascii="Arial" w:hAnsi="Arial" w:cs="Arial"/>
          <w:sz w:val="22"/>
          <w:lang w:val="es-CO"/>
        </w:rPr>
        <w:t>,</w:t>
      </w:r>
      <w:r w:rsidR="006146DD" w:rsidRPr="00BC6830">
        <w:rPr>
          <w:rStyle w:val="TNR21"/>
          <w:rFonts w:ascii="Arial" w:hAnsi="Arial" w:cs="Arial"/>
          <w:sz w:val="22"/>
          <w:lang w:val="es-CO"/>
        </w:rPr>
        <w:t xml:space="preserve"> que </w:t>
      </w:r>
      <w:r w:rsidR="00E26A16" w:rsidRPr="00BC6830">
        <w:rPr>
          <w:rStyle w:val="TNR21"/>
          <w:rFonts w:ascii="Arial" w:hAnsi="Arial" w:cs="Arial"/>
          <w:sz w:val="22"/>
          <w:lang w:val="es-CO"/>
        </w:rPr>
        <w:t xml:space="preserve">el </w:t>
      </w:r>
      <w:r w:rsidR="006146DD" w:rsidRPr="00BC6830">
        <w:rPr>
          <w:rStyle w:val="TNR21"/>
          <w:rFonts w:ascii="Arial" w:hAnsi="Arial" w:cs="Arial"/>
          <w:sz w:val="22"/>
          <w:lang w:val="es-CO"/>
        </w:rPr>
        <w:t>país lo sepa que legislamos para la sociedad</w:t>
      </w:r>
      <w:r w:rsidR="00E26A16" w:rsidRPr="00BC6830">
        <w:rPr>
          <w:rStyle w:val="TNR21"/>
          <w:rFonts w:ascii="Arial" w:hAnsi="Arial" w:cs="Arial"/>
          <w:sz w:val="22"/>
          <w:lang w:val="es-CO"/>
        </w:rPr>
        <w:t>,</w:t>
      </w:r>
      <w:r w:rsidR="006146DD" w:rsidRPr="00BC6830">
        <w:rPr>
          <w:rStyle w:val="TNR21"/>
          <w:rFonts w:ascii="Arial" w:hAnsi="Arial" w:cs="Arial"/>
          <w:sz w:val="22"/>
          <w:lang w:val="es-CO"/>
        </w:rPr>
        <w:t xml:space="preserve"> y que legislamos para todos los colombianos</w:t>
      </w:r>
      <w:r w:rsidR="00E26A16" w:rsidRPr="00BC6830">
        <w:rPr>
          <w:rStyle w:val="TNR21"/>
          <w:rFonts w:ascii="Arial" w:hAnsi="Arial" w:cs="Arial"/>
          <w:sz w:val="22"/>
          <w:lang w:val="es-CO"/>
        </w:rPr>
        <w:t>, muchísimas gracias</w:t>
      </w:r>
      <w:r w:rsidR="006146DD" w:rsidRPr="00BC6830">
        <w:rPr>
          <w:rStyle w:val="TNR21"/>
          <w:rFonts w:ascii="Arial" w:hAnsi="Arial" w:cs="Arial"/>
          <w:sz w:val="22"/>
          <w:lang w:val="es-CO"/>
        </w:rPr>
        <w:t>.</w:t>
      </w:r>
    </w:p>
    <w:p w14:paraId="7FA83EAB" w14:textId="77777777" w:rsidR="00E26A16" w:rsidRPr="00BC6830" w:rsidRDefault="00E26A16" w:rsidP="00667EBF">
      <w:pPr>
        <w:pStyle w:val="Sinespaciado"/>
        <w:jc w:val="both"/>
        <w:rPr>
          <w:rStyle w:val="TNR21"/>
          <w:rFonts w:ascii="Arial" w:hAnsi="Arial" w:cs="Arial"/>
          <w:sz w:val="22"/>
          <w:lang w:val="es-CO"/>
        </w:rPr>
      </w:pPr>
    </w:p>
    <w:p w14:paraId="747922A6" w14:textId="77777777" w:rsidR="00B14500"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B14500" w:rsidRPr="00BC6830">
        <w:rPr>
          <w:rStyle w:val="TNR21"/>
          <w:rFonts w:ascii="Arial" w:hAnsi="Arial" w:cs="Arial"/>
          <w:sz w:val="22"/>
          <w:lang w:val="es-CO"/>
        </w:rPr>
        <w:t>M</w:t>
      </w:r>
      <w:r w:rsidR="006146DD" w:rsidRPr="00BC6830">
        <w:rPr>
          <w:rStyle w:val="TNR21"/>
          <w:rFonts w:ascii="Arial" w:hAnsi="Arial" w:cs="Arial"/>
          <w:sz w:val="22"/>
          <w:lang w:val="es-CO"/>
        </w:rPr>
        <w:t>uchísimas gracias Representante</w:t>
      </w:r>
      <w:r w:rsidR="00B14500" w:rsidRPr="00BC6830">
        <w:rPr>
          <w:rStyle w:val="TNR21"/>
          <w:rFonts w:ascii="Arial" w:hAnsi="Arial" w:cs="Arial"/>
          <w:sz w:val="22"/>
          <w:lang w:val="es-CO"/>
        </w:rPr>
        <w:t>,</w:t>
      </w:r>
      <w:r w:rsidR="006146DD" w:rsidRPr="00BC6830">
        <w:rPr>
          <w:rStyle w:val="TNR21"/>
          <w:rFonts w:ascii="Arial" w:hAnsi="Arial" w:cs="Arial"/>
          <w:sz w:val="22"/>
          <w:lang w:val="es-CO"/>
        </w:rPr>
        <w:t xml:space="preserve"> muy bien</w:t>
      </w:r>
      <w:r w:rsidR="00B14500" w:rsidRPr="00BC6830">
        <w:rPr>
          <w:rStyle w:val="TNR21"/>
          <w:rFonts w:ascii="Arial" w:hAnsi="Arial" w:cs="Arial"/>
          <w:sz w:val="22"/>
          <w:lang w:val="es-CO"/>
        </w:rPr>
        <w:t>,</w:t>
      </w:r>
      <w:r w:rsidR="006146DD" w:rsidRPr="00BC6830">
        <w:rPr>
          <w:rStyle w:val="TNR21"/>
          <w:rFonts w:ascii="Arial" w:hAnsi="Arial" w:cs="Arial"/>
          <w:sz w:val="22"/>
          <w:lang w:val="es-CO"/>
        </w:rPr>
        <w:t xml:space="preserve"> la Representante Martha Alfonso está también a la espera de que luego abramos sesión informal para sus invitados</w:t>
      </w:r>
      <w:r w:rsidR="00B14500" w:rsidRPr="00BC6830">
        <w:rPr>
          <w:rStyle w:val="TNR21"/>
          <w:rFonts w:ascii="Arial" w:hAnsi="Arial" w:cs="Arial"/>
          <w:sz w:val="22"/>
          <w:lang w:val="es-CO"/>
        </w:rPr>
        <w:t>,</w:t>
      </w:r>
      <w:r w:rsidR="006146DD" w:rsidRPr="00BC6830">
        <w:rPr>
          <w:rStyle w:val="TNR21"/>
          <w:rFonts w:ascii="Arial" w:hAnsi="Arial" w:cs="Arial"/>
          <w:sz w:val="22"/>
          <w:lang w:val="es-CO"/>
        </w:rPr>
        <w:t xml:space="preserve"> señor Secretario </w:t>
      </w:r>
      <w:r w:rsidR="008717C6" w:rsidRPr="00BC6830">
        <w:rPr>
          <w:rStyle w:val="TNR21"/>
          <w:rFonts w:ascii="Arial" w:hAnsi="Arial" w:cs="Arial"/>
          <w:sz w:val="22"/>
          <w:lang w:val="es-CO"/>
        </w:rPr>
        <w:t>continúe</w:t>
      </w:r>
      <w:r w:rsidR="006146DD" w:rsidRPr="00BC6830">
        <w:rPr>
          <w:rStyle w:val="TNR21"/>
          <w:rFonts w:ascii="Arial" w:hAnsi="Arial" w:cs="Arial"/>
          <w:sz w:val="22"/>
          <w:lang w:val="es-CO"/>
        </w:rPr>
        <w:t xml:space="preserve"> con el siguiente punto del orden del día por favor</w:t>
      </w:r>
      <w:r w:rsidR="00B14500" w:rsidRPr="00BC6830">
        <w:rPr>
          <w:rStyle w:val="TNR21"/>
          <w:rFonts w:ascii="Arial" w:hAnsi="Arial" w:cs="Arial"/>
          <w:sz w:val="22"/>
          <w:lang w:val="es-CO"/>
        </w:rPr>
        <w:t>.</w:t>
      </w:r>
      <w:r w:rsidR="006146DD" w:rsidRPr="00BC6830">
        <w:rPr>
          <w:rStyle w:val="TNR21"/>
          <w:rFonts w:ascii="Arial" w:hAnsi="Arial" w:cs="Arial"/>
          <w:sz w:val="22"/>
          <w:lang w:val="es-CO"/>
        </w:rPr>
        <w:t xml:space="preserve"> Honorables les pido que por favor terminemos la sesión lo más rápido posible por favor</w:t>
      </w:r>
      <w:r w:rsidR="00B14500" w:rsidRPr="00BC6830">
        <w:rPr>
          <w:rStyle w:val="TNR21"/>
          <w:rFonts w:ascii="Arial" w:hAnsi="Arial" w:cs="Arial"/>
          <w:sz w:val="22"/>
          <w:lang w:val="es-CO"/>
        </w:rPr>
        <w:t>,</w:t>
      </w:r>
      <w:r w:rsidR="006146DD" w:rsidRPr="00BC6830">
        <w:rPr>
          <w:rStyle w:val="TNR21"/>
          <w:rFonts w:ascii="Arial" w:hAnsi="Arial" w:cs="Arial"/>
          <w:sz w:val="22"/>
          <w:lang w:val="es-CO"/>
        </w:rPr>
        <w:t xml:space="preserve"> saben</w:t>
      </w:r>
      <w:r w:rsidR="008717C6" w:rsidRPr="00BC6830">
        <w:rPr>
          <w:rStyle w:val="TNR21"/>
          <w:rFonts w:ascii="Arial" w:hAnsi="Arial" w:cs="Arial"/>
          <w:sz w:val="22"/>
          <w:lang w:val="es-CO"/>
        </w:rPr>
        <w:t xml:space="preserve"> </w:t>
      </w:r>
      <w:r w:rsidR="006146DD" w:rsidRPr="00BC6830">
        <w:rPr>
          <w:rStyle w:val="TNR21"/>
          <w:rFonts w:ascii="Arial" w:hAnsi="Arial" w:cs="Arial"/>
          <w:sz w:val="22"/>
          <w:lang w:val="es-CO"/>
        </w:rPr>
        <w:t>que tenemos un compromiso también</w:t>
      </w:r>
      <w:r w:rsidR="00B14500" w:rsidRPr="00BC6830">
        <w:rPr>
          <w:rStyle w:val="TNR21"/>
          <w:rFonts w:ascii="Arial" w:hAnsi="Arial" w:cs="Arial"/>
          <w:sz w:val="22"/>
          <w:lang w:val="es-CO"/>
        </w:rPr>
        <w:t>,</w:t>
      </w:r>
      <w:r w:rsidR="006146DD" w:rsidRPr="00BC6830">
        <w:rPr>
          <w:rStyle w:val="TNR21"/>
          <w:rFonts w:ascii="Arial" w:hAnsi="Arial" w:cs="Arial"/>
          <w:sz w:val="22"/>
          <w:lang w:val="es-CO"/>
        </w:rPr>
        <w:t xml:space="preserve"> yo estoy </w:t>
      </w:r>
      <w:r w:rsidR="00B14500" w:rsidRPr="00BC6830">
        <w:rPr>
          <w:rStyle w:val="TNR21"/>
          <w:rFonts w:ascii="Arial" w:hAnsi="Arial" w:cs="Arial"/>
          <w:sz w:val="22"/>
          <w:lang w:val="es-CO"/>
        </w:rPr>
        <w:t>incluido,</w:t>
      </w:r>
      <w:r w:rsidR="006146DD" w:rsidRPr="00BC6830">
        <w:rPr>
          <w:rStyle w:val="TNR21"/>
          <w:rFonts w:ascii="Arial" w:hAnsi="Arial" w:cs="Arial"/>
          <w:sz w:val="22"/>
          <w:lang w:val="es-CO"/>
        </w:rPr>
        <w:t xml:space="preserve"> pero por favor respetemos también el</w:t>
      </w:r>
      <w:r w:rsidR="00B14500" w:rsidRPr="00BC6830">
        <w:rPr>
          <w:rStyle w:val="TNR21"/>
          <w:rFonts w:ascii="Arial" w:hAnsi="Arial" w:cs="Arial"/>
          <w:sz w:val="22"/>
          <w:lang w:val="es-CO"/>
        </w:rPr>
        <w:t xml:space="preserve"> orden de </w:t>
      </w:r>
      <w:r w:rsidR="00ED5EBE">
        <w:rPr>
          <w:rStyle w:val="TNR21"/>
          <w:rFonts w:ascii="Arial" w:hAnsi="Arial" w:cs="Arial"/>
          <w:sz w:val="22"/>
          <w:lang w:val="es-CO"/>
        </w:rPr>
        <w:t>la C</w:t>
      </w:r>
      <w:r w:rsidR="00B14500" w:rsidRPr="00BC6830">
        <w:rPr>
          <w:rStyle w:val="TNR21"/>
          <w:rFonts w:ascii="Arial" w:hAnsi="Arial" w:cs="Arial"/>
          <w:sz w:val="22"/>
          <w:lang w:val="es-CO"/>
        </w:rPr>
        <w:t>omisión</w:t>
      </w:r>
      <w:r w:rsidR="006146DD" w:rsidRPr="00BC6830">
        <w:rPr>
          <w:rStyle w:val="TNR21"/>
          <w:rFonts w:ascii="Arial" w:hAnsi="Arial" w:cs="Arial"/>
          <w:sz w:val="22"/>
          <w:lang w:val="es-CO"/>
        </w:rPr>
        <w:t>.</w:t>
      </w:r>
    </w:p>
    <w:p w14:paraId="6633364F" w14:textId="77777777" w:rsidR="00B14500" w:rsidRPr="00BC6830" w:rsidRDefault="00B14500" w:rsidP="00667EBF">
      <w:pPr>
        <w:pStyle w:val="Sinespaciado"/>
        <w:jc w:val="both"/>
        <w:rPr>
          <w:rStyle w:val="TNR21"/>
          <w:rFonts w:ascii="Arial" w:hAnsi="Arial" w:cs="Arial"/>
          <w:sz w:val="22"/>
          <w:lang w:val="es-CO"/>
        </w:rPr>
      </w:pPr>
    </w:p>
    <w:p w14:paraId="55B76637" w14:textId="77777777" w:rsidR="00B14500"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Secretario</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B14500" w:rsidRPr="00BC6830">
        <w:rPr>
          <w:rStyle w:val="TNR21"/>
          <w:rFonts w:ascii="Arial" w:hAnsi="Arial" w:cs="Arial"/>
          <w:sz w:val="22"/>
          <w:lang w:val="es-CO"/>
        </w:rPr>
        <w:t>S</w:t>
      </w:r>
      <w:r w:rsidR="006146DD" w:rsidRPr="00BC6830">
        <w:rPr>
          <w:rStyle w:val="TNR21"/>
          <w:rFonts w:ascii="Arial" w:hAnsi="Arial" w:cs="Arial"/>
          <w:sz w:val="22"/>
          <w:lang w:val="es-CO"/>
        </w:rPr>
        <w:t>iguiente punto del día</w:t>
      </w:r>
      <w:r w:rsidR="00B14500" w:rsidRPr="00BC6830">
        <w:rPr>
          <w:rStyle w:val="TNR21"/>
          <w:rFonts w:ascii="Arial" w:hAnsi="Arial" w:cs="Arial"/>
          <w:sz w:val="22"/>
          <w:lang w:val="es-CO"/>
        </w:rPr>
        <w:t>,</w:t>
      </w:r>
      <w:r w:rsidR="006146DD" w:rsidRPr="00BC6830">
        <w:rPr>
          <w:rStyle w:val="TNR21"/>
          <w:rFonts w:ascii="Arial" w:hAnsi="Arial" w:cs="Arial"/>
          <w:sz w:val="22"/>
          <w:lang w:val="es-CO"/>
        </w:rPr>
        <w:t xml:space="preserve"> anuncio de </w:t>
      </w:r>
      <w:r w:rsidR="00841B08">
        <w:rPr>
          <w:rStyle w:val="TNR21"/>
          <w:rFonts w:ascii="Arial" w:hAnsi="Arial" w:cs="Arial"/>
          <w:sz w:val="22"/>
          <w:lang w:val="es-CO"/>
        </w:rPr>
        <w:t>proyecto</w:t>
      </w:r>
      <w:r w:rsidR="006146DD" w:rsidRPr="00BC6830">
        <w:rPr>
          <w:rStyle w:val="TNR21"/>
          <w:rFonts w:ascii="Arial" w:hAnsi="Arial" w:cs="Arial"/>
          <w:sz w:val="22"/>
          <w:lang w:val="es-CO"/>
        </w:rPr>
        <w:t>s</w:t>
      </w:r>
      <w:r w:rsidR="00B14500" w:rsidRPr="00BC6830">
        <w:rPr>
          <w:rStyle w:val="TNR21"/>
          <w:rFonts w:ascii="Arial" w:hAnsi="Arial" w:cs="Arial"/>
          <w:sz w:val="22"/>
          <w:lang w:val="es-CO"/>
        </w:rPr>
        <w:t>.</w:t>
      </w:r>
    </w:p>
    <w:p w14:paraId="77D92CEF" w14:textId="77777777" w:rsidR="00B14500" w:rsidRPr="00BC6830" w:rsidRDefault="00B14500" w:rsidP="00667EBF">
      <w:pPr>
        <w:pStyle w:val="Sinespaciado"/>
        <w:jc w:val="both"/>
        <w:rPr>
          <w:rStyle w:val="TNR21"/>
          <w:rFonts w:ascii="Arial" w:hAnsi="Arial" w:cs="Arial"/>
          <w:sz w:val="22"/>
          <w:lang w:val="es-CO"/>
        </w:rPr>
      </w:pPr>
    </w:p>
    <w:p w14:paraId="619DCEAC" w14:textId="77777777" w:rsidR="00B14500"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Representante Andrés Forero</w:t>
      </w:r>
      <w:r w:rsidR="00B14500" w:rsidRPr="00BC6830">
        <w:rPr>
          <w:rStyle w:val="TNR21"/>
          <w:rFonts w:ascii="Arial" w:hAnsi="Arial" w:cs="Arial"/>
          <w:sz w:val="22"/>
          <w:lang w:val="es-CO"/>
        </w:rPr>
        <w:t>.</w:t>
      </w:r>
    </w:p>
    <w:p w14:paraId="7E0E9471" w14:textId="77777777" w:rsidR="00B14500" w:rsidRPr="00BC6830" w:rsidRDefault="00B14500" w:rsidP="00667EBF">
      <w:pPr>
        <w:pStyle w:val="Sinespaciado"/>
        <w:jc w:val="both"/>
        <w:rPr>
          <w:rStyle w:val="TNR21"/>
          <w:rFonts w:ascii="Arial" w:hAnsi="Arial" w:cs="Arial"/>
          <w:sz w:val="22"/>
          <w:lang w:val="es-CO"/>
        </w:rPr>
      </w:pPr>
    </w:p>
    <w:p w14:paraId="1061ABD7" w14:textId="77777777" w:rsidR="00D65D64" w:rsidRPr="00BC6830" w:rsidRDefault="00B1577F" w:rsidP="00667EBF">
      <w:pPr>
        <w:pStyle w:val="Sinespaciado"/>
        <w:jc w:val="both"/>
        <w:rPr>
          <w:rStyle w:val="TNR21"/>
          <w:rFonts w:ascii="Arial" w:hAnsi="Arial" w:cs="Arial"/>
          <w:sz w:val="22"/>
          <w:lang w:val="es-CO"/>
        </w:rPr>
      </w:pPr>
      <w:r w:rsidRPr="00BC6830">
        <w:rPr>
          <w:rStyle w:val="TNR21"/>
          <w:rFonts w:ascii="Arial" w:hAnsi="Arial" w:cs="Arial"/>
          <w:b/>
          <w:sz w:val="22"/>
          <w:lang w:val="es-CO"/>
        </w:rPr>
        <w:t>H. Representante</w:t>
      </w:r>
      <w:r w:rsidR="006146DD" w:rsidRPr="00BC6830">
        <w:rPr>
          <w:rStyle w:val="TNR21"/>
          <w:rFonts w:ascii="Arial" w:hAnsi="Arial" w:cs="Arial"/>
          <w:b/>
          <w:sz w:val="22"/>
          <w:lang w:val="es-CO"/>
        </w:rPr>
        <w:t xml:space="preserve"> Andrés Eduardo Forero Molina</w:t>
      </w:r>
      <w:r w:rsidR="006146DD" w:rsidRPr="00BC6830">
        <w:rPr>
          <w:rStyle w:val="TNR21"/>
          <w:rFonts w:ascii="Arial" w:hAnsi="Arial" w:cs="Arial"/>
          <w:sz w:val="22"/>
          <w:lang w:val="es-CO"/>
        </w:rPr>
        <w:t xml:space="preserve">: </w:t>
      </w:r>
      <w:r w:rsidR="00B14500" w:rsidRPr="00BC6830">
        <w:rPr>
          <w:rStyle w:val="TNR21"/>
          <w:rFonts w:ascii="Arial" w:hAnsi="Arial" w:cs="Arial"/>
          <w:sz w:val="22"/>
          <w:lang w:val="es-CO"/>
        </w:rPr>
        <w:t>G</w:t>
      </w:r>
      <w:r w:rsidR="006146DD" w:rsidRPr="00BC6830">
        <w:rPr>
          <w:rStyle w:val="TNR21"/>
          <w:rFonts w:ascii="Arial" w:hAnsi="Arial" w:cs="Arial"/>
          <w:sz w:val="22"/>
          <w:lang w:val="es-CO"/>
        </w:rPr>
        <w:t>racias señor Presidente</w:t>
      </w:r>
      <w:r w:rsidR="00B14500" w:rsidRPr="00BC6830">
        <w:rPr>
          <w:rStyle w:val="TNR21"/>
          <w:rFonts w:ascii="Arial" w:hAnsi="Arial" w:cs="Arial"/>
          <w:sz w:val="22"/>
          <w:lang w:val="es-CO"/>
        </w:rPr>
        <w:t>,</w:t>
      </w:r>
      <w:r w:rsidR="006146DD" w:rsidRPr="00BC6830">
        <w:rPr>
          <w:rStyle w:val="TNR21"/>
          <w:rFonts w:ascii="Arial" w:hAnsi="Arial" w:cs="Arial"/>
          <w:sz w:val="22"/>
          <w:lang w:val="es-CO"/>
        </w:rPr>
        <w:t xml:space="preserve"> mire</w:t>
      </w:r>
      <w:r w:rsidR="00B14500" w:rsidRPr="00BC6830">
        <w:rPr>
          <w:rStyle w:val="TNR21"/>
          <w:rFonts w:ascii="Arial" w:hAnsi="Arial" w:cs="Arial"/>
          <w:sz w:val="22"/>
          <w:lang w:val="es-CO"/>
        </w:rPr>
        <w:t>,</w:t>
      </w:r>
      <w:r w:rsidR="006146DD" w:rsidRPr="00BC6830">
        <w:rPr>
          <w:rStyle w:val="TNR21"/>
          <w:rFonts w:ascii="Arial" w:hAnsi="Arial" w:cs="Arial"/>
          <w:sz w:val="22"/>
          <w:lang w:val="es-CO"/>
        </w:rPr>
        <w:t xml:space="preserve"> antes de que se vayan a hacer los anuncios de los </w:t>
      </w:r>
      <w:r w:rsidR="00841B08">
        <w:rPr>
          <w:rStyle w:val="TNR21"/>
          <w:rFonts w:ascii="Arial" w:hAnsi="Arial" w:cs="Arial"/>
          <w:sz w:val="22"/>
          <w:lang w:val="es-CO"/>
        </w:rPr>
        <w:t>proyecto</w:t>
      </w:r>
      <w:r w:rsidR="006146DD" w:rsidRPr="00BC6830">
        <w:rPr>
          <w:rStyle w:val="TNR21"/>
          <w:rFonts w:ascii="Arial" w:hAnsi="Arial" w:cs="Arial"/>
          <w:sz w:val="22"/>
          <w:lang w:val="es-CO"/>
        </w:rPr>
        <w:t>s quiero que el señor Secretario no</w:t>
      </w:r>
      <w:r w:rsidR="00B14500" w:rsidRPr="00BC6830">
        <w:rPr>
          <w:rStyle w:val="TNR21"/>
          <w:rFonts w:ascii="Arial" w:hAnsi="Arial" w:cs="Arial"/>
          <w:sz w:val="22"/>
          <w:lang w:val="es-CO"/>
        </w:rPr>
        <w:t>s</w:t>
      </w:r>
      <w:r w:rsidR="006146DD" w:rsidRPr="00BC6830">
        <w:rPr>
          <w:rStyle w:val="TNR21"/>
          <w:rFonts w:ascii="Arial" w:hAnsi="Arial" w:cs="Arial"/>
          <w:sz w:val="22"/>
          <w:lang w:val="es-CO"/>
        </w:rPr>
        <w:t xml:space="preserve"> certifique lo siguiente Presidente</w:t>
      </w:r>
      <w:r w:rsidR="00B14500" w:rsidRPr="00BC6830">
        <w:rPr>
          <w:rStyle w:val="TNR21"/>
          <w:rFonts w:ascii="Arial" w:hAnsi="Arial" w:cs="Arial"/>
          <w:sz w:val="22"/>
          <w:lang w:val="es-CO"/>
        </w:rPr>
        <w:t>,</w:t>
      </w:r>
      <w:r w:rsidR="006146DD" w:rsidRPr="00BC6830">
        <w:rPr>
          <w:rStyle w:val="TNR21"/>
          <w:rFonts w:ascii="Arial" w:hAnsi="Arial" w:cs="Arial"/>
          <w:sz w:val="22"/>
          <w:lang w:val="es-CO"/>
        </w:rPr>
        <w:t xml:space="preserve"> primero</w:t>
      </w:r>
      <w:r w:rsidR="00CD20DD" w:rsidRPr="00BC6830">
        <w:rPr>
          <w:rStyle w:val="TNR21"/>
          <w:rFonts w:ascii="Arial" w:hAnsi="Arial" w:cs="Arial"/>
          <w:sz w:val="22"/>
          <w:lang w:val="es-CO"/>
        </w:rPr>
        <w:t>,</w:t>
      </w:r>
      <w:r w:rsidR="006146DD" w:rsidRPr="00BC6830">
        <w:rPr>
          <w:rStyle w:val="TNR21"/>
          <w:rFonts w:ascii="Arial" w:hAnsi="Arial" w:cs="Arial"/>
          <w:sz w:val="22"/>
          <w:lang w:val="es-CO"/>
        </w:rPr>
        <w:t xml:space="preserve"> Secretario me gustaría que usted nos leyera la proposición aprobada unánimemente por esta Comisión el 21 de febrero del año 2023</w:t>
      </w:r>
      <w:r w:rsidR="00B14500" w:rsidRPr="00BC6830">
        <w:rPr>
          <w:rStyle w:val="TNR21"/>
          <w:rFonts w:ascii="Arial" w:hAnsi="Arial" w:cs="Arial"/>
          <w:sz w:val="22"/>
          <w:lang w:val="es-CO"/>
        </w:rPr>
        <w:t>,</w:t>
      </w:r>
      <w:r w:rsidR="006146DD" w:rsidRPr="00BC6830">
        <w:rPr>
          <w:rStyle w:val="TNR21"/>
          <w:rFonts w:ascii="Arial" w:hAnsi="Arial" w:cs="Arial"/>
          <w:sz w:val="22"/>
          <w:lang w:val="es-CO"/>
        </w:rPr>
        <w:t xml:space="preserve"> esa proposición es la proposición número 37</w:t>
      </w:r>
      <w:r w:rsidR="00B14500" w:rsidRPr="00BC6830">
        <w:rPr>
          <w:rStyle w:val="TNR21"/>
          <w:rFonts w:ascii="Arial" w:hAnsi="Arial" w:cs="Arial"/>
          <w:sz w:val="22"/>
          <w:lang w:val="es-CO"/>
        </w:rPr>
        <w:t>,</w:t>
      </w:r>
      <w:r w:rsidR="006146DD" w:rsidRPr="00BC6830">
        <w:rPr>
          <w:rStyle w:val="TNR21"/>
          <w:rFonts w:ascii="Arial" w:hAnsi="Arial" w:cs="Arial"/>
          <w:sz w:val="22"/>
          <w:lang w:val="es-CO"/>
        </w:rPr>
        <w:t xml:space="preserve"> lo digo por lo siguiente Presidente y es que en esa proposición ya la va a leer el señor Secretario</w:t>
      </w:r>
      <w:r w:rsidR="00B14500" w:rsidRPr="00BC6830">
        <w:rPr>
          <w:rStyle w:val="TNR21"/>
          <w:rFonts w:ascii="Arial" w:hAnsi="Arial" w:cs="Arial"/>
          <w:sz w:val="22"/>
          <w:lang w:val="es-CO"/>
        </w:rPr>
        <w:t>,</w:t>
      </w:r>
      <w:r w:rsidR="006146DD" w:rsidRPr="00BC6830">
        <w:rPr>
          <w:rStyle w:val="TNR21"/>
          <w:rFonts w:ascii="Arial" w:hAnsi="Arial" w:cs="Arial"/>
          <w:sz w:val="22"/>
          <w:lang w:val="es-CO"/>
        </w:rPr>
        <w:t xml:space="preserve"> y yo me adelanto</w:t>
      </w:r>
      <w:r w:rsidR="00D65D64" w:rsidRPr="00BC6830">
        <w:rPr>
          <w:rStyle w:val="TNR21"/>
          <w:rFonts w:ascii="Arial" w:hAnsi="Arial" w:cs="Arial"/>
          <w:sz w:val="22"/>
          <w:lang w:val="es-CO"/>
        </w:rPr>
        <w:t>,</w:t>
      </w:r>
      <w:r w:rsidR="006146DD" w:rsidRPr="00BC6830">
        <w:rPr>
          <w:rStyle w:val="TNR21"/>
          <w:rFonts w:ascii="Arial" w:hAnsi="Arial" w:cs="Arial"/>
          <w:sz w:val="22"/>
          <w:lang w:val="es-CO"/>
        </w:rPr>
        <w:t xml:space="preserve"> se dice </w:t>
      </w:r>
      <w:r w:rsidR="00B14500" w:rsidRPr="00BC6830">
        <w:rPr>
          <w:rStyle w:val="TNR21"/>
          <w:rFonts w:ascii="Arial" w:hAnsi="Arial" w:cs="Arial"/>
          <w:sz w:val="22"/>
          <w:lang w:val="es-CO"/>
        </w:rPr>
        <w:t xml:space="preserve">lo </w:t>
      </w:r>
      <w:r w:rsidR="006146DD" w:rsidRPr="00BC6830">
        <w:rPr>
          <w:rStyle w:val="TNR21"/>
          <w:rFonts w:ascii="Arial" w:hAnsi="Arial" w:cs="Arial"/>
          <w:sz w:val="22"/>
          <w:lang w:val="es-CO"/>
        </w:rPr>
        <w:t>siguiente</w:t>
      </w:r>
      <w:r w:rsidR="00B14500" w:rsidRPr="00BC6830">
        <w:rPr>
          <w:rStyle w:val="TNR21"/>
          <w:rFonts w:ascii="Arial" w:hAnsi="Arial" w:cs="Arial"/>
          <w:sz w:val="22"/>
          <w:lang w:val="es-CO"/>
        </w:rPr>
        <w:t>,</w:t>
      </w:r>
      <w:r w:rsidR="006146DD" w:rsidRPr="00BC6830">
        <w:rPr>
          <w:rStyle w:val="TNR21"/>
          <w:rFonts w:ascii="Arial" w:hAnsi="Arial" w:cs="Arial"/>
          <w:sz w:val="22"/>
          <w:lang w:val="es-CO"/>
        </w:rPr>
        <w:t xml:space="preserve"> los Representantes a la Cámara suscriptores de este documento respetuosamente proponemos convocar audiencias públicas</w:t>
      </w:r>
      <w:r w:rsidR="00B14500" w:rsidRPr="00BC6830">
        <w:rPr>
          <w:rStyle w:val="TNR21"/>
          <w:rFonts w:ascii="Arial" w:hAnsi="Arial" w:cs="Arial"/>
          <w:sz w:val="22"/>
          <w:lang w:val="es-CO"/>
        </w:rPr>
        <w:t>,</w:t>
      </w:r>
      <w:r w:rsidR="006146DD" w:rsidRPr="00BC6830">
        <w:rPr>
          <w:rStyle w:val="TNR21"/>
          <w:rFonts w:ascii="Arial" w:hAnsi="Arial" w:cs="Arial"/>
          <w:sz w:val="22"/>
          <w:lang w:val="es-CO"/>
        </w:rPr>
        <w:t xml:space="preserve"> previas a la radicación</w:t>
      </w:r>
      <w:r w:rsidR="008717C6" w:rsidRPr="00BC6830">
        <w:rPr>
          <w:rStyle w:val="TNR21"/>
          <w:rFonts w:ascii="Arial" w:hAnsi="Arial" w:cs="Arial"/>
          <w:sz w:val="22"/>
          <w:lang w:val="es-CO"/>
        </w:rPr>
        <w:t xml:space="preserve"> </w:t>
      </w:r>
      <w:r w:rsidR="006146DD" w:rsidRPr="00BC6830">
        <w:rPr>
          <w:rStyle w:val="TNR21"/>
          <w:rFonts w:ascii="Arial" w:hAnsi="Arial" w:cs="Arial"/>
          <w:sz w:val="22"/>
          <w:lang w:val="es-CO"/>
        </w:rPr>
        <w:t xml:space="preserve">de la ponencia para primer </w:t>
      </w:r>
      <w:r w:rsidR="00B14500" w:rsidRPr="00BC6830">
        <w:rPr>
          <w:rStyle w:val="TNR21"/>
          <w:rFonts w:ascii="Arial" w:hAnsi="Arial" w:cs="Arial"/>
          <w:sz w:val="22"/>
          <w:lang w:val="es-CO"/>
        </w:rPr>
        <w:t xml:space="preserve">debate </w:t>
      </w:r>
      <w:r w:rsidR="006146DD" w:rsidRPr="00BC6830">
        <w:rPr>
          <w:rStyle w:val="TNR21"/>
          <w:rFonts w:ascii="Arial" w:hAnsi="Arial" w:cs="Arial"/>
          <w:sz w:val="22"/>
          <w:lang w:val="es-CO"/>
        </w:rPr>
        <w:t xml:space="preserve">del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399 de 2003 Cámara</w:t>
      </w:r>
      <w:r w:rsidR="00B14500" w:rsidRPr="00BC6830">
        <w:rPr>
          <w:rStyle w:val="TNR21"/>
          <w:rFonts w:ascii="Arial" w:hAnsi="Arial" w:cs="Arial"/>
          <w:sz w:val="22"/>
          <w:lang w:val="es-CO"/>
        </w:rPr>
        <w:t>,</w:t>
      </w:r>
      <w:r w:rsidR="006146DD" w:rsidRPr="00BC6830">
        <w:rPr>
          <w:rStyle w:val="TNR21"/>
          <w:rFonts w:ascii="Arial" w:hAnsi="Arial" w:cs="Arial"/>
          <w:sz w:val="22"/>
          <w:lang w:val="es-CO"/>
        </w:rPr>
        <w:t xml:space="preserve"> por medio de la cual se transforma el Sistema de Salud en Colombia y</w:t>
      </w:r>
      <w:r w:rsidR="00B14500" w:rsidRPr="00BC6830">
        <w:rPr>
          <w:rStyle w:val="TNR21"/>
          <w:rFonts w:ascii="Arial" w:hAnsi="Arial" w:cs="Arial"/>
          <w:sz w:val="22"/>
          <w:lang w:val="es-CO"/>
        </w:rPr>
        <w:t xml:space="preserve"> se</w:t>
      </w:r>
      <w:r w:rsidR="006146DD" w:rsidRPr="00BC6830">
        <w:rPr>
          <w:rStyle w:val="TNR21"/>
          <w:rFonts w:ascii="Arial" w:hAnsi="Arial" w:cs="Arial"/>
          <w:sz w:val="22"/>
          <w:lang w:val="es-CO"/>
        </w:rPr>
        <w:t xml:space="preserve"> dictan otras disposiciones</w:t>
      </w:r>
      <w:r w:rsidR="00B14500"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B14500" w:rsidRPr="00BC6830">
        <w:rPr>
          <w:rStyle w:val="TNR21"/>
          <w:rFonts w:ascii="Arial" w:hAnsi="Arial" w:cs="Arial"/>
          <w:sz w:val="22"/>
          <w:lang w:val="es-CO"/>
        </w:rPr>
        <w:t>A</w:t>
      </w:r>
      <w:r w:rsidR="006146DD" w:rsidRPr="00BC6830">
        <w:rPr>
          <w:rStyle w:val="TNR21"/>
          <w:rFonts w:ascii="Arial" w:hAnsi="Arial" w:cs="Arial"/>
          <w:sz w:val="22"/>
          <w:lang w:val="es-CO"/>
        </w:rPr>
        <w:t>quí entre otras veo la firma del ponente Alfredo Mondragón y</w:t>
      </w:r>
      <w:r w:rsidR="00ED5EBE">
        <w:rPr>
          <w:rStyle w:val="TNR21"/>
          <w:rFonts w:ascii="Arial" w:hAnsi="Arial" w:cs="Arial"/>
          <w:sz w:val="22"/>
          <w:lang w:val="es-CO"/>
        </w:rPr>
        <w:t>,</w:t>
      </w:r>
      <w:r w:rsidR="006146DD" w:rsidRPr="00BC6830">
        <w:rPr>
          <w:rStyle w:val="TNR21"/>
          <w:rFonts w:ascii="Arial" w:hAnsi="Arial" w:cs="Arial"/>
          <w:sz w:val="22"/>
          <w:lang w:val="es-CO"/>
        </w:rPr>
        <w:t xml:space="preserve"> de hecho Presidente en esa ocasión votamos de manera unánime</w:t>
      </w:r>
      <w:r w:rsidR="00B14500" w:rsidRPr="00BC6830">
        <w:rPr>
          <w:rStyle w:val="TNR21"/>
          <w:rFonts w:ascii="Arial" w:hAnsi="Arial" w:cs="Arial"/>
          <w:sz w:val="22"/>
          <w:lang w:val="es-CO"/>
        </w:rPr>
        <w:t>,</w:t>
      </w:r>
      <w:r w:rsidR="006146DD" w:rsidRPr="00BC6830">
        <w:rPr>
          <w:rStyle w:val="TNR21"/>
          <w:rFonts w:ascii="Arial" w:hAnsi="Arial" w:cs="Arial"/>
          <w:sz w:val="22"/>
          <w:lang w:val="es-CO"/>
        </w:rPr>
        <w:t xml:space="preserve"> la votó usted y la votó el señor Vicepresidente</w:t>
      </w:r>
      <w:r w:rsidR="00B14500" w:rsidRPr="00BC6830">
        <w:rPr>
          <w:rStyle w:val="TNR21"/>
          <w:rFonts w:ascii="Arial" w:hAnsi="Arial" w:cs="Arial"/>
          <w:sz w:val="22"/>
          <w:lang w:val="es-CO"/>
        </w:rPr>
        <w:t>,</w:t>
      </w:r>
      <w:r w:rsidR="006146DD" w:rsidRPr="00BC6830">
        <w:rPr>
          <w:rStyle w:val="TNR21"/>
          <w:rFonts w:ascii="Arial" w:hAnsi="Arial" w:cs="Arial"/>
          <w:sz w:val="22"/>
          <w:lang w:val="es-CO"/>
        </w:rPr>
        <w:t xml:space="preserve"> lo que está establecido en la Ley 5</w:t>
      </w:r>
      <w:r w:rsidR="00ED5EBE">
        <w:rPr>
          <w:rStyle w:val="TNR21"/>
          <w:rFonts w:ascii="Arial" w:hAnsi="Arial" w:cs="Arial"/>
          <w:sz w:val="22"/>
          <w:lang w:val="es-CO"/>
        </w:rPr>
        <w:t xml:space="preserve">ª </w:t>
      </w:r>
      <w:r w:rsidR="006146DD" w:rsidRPr="00BC6830">
        <w:rPr>
          <w:rStyle w:val="TNR21"/>
          <w:rFonts w:ascii="Arial" w:hAnsi="Arial" w:cs="Arial"/>
          <w:sz w:val="22"/>
          <w:lang w:val="es-CO"/>
        </w:rPr>
        <w:t xml:space="preserve"> es que quiénes definen los tiempos para poder radicar las ponencias son precisamente los miembros la Mesa Directiva</w:t>
      </w:r>
      <w:r w:rsidR="00B14500" w:rsidRPr="00BC6830">
        <w:rPr>
          <w:rStyle w:val="TNR21"/>
          <w:rFonts w:ascii="Arial" w:hAnsi="Arial" w:cs="Arial"/>
          <w:sz w:val="22"/>
          <w:lang w:val="es-CO"/>
        </w:rPr>
        <w:t>,</w:t>
      </w:r>
      <w:r w:rsidR="006146DD" w:rsidRPr="00BC6830">
        <w:rPr>
          <w:rStyle w:val="TNR21"/>
          <w:rFonts w:ascii="Arial" w:hAnsi="Arial" w:cs="Arial"/>
          <w:sz w:val="22"/>
          <w:lang w:val="es-CO"/>
        </w:rPr>
        <w:t xml:space="preserve"> entonces en ese sentido Presidente nosotros en el Centro Democrático</w:t>
      </w:r>
      <w:r w:rsidR="00B14500" w:rsidRPr="00BC6830">
        <w:rPr>
          <w:rStyle w:val="TNR21"/>
          <w:rFonts w:ascii="Arial" w:hAnsi="Arial" w:cs="Arial"/>
          <w:sz w:val="22"/>
          <w:lang w:val="es-CO"/>
        </w:rPr>
        <w:t>,</w:t>
      </w:r>
      <w:r w:rsidR="006146DD" w:rsidRPr="00BC6830">
        <w:rPr>
          <w:rStyle w:val="TNR21"/>
          <w:rFonts w:ascii="Arial" w:hAnsi="Arial" w:cs="Arial"/>
          <w:sz w:val="22"/>
          <w:lang w:val="es-CO"/>
        </w:rPr>
        <w:t xml:space="preserve"> en Cambio Radical</w:t>
      </w:r>
      <w:r w:rsidR="00B14500" w:rsidRPr="00BC6830">
        <w:rPr>
          <w:rStyle w:val="TNR21"/>
          <w:rFonts w:ascii="Arial" w:hAnsi="Arial" w:cs="Arial"/>
          <w:sz w:val="22"/>
          <w:lang w:val="es-CO"/>
        </w:rPr>
        <w:t>,</w:t>
      </w:r>
      <w:r w:rsidR="006146DD" w:rsidRPr="00BC6830">
        <w:rPr>
          <w:rStyle w:val="TNR21"/>
          <w:rFonts w:ascii="Arial" w:hAnsi="Arial" w:cs="Arial"/>
          <w:sz w:val="22"/>
          <w:lang w:val="es-CO"/>
        </w:rPr>
        <w:t xml:space="preserve"> entendíamos que había tiempo todavía para radicar la ponencia</w:t>
      </w:r>
      <w:r w:rsidR="00D65D64" w:rsidRPr="00BC6830">
        <w:rPr>
          <w:rStyle w:val="TNR21"/>
          <w:rFonts w:ascii="Arial" w:hAnsi="Arial" w:cs="Arial"/>
          <w:sz w:val="22"/>
          <w:lang w:val="es-CO"/>
        </w:rPr>
        <w:t>,</w:t>
      </w:r>
      <w:r w:rsidR="006146DD" w:rsidRPr="00BC6830">
        <w:rPr>
          <w:rStyle w:val="TNR21"/>
          <w:rFonts w:ascii="Arial" w:hAnsi="Arial" w:cs="Arial"/>
          <w:sz w:val="22"/>
          <w:lang w:val="es-CO"/>
        </w:rPr>
        <w:t xml:space="preserve"> ante los anuncios suyos y ante los anuncios del Presidente de la Cámara de Representantes el doctor David Racero</w:t>
      </w:r>
      <w:r w:rsidR="00B14500" w:rsidRPr="00BC6830">
        <w:rPr>
          <w:rStyle w:val="TNR21"/>
          <w:rFonts w:ascii="Arial" w:hAnsi="Arial" w:cs="Arial"/>
          <w:sz w:val="22"/>
          <w:lang w:val="es-CO"/>
        </w:rPr>
        <w:t>,</w:t>
      </w:r>
      <w:r w:rsidR="006146DD" w:rsidRPr="00BC6830">
        <w:rPr>
          <w:rStyle w:val="TNR21"/>
          <w:rFonts w:ascii="Arial" w:hAnsi="Arial" w:cs="Arial"/>
          <w:sz w:val="22"/>
          <w:lang w:val="es-CO"/>
        </w:rPr>
        <w:t xml:space="preserve"> naturalmente viendo que estaban en cierta forma pues violándose las disposiciones acordadas en esta proposición</w:t>
      </w:r>
      <w:r w:rsidR="00B14500" w:rsidRPr="00BC6830">
        <w:rPr>
          <w:rStyle w:val="TNR21"/>
          <w:rFonts w:ascii="Arial" w:hAnsi="Arial" w:cs="Arial"/>
          <w:sz w:val="22"/>
          <w:lang w:val="es-CO"/>
        </w:rPr>
        <w:t>,</w:t>
      </w:r>
      <w:r w:rsidR="006146DD" w:rsidRPr="00BC6830">
        <w:rPr>
          <w:rStyle w:val="TNR21"/>
          <w:rFonts w:ascii="Arial" w:hAnsi="Arial" w:cs="Arial"/>
          <w:sz w:val="22"/>
          <w:lang w:val="es-CO"/>
        </w:rPr>
        <w:t xml:space="preserve"> violándose además una cosa Presidente</w:t>
      </w:r>
      <w:r w:rsidR="00B14500" w:rsidRPr="00BC6830">
        <w:rPr>
          <w:rStyle w:val="TNR21"/>
          <w:rFonts w:ascii="Arial" w:hAnsi="Arial" w:cs="Arial"/>
          <w:sz w:val="22"/>
          <w:lang w:val="es-CO"/>
        </w:rPr>
        <w:t>,</w:t>
      </w:r>
      <w:r w:rsidR="006146DD" w:rsidRPr="00BC6830">
        <w:rPr>
          <w:rStyle w:val="TNR21"/>
          <w:rFonts w:ascii="Arial" w:hAnsi="Arial" w:cs="Arial"/>
          <w:sz w:val="22"/>
          <w:lang w:val="es-CO"/>
        </w:rPr>
        <w:t xml:space="preserve"> porque aquí yo sé que los Congresistas no tenemos vacaciones naturalmente</w:t>
      </w:r>
      <w:r w:rsidR="00D65D64" w:rsidRPr="00BC6830">
        <w:rPr>
          <w:rStyle w:val="TNR21"/>
          <w:rFonts w:ascii="Arial" w:hAnsi="Arial" w:cs="Arial"/>
          <w:sz w:val="22"/>
          <w:lang w:val="es-CO"/>
        </w:rPr>
        <w:t>,</w:t>
      </w:r>
      <w:r w:rsidR="006146DD" w:rsidRPr="00BC6830">
        <w:rPr>
          <w:rStyle w:val="TNR21"/>
          <w:rFonts w:ascii="Arial" w:hAnsi="Arial" w:cs="Arial"/>
          <w:sz w:val="22"/>
          <w:lang w:val="es-CO"/>
        </w:rPr>
        <w:t xml:space="preserve"> pero obviamente llegó una carta que era del jefe de división de persona</w:t>
      </w:r>
      <w:r w:rsidR="00D65D64" w:rsidRPr="00BC6830">
        <w:rPr>
          <w:rStyle w:val="TNR21"/>
          <w:rFonts w:ascii="Arial" w:hAnsi="Arial" w:cs="Arial"/>
          <w:sz w:val="22"/>
          <w:lang w:val="es-CO"/>
        </w:rPr>
        <w:t>l que</w:t>
      </w:r>
      <w:r w:rsidR="006146DD" w:rsidRPr="00BC6830">
        <w:rPr>
          <w:rStyle w:val="TNR21"/>
          <w:rFonts w:ascii="Arial" w:hAnsi="Arial" w:cs="Arial"/>
          <w:sz w:val="22"/>
          <w:lang w:val="es-CO"/>
        </w:rPr>
        <w:t xml:space="preserve"> hablaba de que no iba a haber actividad en el Congreso durante la semana pasada</w:t>
      </w:r>
      <w:r w:rsidR="00D65D64" w:rsidRPr="00BC6830">
        <w:rPr>
          <w:rStyle w:val="TNR21"/>
          <w:rFonts w:ascii="Arial" w:hAnsi="Arial" w:cs="Arial"/>
          <w:sz w:val="22"/>
          <w:lang w:val="es-CO"/>
        </w:rPr>
        <w:t>,</w:t>
      </w:r>
      <w:r w:rsidR="006146DD" w:rsidRPr="00BC6830">
        <w:rPr>
          <w:rStyle w:val="TNR21"/>
          <w:rFonts w:ascii="Arial" w:hAnsi="Arial" w:cs="Arial"/>
          <w:sz w:val="22"/>
          <w:lang w:val="es-CO"/>
        </w:rPr>
        <w:t xml:space="preserve"> en la práctica se puede entender como si eso fuera una vacancia</w:t>
      </w:r>
      <w:r w:rsidR="00D65D64" w:rsidRPr="00BC6830">
        <w:rPr>
          <w:rStyle w:val="TNR21"/>
          <w:rFonts w:ascii="Arial" w:hAnsi="Arial" w:cs="Arial"/>
          <w:sz w:val="22"/>
          <w:lang w:val="es-CO"/>
        </w:rPr>
        <w:t>,</w:t>
      </w:r>
      <w:r w:rsidR="006146DD" w:rsidRPr="00BC6830">
        <w:rPr>
          <w:rStyle w:val="TNR21"/>
          <w:rFonts w:ascii="Arial" w:hAnsi="Arial" w:cs="Arial"/>
          <w:sz w:val="22"/>
          <w:lang w:val="es-CO"/>
        </w:rPr>
        <w:t xml:space="preserve"> en ese sentido también en vista de </w:t>
      </w:r>
      <w:r w:rsidR="00ED5EBE">
        <w:rPr>
          <w:rStyle w:val="TNR21"/>
          <w:rFonts w:ascii="Arial" w:hAnsi="Arial" w:cs="Arial"/>
          <w:sz w:val="22"/>
          <w:lang w:val="es-CO"/>
        </w:rPr>
        <w:t xml:space="preserve">que </w:t>
      </w:r>
      <w:r w:rsidR="006146DD" w:rsidRPr="00BC6830">
        <w:rPr>
          <w:rStyle w:val="TNR21"/>
          <w:rFonts w:ascii="Arial" w:hAnsi="Arial" w:cs="Arial"/>
          <w:sz w:val="22"/>
          <w:lang w:val="es-CO"/>
        </w:rPr>
        <w:t xml:space="preserve">usted acumuló los </w:t>
      </w:r>
      <w:r w:rsidR="00841B08">
        <w:rPr>
          <w:rStyle w:val="TNR21"/>
          <w:rFonts w:ascii="Arial" w:hAnsi="Arial" w:cs="Arial"/>
          <w:sz w:val="22"/>
          <w:lang w:val="es-CO"/>
        </w:rPr>
        <w:t>proyecto</w:t>
      </w:r>
      <w:r w:rsidR="006146DD" w:rsidRPr="00BC6830">
        <w:rPr>
          <w:rStyle w:val="TNR21"/>
          <w:rFonts w:ascii="Arial" w:hAnsi="Arial" w:cs="Arial"/>
          <w:sz w:val="22"/>
          <w:lang w:val="es-CO"/>
        </w:rPr>
        <w:t>s pues nos vimos</w:t>
      </w:r>
      <w:r w:rsidR="00D65D64" w:rsidRPr="00BC6830">
        <w:rPr>
          <w:rStyle w:val="TNR21"/>
          <w:rFonts w:ascii="Arial" w:hAnsi="Arial" w:cs="Arial"/>
          <w:sz w:val="22"/>
          <w:lang w:val="es-CO"/>
        </w:rPr>
        <w:t>,</w:t>
      </w:r>
      <w:r w:rsidR="006146DD" w:rsidRPr="00BC6830">
        <w:rPr>
          <w:rStyle w:val="TNR21"/>
          <w:rFonts w:ascii="Arial" w:hAnsi="Arial" w:cs="Arial"/>
          <w:sz w:val="22"/>
          <w:lang w:val="es-CO"/>
        </w:rPr>
        <w:t xml:space="preserve"> y de hecho se le dijo desde esta Comisión al equipo de la Representante Betsy Pérez</w:t>
      </w:r>
      <w:r w:rsidR="00ED5EBE">
        <w:rPr>
          <w:rStyle w:val="TNR21"/>
          <w:rFonts w:ascii="Arial" w:hAnsi="Arial" w:cs="Arial"/>
          <w:sz w:val="22"/>
          <w:lang w:val="es-CO"/>
        </w:rPr>
        <w:t>,</w:t>
      </w:r>
      <w:r w:rsidR="006146DD" w:rsidRPr="00BC6830">
        <w:rPr>
          <w:rStyle w:val="TNR21"/>
          <w:rFonts w:ascii="Arial" w:hAnsi="Arial" w:cs="Arial"/>
          <w:sz w:val="22"/>
          <w:lang w:val="es-CO"/>
        </w:rPr>
        <w:t xml:space="preserve"> Presidente</w:t>
      </w:r>
      <w:r w:rsidR="00ED5EBE">
        <w:rPr>
          <w:rStyle w:val="TNR21"/>
          <w:rFonts w:ascii="Arial" w:hAnsi="Arial" w:cs="Arial"/>
          <w:sz w:val="22"/>
          <w:lang w:val="es-CO"/>
        </w:rPr>
        <w:t>,</w:t>
      </w:r>
      <w:r w:rsidR="006146DD" w:rsidRPr="00BC6830">
        <w:rPr>
          <w:rStyle w:val="TNR21"/>
          <w:rFonts w:ascii="Arial" w:hAnsi="Arial" w:cs="Arial"/>
          <w:sz w:val="22"/>
          <w:lang w:val="es-CO"/>
        </w:rPr>
        <w:t xml:space="preserve"> que había tiempos para radicar las ponencias hasta el viernes de esta semana</w:t>
      </w:r>
      <w:r w:rsidR="00D65D64" w:rsidRPr="00BC6830">
        <w:rPr>
          <w:rStyle w:val="TNR21"/>
          <w:rFonts w:ascii="Arial" w:hAnsi="Arial" w:cs="Arial"/>
          <w:sz w:val="22"/>
          <w:lang w:val="es-CO"/>
        </w:rPr>
        <w:t>,</w:t>
      </w:r>
      <w:r w:rsidR="006146DD" w:rsidRPr="00BC6830">
        <w:rPr>
          <w:rStyle w:val="TNR21"/>
          <w:rFonts w:ascii="Arial" w:hAnsi="Arial" w:cs="Arial"/>
          <w:sz w:val="22"/>
          <w:lang w:val="es-CO"/>
        </w:rPr>
        <w:t xml:space="preserve"> eso se suma a lo que estaba dispuesto que firmamos todos</w:t>
      </w:r>
      <w:r w:rsidR="00D65D64" w:rsidRPr="00BC6830">
        <w:rPr>
          <w:rStyle w:val="TNR21"/>
          <w:rFonts w:ascii="Arial" w:hAnsi="Arial" w:cs="Arial"/>
          <w:sz w:val="22"/>
          <w:lang w:val="es-CO"/>
        </w:rPr>
        <w:t>,</w:t>
      </w:r>
      <w:r w:rsidR="006146DD" w:rsidRPr="00BC6830">
        <w:rPr>
          <w:rStyle w:val="TNR21"/>
          <w:rFonts w:ascii="Arial" w:hAnsi="Arial" w:cs="Arial"/>
          <w:sz w:val="22"/>
          <w:lang w:val="es-CO"/>
        </w:rPr>
        <w:t xml:space="preserve"> que aprobó y aprobó el Vicepresidente y que hasta donde yo sé no hubo una comunicación</w:t>
      </w:r>
      <w:r w:rsidR="00D65D64" w:rsidRPr="00BC6830">
        <w:rPr>
          <w:rStyle w:val="TNR21"/>
          <w:rFonts w:ascii="Arial" w:hAnsi="Arial" w:cs="Arial"/>
          <w:sz w:val="22"/>
          <w:lang w:val="es-CO"/>
        </w:rPr>
        <w:t>,</w:t>
      </w:r>
      <w:r w:rsidR="006146DD" w:rsidRPr="00BC6830">
        <w:rPr>
          <w:rStyle w:val="TNR21"/>
          <w:rFonts w:ascii="Arial" w:hAnsi="Arial" w:cs="Arial"/>
          <w:sz w:val="22"/>
          <w:lang w:val="es-CO"/>
        </w:rPr>
        <w:t xml:space="preserve"> no hubo una proposición en contrario que se hubiera votado en contra</w:t>
      </w:r>
      <w:r w:rsidR="00D65D64" w:rsidRPr="00BC6830">
        <w:rPr>
          <w:rStyle w:val="TNR21"/>
          <w:rFonts w:ascii="Arial" w:hAnsi="Arial" w:cs="Arial"/>
          <w:sz w:val="22"/>
          <w:lang w:val="es-CO"/>
        </w:rPr>
        <w:t>,</w:t>
      </w:r>
      <w:r w:rsidR="006146DD" w:rsidRPr="00BC6830">
        <w:rPr>
          <w:rStyle w:val="TNR21"/>
          <w:rFonts w:ascii="Arial" w:hAnsi="Arial" w:cs="Arial"/>
          <w:sz w:val="22"/>
          <w:lang w:val="es-CO"/>
        </w:rPr>
        <w:t xml:space="preserve"> entonces en ese sentido Presidente yo sí le digo que tengan cuidado</w:t>
      </w:r>
      <w:r w:rsidR="00D65D64" w:rsidRPr="00BC6830">
        <w:rPr>
          <w:rStyle w:val="TNR21"/>
          <w:rFonts w:ascii="Arial" w:hAnsi="Arial" w:cs="Arial"/>
          <w:sz w:val="22"/>
          <w:lang w:val="es-CO"/>
        </w:rPr>
        <w:t>,</w:t>
      </w:r>
      <w:r w:rsidR="006146DD" w:rsidRPr="00BC6830">
        <w:rPr>
          <w:rStyle w:val="TNR21"/>
          <w:rFonts w:ascii="Arial" w:hAnsi="Arial" w:cs="Arial"/>
          <w:sz w:val="22"/>
          <w:lang w:val="es-CO"/>
        </w:rPr>
        <w:t xml:space="preserve"> se radicó la ponencia de archivo del Centro Democrático </w:t>
      </w:r>
      <w:r w:rsidR="00D65D64" w:rsidRPr="00BC6830">
        <w:rPr>
          <w:rStyle w:val="TNR21"/>
          <w:rFonts w:ascii="Arial" w:hAnsi="Arial" w:cs="Arial"/>
          <w:sz w:val="22"/>
          <w:lang w:val="es-CO"/>
        </w:rPr>
        <w:t xml:space="preserve">y </w:t>
      </w:r>
      <w:r w:rsidR="006146DD" w:rsidRPr="00BC6830">
        <w:rPr>
          <w:rStyle w:val="TNR21"/>
          <w:rFonts w:ascii="Arial" w:hAnsi="Arial" w:cs="Arial"/>
          <w:sz w:val="22"/>
          <w:lang w:val="es-CO"/>
        </w:rPr>
        <w:t>de Cambio Radical el día de hoy y hasta donde yo sé señor Secretario</w:t>
      </w:r>
      <w:r w:rsidR="00D65D64" w:rsidRPr="00BC6830">
        <w:rPr>
          <w:rStyle w:val="TNR21"/>
          <w:rFonts w:ascii="Arial" w:hAnsi="Arial" w:cs="Arial"/>
          <w:sz w:val="22"/>
          <w:lang w:val="es-CO"/>
        </w:rPr>
        <w:t>,</w:t>
      </w:r>
      <w:r w:rsidR="006146DD" w:rsidRPr="00BC6830">
        <w:rPr>
          <w:rStyle w:val="TNR21"/>
          <w:rFonts w:ascii="Arial" w:hAnsi="Arial" w:cs="Arial"/>
          <w:sz w:val="22"/>
          <w:lang w:val="es-CO"/>
        </w:rPr>
        <w:t xml:space="preserve"> usted nos lo certificará eso no ha </w:t>
      </w:r>
      <w:r w:rsidR="00D65D64" w:rsidRPr="00BC6830">
        <w:rPr>
          <w:rStyle w:val="TNR21"/>
          <w:rFonts w:ascii="Arial" w:hAnsi="Arial" w:cs="Arial"/>
          <w:sz w:val="22"/>
          <w:lang w:val="es-CO"/>
        </w:rPr>
        <w:t xml:space="preserve">sido </w:t>
      </w:r>
      <w:r w:rsidR="006146DD" w:rsidRPr="00BC6830">
        <w:rPr>
          <w:rStyle w:val="TNR21"/>
          <w:rFonts w:ascii="Arial" w:hAnsi="Arial" w:cs="Arial"/>
          <w:sz w:val="22"/>
          <w:lang w:val="es-CO"/>
        </w:rPr>
        <w:t>publicado debidamente</w:t>
      </w:r>
      <w:r w:rsidR="00D65D64" w:rsidRPr="00BC6830">
        <w:rPr>
          <w:rStyle w:val="TNR21"/>
          <w:rFonts w:ascii="Arial" w:hAnsi="Arial" w:cs="Arial"/>
          <w:sz w:val="22"/>
          <w:lang w:val="es-CO"/>
        </w:rPr>
        <w:t>,</w:t>
      </w:r>
      <w:r w:rsidR="006146DD" w:rsidRPr="00BC6830">
        <w:rPr>
          <w:rStyle w:val="TNR21"/>
          <w:rFonts w:ascii="Arial" w:hAnsi="Arial" w:cs="Arial"/>
          <w:sz w:val="22"/>
          <w:lang w:val="es-CO"/>
        </w:rPr>
        <w:t xml:space="preserve"> y hasta que no se publique no se puede anunciar el </w:t>
      </w:r>
      <w:r w:rsidR="00841B08">
        <w:rPr>
          <w:rStyle w:val="TNR21"/>
          <w:rFonts w:ascii="Arial" w:hAnsi="Arial" w:cs="Arial"/>
          <w:sz w:val="22"/>
          <w:lang w:val="es-CO"/>
        </w:rPr>
        <w:t>proyecto</w:t>
      </w:r>
      <w:r w:rsidR="00D65D64" w:rsidRPr="00BC6830">
        <w:rPr>
          <w:rStyle w:val="TNR21"/>
          <w:rFonts w:ascii="Arial" w:hAnsi="Arial" w:cs="Arial"/>
          <w:sz w:val="22"/>
          <w:lang w:val="es-CO"/>
        </w:rPr>
        <w:t>, gracias</w:t>
      </w:r>
      <w:r w:rsidR="006146DD" w:rsidRPr="00BC6830">
        <w:rPr>
          <w:rStyle w:val="TNR21"/>
          <w:rFonts w:ascii="Arial" w:hAnsi="Arial" w:cs="Arial"/>
          <w:sz w:val="22"/>
          <w:lang w:val="es-CO"/>
        </w:rPr>
        <w:t>.</w:t>
      </w:r>
    </w:p>
    <w:p w14:paraId="0E0A0317" w14:textId="77777777" w:rsidR="00D65D64" w:rsidRPr="00BC6830" w:rsidRDefault="00D65D64" w:rsidP="00667EBF">
      <w:pPr>
        <w:pStyle w:val="Sinespaciado"/>
        <w:jc w:val="both"/>
        <w:rPr>
          <w:rStyle w:val="TNR21"/>
          <w:rFonts w:ascii="Arial" w:hAnsi="Arial" w:cs="Arial"/>
          <w:sz w:val="22"/>
          <w:lang w:val="es-CO"/>
        </w:rPr>
      </w:pPr>
    </w:p>
    <w:p w14:paraId="312554BC" w14:textId="77777777" w:rsidR="00D65D64" w:rsidRPr="00BC6830" w:rsidRDefault="009D49E0" w:rsidP="008717C6">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D65D64" w:rsidRPr="00BC6830">
        <w:rPr>
          <w:rStyle w:val="TNR21"/>
          <w:rFonts w:ascii="Arial" w:hAnsi="Arial" w:cs="Arial"/>
          <w:sz w:val="22"/>
          <w:lang w:val="es-CO"/>
        </w:rPr>
        <w:t>G</w:t>
      </w:r>
      <w:r w:rsidR="006146DD" w:rsidRPr="00BC6830">
        <w:rPr>
          <w:rStyle w:val="TNR21"/>
          <w:rFonts w:ascii="Arial" w:hAnsi="Arial" w:cs="Arial"/>
          <w:sz w:val="22"/>
          <w:lang w:val="es-CO"/>
        </w:rPr>
        <w:t>racias Representante</w:t>
      </w:r>
      <w:r w:rsidR="00D65D64" w:rsidRPr="00BC6830">
        <w:rPr>
          <w:rStyle w:val="TNR21"/>
          <w:rFonts w:ascii="Arial" w:hAnsi="Arial" w:cs="Arial"/>
          <w:sz w:val="22"/>
          <w:lang w:val="es-CO"/>
        </w:rPr>
        <w:t>,</w:t>
      </w:r>
      <w:r w:rsidR="008717C6" w:rsidRPr="00BC6830">
        <w:rPr>
          <w:rStyle w:val="TNR21"/>
          <w:rFonts w:ascii="Arial" w:hAnsi="Arial" w:cs="Arial"/>
          <w:sz w:val="22"/>
          <w:lang w:val="es-CO"/>
        </w:rPr>
        <w:t xml:space="preserve"> </w:t>
      </w:r>
      <w:r w:rsidR="006146DD" w:rsidRPr="00BC6830">
        <w:rPr>
          <w:rStyle w:val="TNR21"/>
          <w:rFonts w:ascii="Arial" w:hAnsi="Arial" w:cs="Arial"/>
          <w:sz w:val="22"/>
          <w:lang w:val="es-CO"/>
        </w:rPr>
        <w:t xml:space="preserve">la sesión no se ha levantado para aquellos que estén </w:t>
      </w:r>
      <w:r w:rsidR="00D65D64" w:rsidRPr="00BC6830">
        <w:rPr>
          <w:rStyle w:val="TNR21"/>
          <w:rFonts w:ascii="Arial" w:hAnsi="Arial" w:cs="Arial"/>
          <w:sz w:val="22"/>
          <w:lang w:val="es-CO"/>
        </w:rPr>
        <w:t>a</w:t>
      </w:r>
      <w:r w:rsidR="006146DD" w:rsidRPr="00BC6830">
        <w:rPr>
          <w:rStyle w:val="TNR21"/>
          <w:rFonts w:ascii="Arial" w:hAnsi="Arial" w:cs="Arial"/>
          <w:sz w:val="22"/>
          <w:lang w:val="es-CO"/>
        </w:rPr>
        <w:t>tendiendo otra cosa distinta</w:t>
      </w:r>
      <w:r w:rsidR="00D65D64" w:rsidRPr="00BC6830">
        <w:rPr>
          <w:rStyle w:val="TNR21"/>
          <w:rFonts w:ascii="Arial" w:hAnsi="Arial" w:cs="Arial"/>
          <w:sz w:val="22"/>
          <w:lang w:val="es-CO"/>
        </w:rPr>
        <w:t>,</w:t>
      </w:r>
      <w:r w:rsidR="006146DD" w:rsidRPr="00BC6830">
        <w:rPr>
          <w:rStyle w:val="TNR21"/>
          <w:rFonts w:ascii="Arial" w:hAnsi="Arial" w:cs="Arial"/>
          <w:sz w:val="22"/>
          <w:lang w:val="es-CO"/>
        </w:rPr>
        <w:t xml:space="preserve"> por favor le agradezco aquellos que no son parte de la Comisión y del recinto</w:t>
      </w:r>
      <w:r w:rsidR="008717C6" w:rsidRPr="00BC6830">
        <w:rPr>
          <w:rStyle w:val="TNR21"/>
          <w:rFonts w:ascii="Arial" w:hAnsi="Arial" w:cs="Arial"/>
          <w:sz w:val="22"/>
          <w:lang w:val="es-CO"/>
        </w:rPr>
        <w:t xml:space="preserve"> </w:t>
      </w:r>
      <w:r w:rsidR="006146DD" w:rsidRPr="00BC6830">
        <w:rPr>
          <w:rStyle w:val="TNR21"/>
          <w:rFonts w:ascii="Arial" w:hAnsi="Arial" w:cs="Arial"/>
          <w:sz w:val="22"/>
          <w:lang w:val="es-CO"/>
        </w:rPr>
        <w:t>de H</w:t>
      </w:r>
      <w:r w:rsidR="00326699">
        <w:rPr>
          <w:rStyle w:val="TNR21"/>
          <w:rFonts w:ascii="Arial" w:hAnsi="Arial" w:cs="Arial"/>
          <w:sz w:val="22"/>
          <w:lang w:val="es-CO"/>
        </w:rPr>
        <w:t>. r</w:t>
      </w:r>
      <w:r w:rsidR="006146DD" w:rsidRPr="00BC6830">
        <w:rPr>
          <w:rStyle w:val="TNR21"/>
          <w:rFonts w:ascii="Arial" w:hAnsi="Arial" w:cs="Arial"/>
          <w:sz w:val="22"/>
          <w:lang w:val="es-CO"/>
        </w:rPr>
        <w:t>epresentantes y que no sean asesores</w:t>
      </w:r>
      <w:r w:rsidR="00D65D64" w:rsidRPr="00BC6830">
        <w:rPr>
          <w:rStyle w:val="TNR21"/>
          <w:rFonts w:ascii="Arial" w:hAnsi="Arial" w:cs="Arial"/>
          <w:sz w:val="22"/>
          <w:lang w:val="es-CO"/>
        </w:rPr>
        <w:t>,</w:t>
      </w:r>
      <w:r w:rsidR="006146DD" w:rsidRPr="00BC6830">
        <w:rPr>
          <w:rStyle w:val="TNR21"/>
          <w:rFonts w:ascii="Arial" w:hAnsi="Arial" w:cs="Arial"/>
          <w:sz w:val="22"/>
          <w:lang w:val="es-CO"/>
        </w:rPr>
        <w:t xml:space="preserve"> que por favor se retiren hacia los costados</w:t>
      </w:r>
      <w:r w:rsidR="00D65D64" w:rsidRPr="00BC6830">
        <w:rPr>
          <w:rStyle w:val="TNR21"/>
          <w:rFonts w:ascii="Arial" w:hAnsi="Arial" w:cs="Arial"/>
          <w:sz w:val="22"/>
          <w:lang w:val="es-CO"/>
        </w:rPr>
        <w:t>,</w:t>
      </w:r>
      <w:r w:rsidR="006146DD" w:rsidRPr="00BC6830">
        <w:rPr>
          <w:rStyle w:val="TNR21"/>
          <w:rFonts w:ascii="Arial" w:hAnsi="Arial" w:cs="Arial"/>
          <w:sz w:val="22"/>
          <w:lang w:val="es-CO"/>
        </w:rPr>
        <w:t xml:space="preserve"> y señor Secretario verifíqueme quór</w:t>
      </w:r>
      <w:r w:rsidR="00D65D64" w:rsidRPr="00BC6830">
        <w:rPr>
          <w:rStyle w:val="TNR21"/>
          <w:rFonts w:ascii="Arial" w:hAnsi="Arial" w:cs="Arial"/>
          <w:sz w:val="22"/>
          <w:lang w:val="es-CO"/>
        </w:rPr>
        <w:t>um por favor</w:t>
      </w:r>
      <w:r w:rsidR="006146DD" w:rsidRPr="00BC6830">
        <w:rPr>
          <w:rStyle w:val="TNR21"/>
          <w:rFonts w:ascii="Arial" w:hAnsi="Arial" w:cs="Arial"/>
          <w:sz w:val="22"/>
          <w:lang w:val="es-CO"/>
        </w:rPr>
        <w:t>.</w:t>
      </w:r>
    </w:p>
    <w:p w14:paraId="00307FCD" w14:textId="77777777" w:rsidR="008717C6" w:rsidRPr="00BC6830" w:rsidRDefault="009D49E0" w:rsidP="008717C6">
      <w:pPr>
        <w:pStyle w:val="Sinespaciado"/>
        <w:jc w:val="both"/>
        <w:rPr>
          <w:rStyle w:val="TNR21"/>
          <w:rFonts w:ascii="Arial" w:hAnsi="Arial" w:cs="Arial"/>
          <w:sz w:val="22"/>
          <w:lang w:val="es-CO"/>
        </w:rPr>
      </w:pPr>
      <w:r w:rsidRPr="00BC6830">
        <w:rPr>
          <w:rStyle w:val="TNR21"/>
          <w:rFonts w:ascii="Arial" w:hAnsi="Arial" w:cs="Arial"/>
          <w:b/>
          <w:sz w:val="22"/>
          <w:lang w:val="es-CO"/>
        </w:rPr>
        <w:lastRenderedPageBreak/>
        <w:t>El Secretario</w:t>
      </w:r>
      <w:r w:rsidRPr="00BC6830">
        <w:rPr>
          <w:rStyle w:val="TNR21"/>
          <w:rFonts w:ascii="Arial" w:hAnsi="Arial" w:cs="Arial"/>
          <w:sz w:val="22"/>
          <w:lang w:val="es-CO"/>
        </w:rPr>
        <w:t>:</w:t>
      </w:r>
      <w:r w:rsidR="006146DD" w:rsidRPr="00BC6830">
        <w:rPr>
          <w:rStyle w:val="TNR21"/>
          <w:rFonts w:ascii="Arial" w:hAnsi="Arial" w:cs="Arial"/>
          <w:sz w:val="22"/>
          <w:lang w:val="es-CO"/>
        </w:rPr>
        <w:t xml:space="preserve"> con mucho gusto señor Presidente</w:t>
      </w:r>
      <w:r w:rsidR="00D65D64" w:rsidRPr="00BC6830">
        <w:rPr>
          <w:rStyle w:val="TNR21"/>
          <w:rFonts w:ascii="Arial" w:hAnsi="Arial" w:cs="Arial"/>
          <w:sz w:val="22"/>
          <w:lang w:val="es-CO"/>
        </w:rPr>
        <w:t>,</w:t>
      </w:r>
      <w:r w:rsidR="006146DD" w:rsidRPr="00BC6830">
        <w:rPr>
          <w:rStyle w:val="TNR21"/>
          <w:rFonts w:ascii="Arial" w:hAnsi="Arial" w:cs="Arial"/>
          <w:sz w:val="22"/>
          <w:lang w:val="es-CO"/>
        </w:rPr>
        <w:t xml:space="preserve"> procedemos a hacer verificación del quórum</w:t>
      </w:r>
      <w:r w:rsidR="008717C6" w:rsidRPr="00BC6830">
        <w:rPr>
          <w:rStyle w:val="TNR21"/>
          <w:rFonts w:ascii="Arial" w:hAnsi="Arial" w:cs="Arial"/>
          <w:sz w:val="22"/>
          <w:lang w:val="es-CO"/>
        </w:rPr>
        <w:t>.</w:t>
      </w:r>
      <w:r w:rsidR="006146DD" w:rsidRPr="00BC6830">
        <w:rPr>
          <w:rStyle w:val="TNR21"/>
          <w:rFonts w:ascii="Arial" w:hAnsi="Arial" w:cs="Arial"/>
          <w:sz w:val="22"/>
          <w:lang w:val="es-CO"/>
        </w:rPr>
        <w:t xml:space="preserve"> </w:t>
      </w:r>
    </w:p>
    <w:p w14:paraId="5FA3843B" w14:textId="77777777" w:rsidR="00D65D64" w:rsidRPr="00BC6830" w:rsidRDefault="00D65D64" w:rsidP="008717C6">
      <w:pPr>
        <w:pStyle w:val="Sinespaciado"/>
        <w:jc w:val="both"/>
        <w:rPr>
          <w:rStyle w:val="TNR21"/>
          <w:rFonts w:ascii="Arial" w:hAnsi="Arial" w:cs="Arial"/>
          <w:sz w:val="22"/>
          <w:lang w:val="es-CO"/>
        </w:rPr>
      </w:pPr>
    </w:p>
    <w:p w14:paraId="1F14C472" w14:textId="77777777" w:rsidR="00D65D64" w:rsidRPr="00852765" w:rsidRDefault="00D65D64" w:rsidP="00BC6830">
      <w:pPr>
        <w:pStyle w:val="Sinespaciado"/>
        <w:tabs>
          <w:tab w:val="center" w:pos="4845"/>
        </w:tabs>
        <w:jc w:val="both"/>
        <w:rPr>
          <w:rFonts w:ascii="Arial" w:hAnsi="Arial" w:cs="Arial"/>
          <w:i/>
          <w:lang w:val="es-CO"/>
        </w:rPr>
      </w:pPr>
      <w:r w:rsidRPr="00852765">
        <w:rPr>
          <w:rFonts w:ascii="Arial" w:hAnsi="Arial" w:cs="Arial"/>
          <w:i/>
          <w:lang w:val="es-CO"/>
        </w:rPr>
        <w:t>ALFONSO JURADO MARTHA LISBETH</w:t>
      </w:r>
      <w:r w:rsidR="00BC6830" w:rsidRPr="00852765">
        <w:rPr>
          <w:rFonts w:ascii="Arial" w:hAnsi="Arial" w:cs="Arial"/>
          <w:i/>
          <w:lang w:val="es-CO"/>
        </w:rPr>
        <w:tab/>
      </w:r>
    </w:p>
    <w:p w14:paraId="7AC118AF" w14:textId="77777777" w:rsidR="00D65D64" w:rsidRPr="00852765" w:rsidRDefault="00D65D64" w:rsidP="00D65D64">
      <w:pPr>
        <w:pStyle w:val="Sinespaciado"/>
        <w:jc w:val="both"/>
        <w:rPr>
          <w:rFonts w:ascii="Arial" w:hAnsi="Arial" w:cs="Arial"/>
          <w:i/>
          <w:lang w:val="es-CO"/>
        </w:rPr>
      </w:pPr>
      <w:r w:rsidRPr="00852765">
        <w:rPr>
          <w:rFonts w:ascii="Arial" w:hAnsi="Arial" w:cs="Arial"/>
          <w:i/>
          <w:lang w:val="es-CO"/>
        </w:rPr>
        <w:t>ARCHILA SUAREZ HUGO ALFONSO</w:t>
      </w:r>
    </w:p>
    <w:p w14:paraId="5CDCF885" w14:textId="77777777" w:rsidR="00D65D64" w:rsidRPr="00852765" w:rsidRDefault="00D65D64" w:rsidP="00D65D64">
      <w:pPr>
        <w:pStyle w:val="Sinespaciado"/>
        <w:jc w:val="both"/>
        <w:rPr>
          <w:rFonts w:ascii="Arial" w:hAnsi="Arial" w:cs="Arial"/>
          <w:i/>
          <w:lang w:val="es-CO"/>
        </w:rPr>
      </w:pPr>
      <w:r w:rsidRPr="00852765">
        <w:rPr>
          <w:rFonts w:ascii="Arial" w:hAnsi="Arial" w:cs="Arial"/>
          <w:i/>
          <w:lang w:val="es-CO"/>
        </w:rPr>
        <w:t>ÁVILA MORALES CAMILO ESTEBAN</w:t>
      </w:r>
    </w:p>
    <w:p w14:paraId="2436E567" w14:textId="77777777" w:rsidR="00D65D64" w:rsidRPr="00852765" w:rsidRDefault="00D65D64" w:rsidP="00D65D64">
      <w:pPr>
        <w:pStyle w:val="Sinespaciado"/>
        <w:jc w:val="both"/>
        <w:rPr>
          <w:rFonts w:ascii="Arial" w:hAnsi="Arial" w:cs="Arial"/>
          <w:i/>
          <w:lang w:val="es-CO"/>
        </w:rPr>
      </w:pPr>
      <w:r w:rsidRPr="00852765">
        <w:rPr>
          <w:rFonts w:ascii="Arial" w:hAnsi="Arial" w:cs="Arial"/>
          <w:i/>
          <w:lang w:val="es-CO"/>
        </w:rPr>
        <w:t>CARRASCAL ROJAS MARÍA FERNANDA</w:t>
      </w:r>
    </w:p>
    <w:p w14:paraId="690B6726" w14:textId="77777777" w:rsidR="00D65D64" w:rsidRPr="00852765" w:rsidRDefault="00D65D64" w:rsidP="00D65D64">
      <w:pPr>
        <w:pStyle w:val="Sinespaciado"/>
        <w:jc w:val="both"/>
        <w:rPr>
          <w:rFonts w:ascii="Arial" w:hAnsi="Arial" w:cs="Arial"/>
          <w:i/>
          <w:lang w:val="es-CO"/>
        </w:rPr>
      </w:pPr>
      <w:r w:rsidRPr="00852765">
        <w:rPr>
          <w:rFonts w:ascii="Arial" w:hAnsi="Arial" w:cs="Arial"/>
          <w:i/>
          <w:lang w:val="es-CO"/>
        </w:rPr>
        <w:t>CHAPARRO CHAPARRO HÉCTOR DAVID</w:t>
      </w:r>
    </w:p>
    <w:p w14:paraId="758108A0" w14:textId="77777777" w:rsidR="00D65D64" w:rsidRPr="00852765" w:rsidRDefault="00D65D64" w:rsidP="00D65D64">
      <w:pPr>
        <w:pStyle w:val="Sinespaciado"/>
        <w:jc w:val="both"/>
        <w:rPr>
          <w:rFonts w:ascii="Arial" w:hAnsi="Arial" w:cs="Arial"/>
          <w:i/>
          <w:lang w:val="es-CO"/>
        </w:rPr>
      </w:pPr>
      <w:r w:rsidRPr="00852765">
        <w:rPr>
          <w:rFonts w:ascii="Arial" w:hAnsi="Arial" w:cs="Arial"/>
          <w:i/>
          <w:lang w:val="es-CO"/>
        </w:rPr>
        <w:t>CORZO ÁLVAREZ JUAN FELIPE</w:t>
      </w:r>
    </w:p>
    <w:p w14:paraId="7234CA93" w14:textId="77777777" w:rsidR="00D65D64" w:rsidRPr="00852765" w:rsidRDefault="00D65D64" w:rsidP="00D65D64">
      <w:pPr>
        <w:pStyle w:val="Sinespaciado"/>
        <w:jc w:val="both"/>
        <w:rPr>
          <w:rFonts w:ascii="Arial" w:hAnsi="Arial" w:cs="Arial"/>
          <w:i/>
          <w:lang w:val="es-CO"/>
        </w:rPr>
      </w:pPr>
      <w:r w:rsidRPr="00852765">
        <w:rPr>
          <w:rFonts w:ascii="Arial" w:hAnsi="Arial" w:cs="Arial"/>
          <w:i/>
          <w:lang w:val="es-CO"/>
        </w:rPr>
        <w:t xml:space="preserve">CRISTO CORREA JAIRO HUMBERTO </w:t>
      </w:r>
    </w:p>
    <w:p w14:paraId="6E4C4B55" w14:textId="77777777" w:rsidR="00D65D64" w:rsidRPr="00852765" w:rsidRDefault="00D65D64" w:rsidP="00D65D64">
      <w:pPr>
        <w:pStyle w:val="Sinespaciado"/>
        <w:jc w:val="both"/>
        <w:rPr>
          <w:rFonts w:ascii="Arial" w:hAnsi="Arial" w:cs="Arial"/>
          <w:i/>
          <w:lang w:val="es-CO"/>
        </w:rPr>
      </w:pPr>
      <w:r w:rsidRPr="00852765">
        <w:rPr>
          <w:rFonts w:ascii="Arial" w:hAnsi="Arial" w:cs="Arial"/>
          <w:i/>
          <w:lang w:val="es-CO"/>
        </w:rPr>
        <w:t>ESCAF TIJERINO AGMETH JOSÉ</w:t>
      </w:r>
    </w:p>
    <w:p w14:paraId="7FF2E54D" w14:textId="77777777" w:rsidR="00D65D64" w:rsidRPr="00852765" w:rsidRDefault="00D65D64" w:rsidP="00D65D64">
      <w:pPr>
        <w:pStyle w:val="Sinespaciado"/>
        <w:jc w:val="both"/>
        <w:rPr>
          <w:rFonts w:ascii="Arial" w:hAnsi="Arial" w:cs="Arial"/>
          <w:i/>
          <w:lang w:val="es-CO"/>
        </w:rPr>
      </w:pPr>
      <w:r w:rsidRPr="00852765">
        <w:rPr>
          <w:rFonts w:ascii="Arial" w:hAnsi="Arial" w:cs="Arial"/>
          <w:i/>
          <w:lang w:val="es-CO"/>
        </w:rPr>
        <w:t>FORERO MOLINA ANDRÉS EDUARDO</w:t>
      </w:r>
    </w:p>
    <w:p w14:paraId="2453AAB1" w14:textId="77777777" w:rsidR="00D65D64" w:rsidRPr="00852765" w:rsidRDefault="00D65D64" w:rsidP="00D65D64">
      <w:pPr>
        <w:pStyle w:val="Sinespaciado"/>
        <w:jc w:val="both"/>
        <w:rPr>
          <w:rFonts w:ascii="Arial" w:hAnsi="Arial" w:cs="Arial"/>
          <w:i/>
          <w:lang w:val="es-CO"/>
        </w:rPr>
      </w:pPr>
      <w:r w:rsidRPr="00852765">
        <w:rPr>
          <w:rFonts w:ascii="Arial" w:hAnsi="Arial" w:cs="Arial"/>
          <w:i/>
          <w:lang w:val="es-CO"/>
        </w:rPr>
        <w:t>GÓMEZ LÓPEZ GERMAN JOSÉ</w:t>
      </w:r>
    </w:p>
    <w:p w14:paraId="38C81B8C" w14:textId="77777777" w:rsidR="00D65D64" w:rsidRPr="00852765" w:rsidRDefault="00D65D64" w:rsidP="00D65D64">
      <w:pPr>
        <w:pStyle w:val="Sinespaciado"/>
        <w:jc w:val="both"/>
        <w:rPr>
          <w:rFonts w:ascii="Arial" w:hAnsi="Arial" w:cs="Arial"/>
          <w:i/>
          <w:lang w:val="es-CO"/>
        </w:rPr>
      </w:pPr>
      <w:r w:rsidRPr="00852765">
        <w:rPr>
          <w:rFonts w:ascii="Arial" w:hAnsi="Arial" w:cs="Arial"/>
          <w:i/>
          <w:lang w:val="es-CO"/>
        </w:rPr>
        <w:t>LONDOÑO BARRERA JUAN CAMILO</w:t>
      </w:r>
    </w:p>
    <w:p w14:paraId="6FD59C21" w14:textId="77777777" w:rsidR="00D65D64" w:rsidRPr="00852765" w:rsidRDefault="00D65D64" w:rsidP="00D65D64">
      <w:pPr>
        <w:pStyle w:val="Sinespaciado"/>
        <w:jc w:val="both"/>
        <w:rPr>
          <w:rFonts w:ascii="Arial" w:hAnsi="Arial" w:cs="Arial"/>
          <w:i/>
          <w:lang w:val="es-CO"/>
        </w:rPr>
      </w:pPr>
      <w:r w:rsidRPr="00852765">
        <w:rPr>
          <w:rFonts w:ascii="Arial" w:hAnsi="Arial" w:cs="Arial"/>
          <w:i/>
          <w:lang w:val="es-CO"/>
        </w:rPr>
        <w:t>LOPERA MONSALVE MARÍA EUGENIA</w:t>
      </w:r>
    </w:p>
    <w:p w14:paraId="70D388C2" w14:textId="77777777" w:rsidR="00D65D64" w:rsidRPr="00852765" w:rsidRDefault="00D65D64" w:rsidP="00D65D64">
      <w:pPr>
        <w:pStyle w:val="Sinespaciado"/>
        <w:jc w:val="both"/>
        <w:rPr>
          <w:rFonts w:ascii="Arial" w:hAnsi="Arial" w:cs="Arial"/>
          <w:i/>
          <w:lang w:val="es-CO"/>
        </w:rPr>
      </w:pPr>
      <w:r w:rsidRPr="00852765">
        <w:rPr>
          <w:rFonts w:ascii="Arial" w:hAnsi="Arial" w:cs="Arial"/>
          <w:i/>
          <w:lang w:val="es-CO"/>
        </w:rPr>
        <w:t>LÓPEZ SALAZAR KAREN JULIANA</w:t>
      </w:r>
    </w:p>
    <w:p w14:paraId="7E327488" w14:textId="77777777" w:rsidR="00D65D64" w:rsidRPr="00852765" w:rsidRDefault="00D65D64" w:rsidP="00D65D64">
      <w:pPr>
        <w:pStyle w:val="Sinespaciado"/>
        <w:jc w:val="both"/>
        <w:rPr>
          <w:rFonts w:ascii="Arial" w:hAnsi="Arial" w:cs="Arial"/>
          <w:i/>
          <w:lang w:val="es-CO"/>
        </w:rPr>
      </w:pPr>
      <w:r w:rsidRPr="00852765">
        <w:rPr>
          <w:rFonts w:ascii="Arial" w:hAnsi="Arial" w:cs="Arial"/>
          <w:i/>
          <w:lang w:val="es-CO"/>
        </w:rPr>
        <w:t xml:space="preserve">MONDRAGÓN GARZÓN ALFREDO </w:t>
      </w:r>
    </w:p>
    <w:p w14:paraId="70AD818F" w14:textId="77777777" w:rsidR="00D65D64" w:rsidRPr="00852765" w:rsidRDefault="00D65D64" w:rsidP="00D65D64">
      <w:pPr>
        <w:pStyle w:val="Sinespaciado"/>
        <w:jc w:val="both"/>
        <w:rPr>
          <w:rFonts w:ascii="Arial" w:hAnsi="Arial" w:cs="Arial"/>
          <w:i/>
          <w:lang w:val="es-CO"/>
        </w:rPr>
      </w:pPr>
      <w:r w:rsidRPr="00852765">
        <w:rPr>
          <w:rFonts w:ascii="Arial" w:hAnsi="Arial" w:cs="Arial"/>
          <w:i/>
          <w:lang w:val="es-CO"/>
        </w:rPr>
        <w:t>PÉREZ ARANGO BETSY JUDITHH</w:t>
      </w:r>
    </w:p>
    <w:p w14:paraId="4B504A67" w14:textId="77777777" w:rsidR="00D65D64" w:rsidRPr="00852765" w:rsidRDefault="00D65D64" w:rsidP="00D65D64">
      <w:pPr>
        <w:pStyle w:val="Sinespaciado"/>
        <w:jc w:val="both"/>
        <w:rPr>
          <w:rFonts w:ascii="Arial" w:hAnsi="Arial" w:cs="Arial"/>
          <w:i/>
          <w:lang w:val="es-CO"/>
        </w:rPr>
      </w:pPr>
      <w:r w:rsidRPr="00852765">
        <w:rPr>
          <w:rFonts w:ascii="Arial" w:hAnsi="Arial" w:cs="Arial"/>
          <w:i/>
          <w:lang w:val="es-CO"/>
        </w:rPr>
        <w:t>QUEVEDO HERRERA JORGE ALEXANDER</w:t>
      </w:r>
    </w:p>
    <w:p w14:paraId="62432A35" w14:textId="77777777" w:rsidR="00D65D64" w:rsidRPr="00852765" w:rsidRDefault="00D65D64" w:rsidP="00D65D64">
      <w:pPr>
        <w:pStyle w:val="Sinespaciado"/>
        <w:jc w:val="both"/>
        <w:rPr>
          <w:rFonts w:ascii="Arial" w:hAnsi="Arial" w:cs="Arial"/>
          <w:i/>
          <w:lang w:val="es-CO"/>
        </w:rPr>
      </w:pPr>
      <w:r w:rsidRPr="00852765">
        <w:rPr>
          <w:rFonts w:ascii="Arial" w:hAnsi="Arial" w:cs="Arial"/>
          <w:i/>
          <w:lang w:val="es-CO"/>
        </w:rPr>
        <w:t>ROZO ANÍS GERMAN ROGELIO</w:t>
      </w:r>
    </w:p>
    <w:p w14:paraId="45B71675" w14:textId="77777777" w:rsidR="00D65D64" w:rsidRPr="00852765" w:rsidRDefault="00D65D64" w:rsidP="00D65D64">
      <w:pPr>
        <w:pStyle w:val="Sinespaciado"/>
        <w:jc w:val="both"/>
        <w:rPr>
          <w:rFonts w:ascii="Arial" w:hAnsi="Arial" w:cs="Arial"/>
          <w:i/>
          <w:lang w:val="es-CO"/>
        </w:rPr>
      </w:pPr>
      <w:r w:rsidRPr="00852765">
        <w:rPr>
          <w:rFonts w:ascii="Arial" w:hAnsi="Arial" w:cs="Arial"/>
          <w:i/>
          <w:lang w:val="es-CO"/>
        </w:rPr>
        <w:t>SALCEDO GUERRERO VÍCTOR MANUEL</w:t>
      </w:r>
    </w:p>
    <w:p w14:paraId="1BE5733A" w14:textId="77777777" w:rsidR="00D65D64" w:rsidRPr="00852765" w:rsidRDefault="00D65D64" w:rsidP="00D65D64">
      <w:pPr>
        <w:pStyle w:val="Sinespaciado"/>
        <w:jc w:val="both"/>
        <w:rPr>
          <w:rFonts w:ascii="Arial" w:hAnsi="Arial" w:cs="Arial"/>
          <w:i/>
          <w:lang w:val="es-CO"/>
        </w:rPr>
      </w:pPr>
      <w:r w:rsidRPr="00852765">
        <w:rPr>
          <w:rFonts w:ascii="Arial" w:hAnsi="Arial" w:cs="Arial"/>
          <w:i/>
          <w:lang w:val="es-CO"/>
        </w:rPr>
        <w:t>VARGAS SOLER JUAN CARLOS</w:t>
      </w:r>
    </w:p>
    <w:p w14:paraId="4C82410D" w14:textId="77777777" w:rsidR="00D65D64" w:rsidRPr="00852765" w:rsidRDefault="00D65D64" w:rsidP="00D65D64">
      <w:pPr>
        <w:pStyle w:val="Sinespaciado"/>
        <w:jc w:val="both"/>
        <w:rPr>
          <w:rFonts w:ascii="Arial" w:hAnsi="Arial" w:cs="Arial"/>
          <w:i/>
          <w:lang w:val="es-CO"/>
        </w:rPr>
      </w:pPr>
      <w:r w:rsidRPr="00852765">
        <w:rPr>
          <w:rFonts w:ascii="Arial" w:hAnsi="Arial" w:cs="Arial"/>
          <w:i/>
          <w:lang w:val="es-CO"/>
        </w:rPr>
        <w:t>VÁSQUEZ OCHOA LEIDER ALEXANDRA</w:t>
      </w:r>
    </w:p>
    <w:p w14:paraId="3C06666A" w14:textId="77777777" w:rsidR="00D65D64" w:rsidRPr="00BC6830" w:rsidRDefault="00D65D64" w:rsidP="00667EBF">
      <w:pPr>
        <w:pStyle w:val="Sinespaciado"/>
        <w:jc w:val="both"/>
        <w:rPr>
          <w:rFonts w:ascii="Arial" w:hAnsi="Arial" w:cs="Arial"/>
          <w:lang w:val="es-CO"/>
        </w:rPr>
      </w:pPr>
      <w:r w:rsidRPr="00852765">
        <w:rPr>
          <w:rFonts w:ascii="Arial" w:hAnsi="Arial" w:cs="Arial"/>
          <w:i/>
          <w:lang w:val="es-CO"/>
        </w:rPr>
        <w:t>YEPES CARO GERARDO</w:t>
      </w:r>
    </w:p>
    <w:p w14:paraId="5C93D06A" w14:textId="77777777" w:rsidR="00D65D64" w:rsidRPr="00BC6830" w:rsidRDefault="00D65D64" w:rsidP="00667EBF">
      <w:pPr>
        <w:pStyle w:val="Sinespaciado"/>
        <w:jc w:val="both"/>
        <w:rPr>
          <w:rFonts w:ascii="Arial" w:hAnsi="Arial" w:cs="Arial"/>
          <w:lang w:val="es-CO"/>
        </w:rPr>
      </w:pPr>
    </w:p>
    <w:p w14:paraId="2DAF5F88" w14:textId="77777777" w:rsidR="00D65D64"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Secretario:</w:t>
      </w:r>
      <w:r w:rsidR="006146DD" w:rsidRPr="00BC6830">
        <w:rPr>
          <w:rStyle w:val="TNR21"/>
          <w:rFonts w:ascii="Arial" w:hAnsi="Arial" w:cs="Arial"/>
          <w:sz w:val="22"/>
          <w:lang w:val="es-CO"/>
        </w:rPr>
        <w:t xml:space="preserve"> Presidente contamos con quórum para deliberar y decidir</w:t>
      </w:r>
      <w:r w:rsidR="00D65D64" w:rsidRPr="00BC6830">
        <w:rPr>
          <w:rStyle w:val="TNR21"/>
          <w:rFonts w:ascii="Arial" w:hAnsi="Arial" w:cs="Arial"/>
          <w:sz w:val="22"/>
          <w:lang w:val="es-CO"/>
        </w:rPr>
        <w:t>.</w:t>
      </w:r>
    </w:p>
    <w:p w14:paraId="3BF0A2E6" w14:textId="77777777" w:rsidR="00D65D64" w:rsidRPr="00BC6830" w:rsidRDefault="00D65D64" w:rsidP="00667EBF">
      <w:pPr>
        <w:pStyle w:val="Sinespaciado"/>
        <w:jc w:val="both"/>
        <w:rPr>
          <w:rStyle w:val="TNR21"/>
          <w:rFonts w:ascii="Arial" w:hAnsi="Arial" w:cs="Arial"/>
          <w:sz w:val="22"/>
          <w:lang w:val="es-CO"/>
        </w:rPr>
      </w:pPr>
    </w:p>
    <w:p w14:paraId="19A617C4" w14:textId="77777777" w:rsidR="00066A07"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326699">
        <w:rPr>
          <w:rStyle w:val="TNR21"/>
          <w:rFonts w:ascii="Arial" w:hAnsi="Arial" w:cs="Arial"/>
          <w:sz w:val="22"/>
          <w:lang w:val="es-CO"/>
        </w:rPr>
        <w:t>T</w:t>
      </w:r>
      <w:r w:rsidR="006146DD" w:rsidRPr="00BC6830">
        <w:rPr>
          <w:rStyle w:val="TNR21"/>
          <w:rFonts w:ascii="Arial" w:hAnsi="Arial" w:cs="Arial"/>
          <w:sz w:val="22"/>
          <w:lang w:val="es-CO"/>
        </w:rPr>
        <w:t>iene la palabra el Representante Alfredo Mondragón</w:t>
      </w:r>
      <w:r w:rsidR="00066A07" w:rsidRPr="00BC6830">
        <w:rPr>
          <w:rStyle w:val="TNR21"/>
          <w:rFonts w:ascii="Arial" w:hAnsi="Arial" w:cs="Arial"/>
          <w:sz w:val="22"/>
          <w:lang w:val="es-CO"/>
        </w:rPr>
        <w:t>.</w:t>
      </w:r>
    </w:p>
    <w:p w14:paraId="13EA7540" w14:textId="77777777" w:rsidR="00066A07" w:rsidRPr="00BC6830" w:rsidRDefault="00066A07" w:rsidP="00667EBF">
      <w:pPr>
        <w:pStyle w:val="Sinespaciado"/>
        <w:jc w:val="both"/>
        <w:rPr>
          <w:rStyle w:val="TNR21"/>
          <w:rFonts w:ascii="Arial" w:hAnsi="Arial" w:cs="Arial"/>
          <w:sz w:val="22"/>
          <w:lang w:val="es-CO"/>
        </w:rPr>
      </w:pPr>
    </w:p>
    <w:p w14:paraId="24A0D0D3" w14:textId="77777777" w:rsidR="00066A07" w:rsidRPr="00BC6830" w:rsidRDefault="00B1577F" w:rsidP="00667EBF">
      <w:pPr>
        <w:pStyle w:val="Sinespaciado"/>
        <w:jc w:val="both"/>
        <w:rPr>
          <w:rStyle w:val="TNR21"/>
          <w:rFonts w:ascii="Arial" w:hAnsi="Arial" w:cs="Arial"/>
          <w:sz w:val="22"/>
          <w:lang w:val="es-CO"/>
        </w:rPr>
      </w:pPr>
      <w:r w:rsidRPr="00BC6830">
        <w:rPr>
          <w:rStyle w:val="TNR21"/>
          <w:rFonts w:ascii="Arial" w:hAnsi="Arial" w:cs="Arial"/>
          <w:b/>
          <w:sz w:val="22"/>
          <w:lang w:val="es-CO"/>
        </w:rPr>
        <w:t>H. Representante</w:t>
      </w:r>
      <w:r w:rsidR="006146DD" w:rsidRPr="00BC6830">
        <w:rPr>
          <w:rStyle w:val="TNR21"/>
          <w:rFonts w:ascii="Arial" w:hAnsi="Arial" w:cs="Arial"/>
          <w:b/>
          <w:sz w:val="22"/>
          <w:lang w:val="es-CO"/>
        </w:rPr>
        <w:t xml:space="preserve"> Alfredo Mondragón Garzón</w:t>
      </w:r>
      <w:r w:rsidR="006146DD" w:rsidRPr="00BC6830">
        <w:rPr>
          <w:rStyle w:val="TNR21"/>
          <w:rFonts w:ascii="Arial" w:hAnsi="Arial" w:cs="Arial"/>
          <w:sz w:val="22"/>
          <w:lang w:val="es-CO"/>
        </w:rPr>
        <w:t>: Presidente</w:t>
      </w:r>
      <w:r w:rsidR="00066A07" w:rsidRPr="00BC6830">
        <w:rPr>
          <w:rStyle w:val="TNR21"/>
          <w:rFonts w:ascii="Arial" w:hAnsi="Arial" w:cs="Arial"/>
          <w:sz w:val="22"/>
          <w:lang w:val="es-CO"/>
        </w:rPr>
        <w:t>,</w:t>
      </w:r>
      <w:r w:rsidR="006146DD" w:rsidRPr="00BC6830">
        <w:rPr>
          <w:rStyle w:val="TNR21"/>
          <w:rFonts w:ascii="Arial" w:hAnsi="Arial" w:cs="Arial"/>
          <w:sz w:val="22"/>
          <w:lang w:val="es-CO"/>
        </w:rPr>
        <w:t xml:space="preserve"> yo quisiera</w:t>
      </w:r>
      <w:r w:rsidR="00066A07" w:rsidRPr="00BC6830">
        <w:rPr>
          <w:rStyle w:val="TNR21"/>
          <w:rFonts w:ascii="Arial" w:hAnsi="Arial" w:cs="Arial"/>
          <w:sz w:val="22"/>
          <w:lang w:val="es-CO"/>
        </w:rPr>
        <w:t>,</w:t>
      </w:r>
      <w:r w:rsidR="006146DD" w:rsidRPr="00BC6830">
        <w:rPr>
          <w:rStyle w:val="TNR21"/>
          <w:rFonts w:ascii="Arial" w:hAnsi="Arial" w:cs="Arial"/>
          <w:sz w:val="22"/>
          <w:lang w:val="es-CO"/>
        </w:rPr>
        <w:t xml:space="preserve"> sé que están revisando</w:t>
      </w:r>
      <w:r w:rsidR="00326699">
        <w:rPr>
          <w:rStyle w:val="TNR21"/>
          <w:rFonts w:ascii="Arial" w:hAnsi="Arial" w:cs="Arial"/>
          <w:sz w:val="22"/>
          <w:lang w:val="es-CO"/>
        </w:rPr>
        <w:t>,</w:t>
      </w:r>
      <w:r w:rsidR="006146DD" w:rsidRPr="00BC6830">
        <w:rPr>
          <w:rStyle w:val="TNR21"/>
          <w:rFonts w:ascii="Arial" w:hAnsi="Arial" w:cs="Arial"/>
          <w:sz w:val="22"/>
          <w:lang w:val="es-CO"/>
        </w:rPr>
        <w:t xml:space="preserve"> pero solicitaría que nos precisen cuál es el estado digamos de la discusión para poder avanzar</w:t>
      </w:r>
      <w:r w:rsidR="00066A07" w:rsidRPr="00BC6830">
        <w:rPr>
          <w:rStyle w:val="TNR21"/>
          <w:rFonts w:ascii="Arial" w:hAnsi="Arial" w:cs="Arial"/>
          <w:sz w:val="22"/>
          <w:lang w:val="es-CO"/>
        </w:rPr>
        <w:t>,</w:t>
      </w:r>
      <w:r w:rsidR="006146DD" w:rsidRPr="00BC6830">
        <w:rPr>
          <w:rStyle w:val="TNR21"/>
          <w:rFonts w:ascii="Arial" w:hAnsi="Arial" w:cs="Arial"/>
          <w:sz w:val="22"/>
          <w:lang w:val="es-CO"/>
        </w:rPr>
        <w:t xml:space="preserve"> de mi parte quiero decir que una proposición no puede</w:t>
      </w:r>
      <w:r w:rsidR="000D7E1D" w:rsidRPr="00BC6830">
        <w:rPr>
          <w:rStyle w:val="TNR21"/>
          <w:rFonts w:ascii="Arial" w:hAnsi="Arial" w:cs="Arial"/>
          <w:sz w:val="22"/>
          <w:lang w:val="es-CO"/>
        </w:rPr>
        <w:t xml:space="preserve"> </w:t>
      </w:r>
      <w:r w:rsidR="006146DD" w:rsidRPr="00BC6830">
        <w:rPr>
          <w:rStyle w:val="TNR21"/>
          <w:rFonts w:ascii="Arial" w:hAnsi="Arial" w:cs="Arial"/>
          <w:sz w:val="22"/>
          <w:lang w:val="es-CO"/>
        </w:rPr>
        <w:t xml:space="preserve">alterar en ningún momento </w:t>
      </w:r>
      <w:r w:rsidR="0008256D" w:rsidRPr="00BC6830">
        <w:rPr>
          <w:rStyle w:val="TNR21"/>
          <w:rFonts w:ascii="Arial" w:hAnsi="Arial" w:cs="Arial"/>
          <w:sz w:val="22"/>
          <w:lang w:val="es-CO"/>
        </w:rPr>
        <w:t>una ley orgánica de</w:t>
      </w:r>
      <w:r w:rsidR="006146DD" w:rsidRPr="00BC6830">
        <w:rPr>
          <w:rStyle w:val="TNR21"/>
          <w:rFonts w:ascii="Arial" w:hAnsi="Arial" w:cs="Arial"/>
          <w:sz w:val="22"/>
          <w:lang w:val="es-CO"/>
        </w:rPr>
        <w:t xml:space="preserve"> trámite legislativo</w:t>
      </w:r>
      <w:r w:rsidR="00066A07" w:rsidRPr="00BC6830">
        <w:rPr>
          <w:rStyle w:val="TNR21"/>
          <w:rFonts w:ascii="Arial" w:hAnsi="Arial" w:cs="Arial"/>
          <w:sz w:val="22"/>
          <w:lang w:val="es-CO"/>
        </w:rPr>
        <w:t>,</w:t>
      </w:r>
      <w:r w:rsidR="006146DD" w:rsidRPr="00BC6830">
        <w:rPr>
          <w:rStyle w:val="TNR21"/>
          <w:rFonts w:ascii="Arial" w:hAnsi="Arial" w:cs="Arial"/>
          <w:sz w:val="22"/>
          <w:lang w:val="es-CO"/>
        </w:rPr>
        <w:t xml:space="preserve"> es decir</w:t>
      </w:r>
      <w:r w:rsidR="00066A07" w:rsidRPr="00BC6830">
        <w:rPr>
          <w:rStyle w:val="TNR21"/>
          <w:rFonts w:ascii="Arial" w:hAnsi="Arial" w:cs="Arial"/>
          <w:sz w:val="22"/>
          <w:lang w:val="es-CO"/>
        </w:rPr>
        <w:t>,</w:t>
      </w:r>
      <w:r w:rsidR="006146DD" w:rsidRPr="00BC6830">
        <w:rPr>
          <w:rStyle w:val="TNR21"/>
          <w:rFonts w:ascii="Arial" w:hAnsi="Arial" w:cs="Arial"/>
          <w:sz w:val="22"/>
          <w:lang w:val="es-CO"/>
        </w:rPr>
        <w:t xml:space="preserve"> una proposición donde se ha planteado unas audiencias públicas</w:t>
      </w:r>
      <w:r w:rsidR="00066A07" w:rsidRPr="00BC6830">
        <w:rPr>
          <w:rStyle w:val="TNR21"/>
          <w:rFonts w:ascii="Arial" w:hAnsi="Arial" w:cs="Arial"/>
          <w:sz w:val="22"/>
          <w:lang w:val="es-CO"/>
        </w:rPr>
        <w:t>,</w:t>
      </w:r>
      <w:r w:rsidR="006146DD" w:rsidRPr="00BC6830">
        <w:rPr>
          <w:rStyle w:val="TNR21"/>
          <w:rFonts w:ascii="Arial" w:hAnsi="Arial" w:cs="Arial"/>
          <w:sz w:val="22"/>
          <w:lang w:val="es-CO"/>
        </w:rPr>
        <w:t xml:space="preserve"> nadie se ha cuestionado ni ha planteado de que no se puedan seguir haciendo audiencias públicas</w:t>
      </w:r>
      <w:r w:rsidR="00066A07" w:rsidRPr="00BC6830">
        <w:rPr>
          <w:rStyle w:val="TNR21"/>
          <w:rFonts w:ascii="Arial" w:hAnsi="Arial" w:cs="Arial"/>
          <w:sz w:val="22"/>
          <w:lang w:val="es-CO"/>
        </w:rPr>
        <w:t>,</w:t>
      </w:r>
      <w:r w:rsidR="006146DD" w:rsidRPr="00BC6830">
        <w:rPr>
          <w:rStyle w:val="TNR21"/>
          <w:rFonts w:ascii="Arial" w:hAnsi="Arial" w:cs="Arial"/>
          <w:sz w:val="22"/>
          <w:lang w:val="es-CO"/>
        </w:rPr>
        <w:t xml:space="preserve"> por lo tanto eso no sería ningún impedimento para que nosotros sigamos el trámite del debate en los términos legales y constitucionales</w:t>
      </w:r>
      <w:r w:rsidR="00066A07"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066A07" w:rsidRPr="00BC6830">
        <w:rPr>
          <w:rStyle w:val="TNR21"/>
          <w:rFonts w:ascii="Arial" w:hAnsi="Arial" w:cs="Arial"/>
          <w:sz w:val="22"/>
          <w:lang w:val="es-CO"/>
        </w:rPr>
        <w:t>Y</w:t>
      </w:r>
      <w:r w:rsidR="006146DD" w:rsidRPr="00BC6830">
        <w:rPr>
          <w:rStyle w:val="TNR21"/>
          <w:rFonts w:ascii="Arial" w:hAnsi="Arial" w:cs="Arial"/>
          <w:sz w:val="22"/>
          <w:lang w:val="es-CO"/>
        </w:rPr>
        <w:t xml:space="preserve"> lo otro es que nos confirman</w:t>
      </w:r>
      <w:r w:rsidR="0008256D" w:rsidRPr="00BC6830">
        <w:rPr>
          <w:rStyle w:val="TNR21"/>
          <w:rFonts w:ascii="Arial" w:hAnsi="Arial" w:cs="Arial"/>
          <w:sz w:val="22"/>
          <w:lang w:val="es-CO"/>
        </w:rPr>
        <w:t>,</w:t>
      </w:r>
      <w:r w:rsidR="006146DD" w:rsidRPr="00BC6830">
        <w:rPr>
          <w:rStyle w:val="TNR21"/>
          <w:rFonts w:ascii="Arial" w:hAnsi="Arial" w:cs="Arial"/>
          <w:sz w:val="22"/>
          <w:lang w:val="es-CO"/>
        </w:rPr>
        <w:t xml:space="preserve"> por favor nos confirman que se ha enviado a nuestros correos las ponencias negativas que </w:t>
      </w:r>
      <w:r w:rsidR="0008256D" w:rsidRPr="00BC6830">
        <w:rPr>
          <w:rStyle w:val="TNR21"/>
          <w:rFonts w:ascii="Arial" w:hAnsi="Arial" w:cs="Arial"/>
          <w:sz w:val="22"/>
          <w:lang w:val="es-CO"/>
        </w:rPr>
        <w:t xml:space="preserve">se </w:t>
      </w:r>
      <w:r w:rsidR="006146DD" w:rsidRPr="00BC6830">
        <w:rPr>
          <w:rStyle w:val="TNR21"/>
          <w:rFonts w:ascii="Arial" w:hAnsi="Arial" w:cs="Arial"/>
          <w:sz w:val="22"/>
          <w:lang w:val="es-CO"/>
        </w:rPr>
        <w:t>acaban de radicar y que eso en ningún momento</w:t>
      </w:r>
      <w:r w:rsidR="00066A07" w:rsidRPr="00BC6830">
        <w:rPr>
          <w:rStyle w:val="TNR21"/>
          <w:rFonts w:ascii="Arial" w:hAnsi="Arial" w:cs="Arial"/>
          <w:sz w:val="22"/>
          <w:lang w:val="es-CO"/>
        </w:rPr>
        <w:t>,</w:t>
      </w:r>
      <w:r w:rsidR="006146DD" w:rsidRPr="00BC6830">
        <w:rPr>
          <w:rStyle w:val="TNR21"/>
          <w:rFonts w:ascii="Arial" w:hAnsi="Arial" w:cs="Arial"/>
          <w:sz w:val="22"/>
          <w:lang w:val="es-CO"/>
        </w:rPr>
        <w:t xml:space="preserve"> me gustaría que revisen la norma</w:t>
      </w:r>
      <w:r w:rsidR="00066A07" w:rsidRPr="00BC6830">
        <w:rPr>
          <w:rStyle w:val="TNR21"/>
          <w:rFonts w:ascii="Arial" w:hAnsi="Arial" w:cs="Arial"/>
          <w:sz w:val="22"/>
          <w:lang w:val="es-CO"/>
        </w:rPr>
        <w:t>,</w:t>
      </w:r>
      <w:r w:rsidR="006146DD" w:rsidRPr="00BC6830">
        <w:rPr>
          <w:rStyle w:val="TNR21"/>
          <w:rFonts w:ascii="Arial" w:hAnsi="Arial" w:cs="Arial"/>
          <w:sz w:val="22"/>
          <w:lang w:val="es-CO"/>
        </w:rPr>
        <w:t xml:space="preserve"> en ningún momento impide el anuncio del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w:t>
      </w:r>
      <w:r w:rsidR="00066A07" w:rsidRPr="00BC6830">
        <w:rPr>
          <w:rStyle w:val="TNR21"/>
          <w:rFonts w:ascii="Arial" w:hAnsi="Arial" w:cs="Arial"/>
          <w:sz w:val="22"/>
          <w:lang w:val="es-CO"/>
        </w:rPr>
        <w:t>,</w:t>
      </w:r>
      <w:r w:rsidR="006146DD" w:rsidRPr="00BC6830">
        <w:rPr>
          <w:rStyle w:val="TNR21"/>
          <w:rFonts w:ascii="Arial" w:hAnsi="Arial" w:cs="Arial"/>
          <w:sz w:val="22"/>
          <w:lang w:val="es-CO"/>
        </w:rPr>
        <w:t xml:space="preserve"> eso en términos de darle las garantías efectivamente a la oposición para que se tramite un debate concertado</w:t>
      </w:r>
      <w:r w:rsidR="00066A07" w:rsidRPr="00BC6830">
        <w:rPr>
          <w:rStyle w:val="TNR21"/>
          <w:rFonts w:ascii="Arial" w:hAnsi="Arial" w:cs="Arial"/>
          <w:sz w:val="22"/>
          <w:lang w:val="es-CO"/>
        </w:rPr>
        <w:t>,</w:t>
      </w:r>
      <w:r w:rsidR="006146DD" w:rsidRPr="00BC6830">
        <w:rPr>
          <w:rStyle w:val="TNR21"/>
          <w:rFonts w:ascii="Arial" w:hAnsi="Arial" w:cs="Arial"/>
          <w:sz w:val="22"/>
          <w:lang w:val="es-CO"/>
        </w:rPr>
        <w:t xml:space="preserve"> anunciar un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no significa cercenar en ningún momento</w:t>
      </w:r>
      <w:r w:rsidR="000D7E1D" w:rsidRPr="00BC6830">
        <w:rPr>
          <w:rStyle w:val="TNR21"/>
          <w:rFonts w:ascii="Arial" w:hAnsi="Arial" w:cs="Arial"/>
          <w:sz w:val="22"/>
          <w:lang w:val="es-CO"/>
        </w:rPr>
        <w:t xml:space="preserve"> </w:t>
      </w:r>
      <w:r w:rsidR="006146DD" w:rsidRPr="00BC6830">
        <w:rPr>
          <w:rStyle w:val="TNR21"/>
          <w:rFonts w:ascii="Arial" w:hAnsi="Arial" w:cs="Arial"/>
          <w:sz w:val="22"/>
          <w:lang w:val="es-CO"/>
        </w:rPr>
        <w:t>las posibilidades de conocer el contenido de las ponencias</w:t>
      </w:r>
      <w:r w:rsidR="0008256D" w:rsidRPr="00BC6830">
        <w:rPr>
          <w:rStyle w:val="TNR21"/>
          <w:rFonts w:ascii="Arial" w:hAnsi="Arial" w:cs="Arial"/>
          <w:sz w:val="22"/>
          <w:lang w:val="es-CO"/>
        </w:rPr>
        <w:t>,</w:t>
      </w:r>
      <w:r w:rsidR="006146DD" w:rsidRPr="00BC6830">
        <w:rPr>
          <w:rStyle w:val="TNR21"/>
          <w:rFonts w:ascii="Arial" w:hAnsi="Arial" w:cs="Arial"/>
          <w:sz w:val="22"/>
          <w:lang w:val="es-CO"/>
        </w:rPr>
        <w:t xml:space="preserve"> y que se pueda hacer en las condiciones legales el trámite del </w:t>
      </w:r>
      <w:r w:rsidR="00841B08">
        <w:rPr>
          <w:rStyle w:val="TNR21"/>
          <w:rFonts w:ascii="Arial" w:hAnsi="Arial" w:cs="Arial"/>
          <w:sz w:val="22"/>
          <w:lang w:val="es-CO"/>
        </w:rPr>
        <w:t>proyecto</w:t>
      </w:r>
      <w:r w:rsidR="00066A07" w:rsidRPr="00BC6830">
        <w:rPr>
          <w:rStyle w:val="TNR21"/>
          <w:rFonts w:ascii="Arial" w:hAnsi="Arial" w:cs="Arial"/>
          <w:sz w:val="22"/>
          <w:lang w:val="es-CO"/>
        </w:rPr>
        <w:t>,</w:t>
      </w:r>
      <w:r w:rsidR="006146DD" w:rsidRPr="00BC6830">
        <w:rPr>
          <w:rStyle w:val="TNR21"/>
          <w:rFonts w:ascii="Arial" w:hAnsi="Arial" w:cs="Arial"/>
          <w:sz w:val="22"/>
          <w:lang w:val="es-CO"/>
        </w:rPr>
        <w:t xml:space="preserve"> así que yo sí quisiera que nos plantearan el estado</w:t>
      </w:r>
      <w:r w:rsidR="00326699">
        <w:rPr>
          <w:rStyle w:val="TNR21"/>
          <w:rFonts w:ascii="Arial" w:hAnsi="Arial" w:cs="Arial"/>
          <w:sz w:val="22"/>
          <w:lang w:val="es-CO"/>
        </w:rPr>
        <w:t xml:space="preserve"> del arte</w:t>
      </w:r>
      <w:r w:rsidR="006146DD" w:rsidRPr="00BC6830">
        <w:rPr>
          <w:rStyle w:val="TNR21"/>
          <w:rFonts w:ascii="Arial" w:hAnsi="Arial" w:cs="Arial"/>
          <w:sz w:val="22"/>
          <w:lang w:val="es-CO"/>
        </w:rPr>
        <w:t xml:space="preserve"> que lo revisaran para poder como ordenar un poco </w:t>
      </w:r>
      <w:r w:rsidR="00066A07" w:rsidRPr="00BC6830">
        <w:rPr>
          <w:rStyle w:val="TNR21"/>
          <w:rFonts w:ascii="Arial" w:hAnsi="Arial" w:cs="Arial"/>
          <w:sz w:val="22"/>
          <w:lang w:val="es-CO"/>
        </w:rPr>
        <w:t>el ejercicio</w:t>
      </w:r>
      <w:r w:rsidR="0008256D" w:rsidRPr="00BC6830">
        <w:rPr>
          <w:rStyle w:val="TNR21"/>
          <w:rFonts w:ascii="Arial" w:hAnsi="Arial" w:cs="Arial"/>
          <w:sz w:val="22"/>
          <w:lang w:val="es-CO"/>
        </w:rPr>
        <w:t>,</w:t>
      </w:r>
      <w:r w:rsidR="00066A07" w:rsidRPr="00BC6830">
        <w:rPr>
          <w:rStyle w:val="TNR21"/>
          <w:rFonts w:ascii="Arial" w:hAnsi="Arial" w:cs="Arial"/>
          <w:sz w:val="22"/>
          <w:lang w:val="es-CO"/>
        </w:rPr>
        <w:t xml:space="preserve"> gracias Presidente</w:t>
      </w:r>
      <w:r w:rsidR="006146DD" w:rsidRPr="00BC6830">
        <w:rPr>
          <w:rStyle w:val="TNR21"/>
          <w:rFonts w:ascii="Arial" w:hAnsi="Arial" w:cs="Arial"/>
          <w:sz w:val="22"/>
          <w:lang w:val="es-CO"/>
        </w:rPr>
        <w:t>.</w:t>
      </w:r>
    </w:p>
    <w:p w14:paraId="4877E773" w14:textId="77777777" w:rsidR="00066A07" w:rsidRPr="00BC6830" w:rsidRDefault="00066A07" w:rsidP="00667EBF">
      <w:pPr>
        <w:pStyle w:val="Sinespaciado"/>
        <w:jc w:val="both"/>
        <w:rPr>
          <w:rStyle w:val="TNR21"/>
          <w:rFonts w:ascii="Arial" w:hAnsi="Arial" w:cs="Arial"/>
          <w:sz w:val="22"/>
          <w:lang w:val="es-CO"/>
        </w:rPr>
      </w:pPr>
    </w:p>
    <w:p w14:paraId="3AF6F47B" w14:textId="77777777" w:rsidR="00066A07"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066A07" w:rsidRPr="00BC6830">
        <w:rPr>
          <w:rStyle w:val="TNR21"/>
          <w:rFonts w:ascii="Arial" w:hAnsi="Arial" w:cs="Arial"/>
          <w:sz w:val="22"/>
          <w:lang w:val="es-CO"/>
        </w:rPr>
        <w:t>T</w:t>
      </w:r>
      <w:r w:rsidR="006146DD" w:rsidRPr="00BC6830">
        <w:rPr>
          <w:rStyle w:val="TNR21"/>
          <w:rFonts w:ascii="Arial" w:hAnsi="Arial" w:cs="Arial"/>
          <w:sz w:val="22"/>
          <w:lang w:val="es-CO"/>
        </w:rPr>
        <w:t>iene la palabra el Representante Andrés Forero</w:t>
      </w:r>
      <w:r w:rsidR="00066A07" w:rsidRPr="00BC6830">
        <w:rPr>
          <w:rStyle w:val="TNR21"/>
          <w:rFonts w:ascii="Arial" w:hAnsi="Arial" w:cs="Arial"/>
          <w:sz w:val="22"/>
          <w:lang w:val="es-CO"/>
        </w:rPr>
        <w:t>.</w:t>
      </w:r>
    </w:p>
    <w:p w14:paraId="2F0DD406" w14:textId="77777777" w:rsidR="00066A07" w:rsidRPr="00BC6830" w:rsidRDefault="00066A07" w:rsidP="00667EBF">
      <w:pPr>
        <w:pStyle w:val="Sinespaciado"/>
        <w:jc w:val="both"/>
        <w:rPr>
          <w:rStyle w:val="TNR21"/>
          <w:rFonts w:ascii="Arial" w:hAnsi="Arial" w:cs="Arial"/>
          <w:sz w:val="22"/>
          <w:lang w:val="es-CO"/>
        </w:rPr>
      </w:pPr>
    </w:p>
    <w:p w14:paraId="408BACA4" w14:textId="77777777" w:rsidR="009C5C5E" w:rsidRPr="00BC6830" w:rsidRDefault="00B1577F" w:rsidP="00667EBF">
      <w:pPr>
        <w:pStyle w:val="Sinespaciado"/>
        <w:jc w:val="both"/>
        <w:rPr>
          <w:rStyle w:val="TNR21"/>
          <w:rFonts w:ascii="Arial" w:hAnsi="Arial" w:cs="Arial"/>
          <w:sz w:val="22"/>
          <w:lang w:val="es-CO"/>
        </w:rPr>
      </w:pPr>
      <w:r w:rsidRPr="00BC6830">
        <w:rPr>
          <w:rStyle w:val="TNR21"/>
          <w:rFonts w:ascii="Arial" w:hAnsi="Arial" w:cs="Arial"/>
          <w:b/>
          <w:sz w:val="22"/>
          <w:lang w:val="es-CO"/>
        </w:rPr>
        <w:t>H. Representante</w:t>
      </w:r>
      <w:r w:rsidR="006146DD" w:rsidRPr="00BC6830">
        <w:rPr>
          <w:rStyle w:val="TNR21"/>
          <w:rFonts w:ascii="Arial" w:hAnsi="Arial" w:cs="Arial"/>
          <w:b/>
          <w:sz w:val="22"/>
          <w:lang w:val="es-CO"/>
        </w:rPr>
        <w:t xml:space="preserve"> Andrés Eduardo Forero Molina</w:t>
      </w:r>
      <w:r w:rsidR="006146DD" w:rsidRPr="00BC6830">
        <w:rPr>
          <w:rStyle w:val="TNR21"/>
          <w:rFonts w:ascii="Arial" w:hAnsi="Arial" w:cs="Arial"/>
          <w:sz w:val="22"/>
          <w:lang w:val="es-CO"/>
        </w:rPr>
        <w:t xml:space="preserve">: </w:t>
      </w:r>
      <w:r w:rsidR="00066A07" w:rsidRPr="00BC6830">
        <w:rPr>
          <w:rStyle w:val="TNR21"/>
          <w:rFonts w:ascii="Arial" w:hAnsi="Arial" w:cs="Arial"/>
          <w:sz w:val="22"/>
          <w:lang w:val="es-CO"/>
        </w:rPr>
        <w:t>G</w:t>
      </w:r>
      <w:r w:rsidR="006146DD" w:rsidRPr="00BC6830">
        <w:rPr>
          <w:rStyle w:val="TNR21"/>
          <w:rFonts w:ascii="Arial" w:hAnsi="Arial" w:cs="Arial"/>
          <w:sz w:val="22"/>
          <w:lang w:val="es-CO"/>
        </w:rPr>
        <w:t>racias señor Presidente</w:t>
      </w:r>
      <w:r w:rsidR="00066A07" w:rsidRPr="00BC6830">
        <w:rPr>
          <w:rStyle w:val="TNR21"/>
          <w:rFonts w:ascii="Arial" w:hAnsi="Arial" w:cs="Arial"/>
          <w:sz w:val="22"/>
          <w:lang w:val="es-CO"/>
        </w:rPr>
        <w:t>,</w:t>
      </w:r>
      <w:r w:rsidR="006146DD" w:rsidRPr="00BC6830">
        <w:rPr>
          <w:rStyle w:val="TNR21"/>
          <w:rFonts w:ascii="Arial" w:hAnsi="Arial" w:cs="Arial"/>
          <w:sz w:val="22"/>
          <w:lang w:val="es-CO"/>
        </w:rPr>
        <w:t xml:space="preserve"> mire Presidente</w:t>
      </w:r>
      <w:r w:rsidR="00066A07" w:rsidRPr="00BC6830">
        <w:rPr>
          <w:rStyle w:val="TNR21"/>
          <w:rFonts w:ascii="Arial" w:hAnsi="Arial" w:cs="Arial"/>
          <w:sz w:val="22"/>
          <w:lang w:val="es-CO"/>
        </w:rPr>
        <w:t>,</w:t>
      </w:r>
      <w:r w:rsidR="006146DD" w:rsidRPr="00BC6830">
        <w:rPr>
          <w:rStyle w:val="TNR21"/>
          <w:rFonts w:ascii="Arial" w:hAnsi="Arial" w:cs="Arial"/>
          <w:sz w:val="22"/>
          <w:lang w:val="es-CO"/>
        </w:rPr>
        <w:t xml:space="preserve"> yo como se lo mencioné en su momento hablé de una proposición que va a leer y se lo pido que lo lea completa señor Secretario</w:t>
      </w:r>
      <w:r w:rsidR="00066A07" w:rsidRPr="00BC6830">
        <w:rPr>
          <w:rStyle w:val="TNR21"/>
          <w:rFonts w:ascii="Arial" w:hAnsi="Arial" w:cs="Arial"/>
          <w:sz w:val="22"/>
          <w:lang w:val="es-CO"/>
        </w:rPr>
        <w:t>,</w:t>
      </w:r>
      <w:r w:rsidR="006146DD" w:rsidRPr="00BC6830">
        <w:rPr>
          <w:rStyle w:val="TNR21"/>
          <w:rFonts w:ascii="Arial" w:hAnsi="Arial" w:cs="Arial"/>
          <w:sz w:val="22"/>
          <w:lang w:val="es-CO"/>
        </w:rPr>
        <w:t xml:space="preserve"> la proposición 37 aprobada el 21 de febrero del año 2023</w:t>
      </w:r>
      <w:r w:rsidR="00066A07" w:rsidRPr="00BC6830">
        <w:rPr>
          <w:rStyle w:val="TNR21"/>
          <w:rFonts w:ascii="Arial" w:hAnsi="Arial" w:cs="Arial"/>
          <w:sz w:val="22"/>
          <w:lang w:val="es-CO"/>
        </w:rPr>
        <w:t>,</w:t>
      </w:r>
      <w:r w:rsidR="006146DD" w:rsidRPr="00BC6830">
        <w:rPr>
          <w:rStyle w:val="TNR21"/>
          <w:rFonts w:ascii="Arial" w:hAnsi="Arial" w:cs="Arial"/>
          <w:sz w:val="22"/>
          <w:lang w:val="es-CO"/>
        </w:rPr>
        <w:t xml:space="preserve"> y en esa ocasión que usted la firmó doctor Mondragón como coordinador ponente con unas fechas determinadas</w:t>
      </w:r>
      <w:r w:rsidR="00066A07" w:rsidRPr="00BC6830">
        <w:rPr>
          <w:rStyle w:val="TNR21"/>
          <w:rFonts w:ascii="Arial" w:hAnsi="Arial" w:cs="Arial"/>
          <w:sz w:val="22"/>
          <w:lang w:val="es-CO"/>
        </w:rPr>
        <w:t>,</w:t>
      </w:r>
      <w:r w:rsidR="006146DD" w:rsidRPr="00BC6830">
        <w:rPr>
          <w:rStyle w:val="TNR21"/>
          <w:rFonts w:ascii="Arial" w:hAnsi="Arial" w:cs="Arial"/>
          <w:sz w:val="22"/>
          <w:lang w:val="es-CO"/>
        </w:rPr>
        <w:t xml:space="preserve"> yo lo que indiqué es que el Presidente y el Vicepresidente de esta Comisión la aprobaron y son ellos en última instancia los que definen los tiempos de radicación de las ponencias</w:t>
      </w:r>
      <w:r w:rsidR="00066A07" w:rsidRPr="00BC6830">
        <w:rPr>
          <w:rStyle w:val="TNR21"/>
          <w:rFonts w:ascii="Arial" w:hAnsi="Arial" w:cs="Arial"/>
          <w:sz w:val="22"/>
          <w:lang w:val="es-CO"/>
        </w:rPr>
        <w:t>,</w:t>
      </w:r>
      <w:r w:rsidR="006146DD" w:rsidRPr="00BC6830">
        <w:rPr>
          <w:rStyle w:val="TNR21"/>
          <w:rFonts w:ascii="Arial" w:hAnsi="Arial" w:cs="Arial"/>
          <w:sz w:val="22"/>
          <w:lang w:val="es-CO"/>
        </w:rPr>
        <w:t xml:space="preserve"> entonces eso se entiende como una </w:t>
      </w:r>
      <w:r w:rsidR="00712380" w:rsidRPr="00BC6830">
        <w:rPr>
          <w:rStyle w:val="TNR21"/>
          <w:rFonts w:ascii="Arial" w:hAnsi="Arial" w:cs="Arial"/>
          <w:sz w:val="22"/>
          <w:lang w:val="es-CO"/>
        </w:rPr>
        <w:t xml:space="preserve">aprobación de </w:t>
      </w:r>
      <w:r w:rsidR="006146DD" w:rsidRPr="00BC6830">
        <w:rPr>
          <w:rStyle w:val="TNR21"/>
          <w:rFonts w:ascii="Arial" w:hAnsi="Arial" w:cs="Arial"/>
          <w:sz w:val="22"/>
          <w:lang w:val="es-CO"/>
        </w:rPr>
        <w:t>parte de la Mesa Directiva para que los tiempos de ponencia llegar</w:t>
      </w:r>
      <w:r w:rsidR="00066A07" w:rsidRPr="00BC6830">
        <w:rPr>
          <w:rStyle w:val="TNR21"/>
          <w:rFonts w:ascii="Arial" w:hAnsi="Arial" w:cs="Arial"/>
          <w:sz w:val="22"/>
          <w:lang w:val="es-CO"/>
        </w:rPr>
        <w:t>a</w:t>
      </w:r>
      <w:r w:rsidR="006146DD" w:rsidRPr="00BC6830">
        <w:rPr>
          <w:rStyle w:val="TNR21"/>
          <w:rFonts w:ascii="Arial" w:hAnsi="Arial" w:cs="Arial"/>
          <w:sz w:val="22"/>
          <w:lang w:val="es-CO"/>
        </w:rPr>
        <w:t>n</w:t>
      </w:r>
      <w:r w:rsidR="00066A07" w:rsidRPr="00BC6830">
        <w:rPr>
          <w:rStyle w:val="TNR21"/>
          <w:rFonts w:ascii="Arial" w:hAnsi="Arial" w:cs="Arial"/>
          <w:sz w:val="22"/>
          <w:lang w:val="es-CO"/>
        </w:rPr>
        <w:t>,</w:t>
      </w:r>
      <w:r w:rsidR="006146DD" w:rsidRPr="00BC6830">
        <w:rPr>
          <w:rStyle w:val="TNR21"/>
          <w:rFonts w:ascii="Arial" w:hAnsi="Arial" w:cs="Arial"/>
          <w:sz w:val="22"/>
          <w:lang w:val="es-CO"/>
        </w:rPr>
        <w:t xml:space="preserve"> aquí está la fecha hasta por lo menos el 24 de abril de este mes</w:t>
      </w:r>
      <w:r w:rsidR="00712380" w:rsidRPr="00BC6830">
        <w:rPr>
          <w:rStyle w:val="TNR21"/>
          <w:rFonts w:ascii="Arial" w:hAnsi="Arial" w:cs="Arial"/>
          <w:sz w:val="22"/>
          <w:lang w:val="es-CO"/>
        </w:rPr>
        <w:t>,</w:t>
      </w:r>
      <w:r w:rsidR="006146DD" w:rsidRPr="00BC6830">
        <w:rPr>
          <w:rStyle w:val="TNR21"/>
          <w:rFonts w:ascii="Arial" w:hAnsi="Arial" w:cs="Arial"/>
          <w:sz w:val="22"/>
          <w:lang w:val="es-CO"/>
        </w:rPr>
        <w:t xml:space="preserve"> ustedes deciden radicar</w:t>
      </w:r>
      <w:r w:rsidR="00066A07" w:rsidRPr="00BC6830">
        <w:rPr>
          <w:rStyle w:val="TNR21"/>
          <w:rFonts w:ascii="Arial" w:hAnsi="Arial" w:cs="Arial"/>
          <w:sz w:val="22"/>
          <w:lang w:val="es-CO"/>
        </w:rPr>
        <w:t>,</w:t>
      </w:r>
      <w:r w:rsidR="006146DD" w:rsidRPr="00BC6830">
        <w:rPr>
          <w:rStyle w:val="TNR21"/>
          <w:rFonts w:ascii="Arial" w:hAnsi="Arial" w:cs="Arial"/>
          <w:sz w:val="22"/>
          <w:lang w:val="es-CO"/>
        </w:rPr>
        <w:t xml:space="preserve"> entendemos que a usted no le importó haber votado esto a pesar de que no había </w:t>
      </w:r>
      <w:r w:rsidR="006146DD" w:rsidRPr="00BC6830">
        <w:rPr>
          <w:rStyle w:val="TNR21"/>
          <w:rFonts w:ascii="Arial" w:hAnsi="Arial" w:cs="Arial"/>
          <w:sz w:val="22"/>
          <w:lang w:val="es-CO"/>
        </w:rPr>
        <w:lastRenderedPageBreak/>
        <w:t>una proposición en contrario</w:t>
      </w:r>
      <w:r w:rsidR="00066A07" w:rsidRPr="00BC6830">
        <w:rPr>
          <w:rStyle w:val="TNR21"/>
          <w:rFonts w:ascii="Arial" w:hAnsi="Arial" w:cs="Arial"/>
          <w:sz w:val="22"/>
          <w:lang w:val="es-CO"/>
        </w:rPr>
        <w:t>,</w:t>
      </w:r>
      <w:r w:rsidR="006146DD" w:rsidRPr="00BC6830">
        <w:rPr>
          <w:rStyle w:val="TNR21"/>
          <w:rFonts w:ascii="Arial" w:hAnsi="Arial" w:cs="Arial"/>
          <w:sz w:val="22"/>
          <w:lang w:val="es-CO"/>
        </w:rPr>
        <w:t xml:space="preserve"> pero además yo señal</w:t>
      </w:r>
      <w:r w:rsidR="00066A07" w:rsidRPr="00BC6830">
        <w:rPr>
          <w:rStyle w:val="TNR21"/>
          <w:rFonts w:ascii="Arial" w:hAnsi="Arial" w:cs="Arial"/>
          <w:sz w:val="22"/>
          <w:lang w:val="es-CO"/>
        </w:rPr>
        <w:t>é</w:t>
      </w:r>
      <w:r w:rsidR="006146DD" w:rsidRPr="00BC6830">
        <w:rPr>
          <w:rStyle w:val="TNR21"/>
          <w:rFonts w:ascii="Arial" w:hAnsi="Arial" w:cs="Arial"/>
          <w:sz w:val="22"/>
          <w:lang w:val="es-CO"/>
        </w:rPr>
        <w:t xml:space="preserve"> doctor Mondragón que había una comunicación de parte de la Secretaría de la Cámara de Representantes que hablaba de que básicamente no se podía radicar nada la semana pasada</w:t>
      </w:r>
      <w:r w:rsidR="00066A07" w:rsidRPr="00BC6830">
        <w:rPr>
          <w:rStyle w:val="TNR21"/>
          <w:rFonts w:ascii="Arial" w:hAnsi="Arial" w:cs="Arial"/>
          <w:sz w:val="22"/>
          <w:lang w:val="es-CO"/>
        </w:rPr>
        <w:t>,</w:t>
      </w:r>
      <w:r w:rsidR="006146DD" w:rsidRPr="00BC6830">
        <w:rPr>
          <w:rStyle w:val="TNR21"/>
          <w:rFonts w:ascii="Arial" w:hAnsi="Arial" w:cs="Arial"/>
          <w:sz w:val="22"/>
          <w:lang w:val="es-CO"/>
        </w:rPr>
        <w:t xml:space="preserve"> entonces en ese entendido y habiendo hablado con los miembros de la Comisión</w:t>
      </w:r>
      <w:r w:rsidR="00066A07" w:rsidRPr="00BC6830">
        <w:rPr>
          <w:rStyle w:val="TNR21"/>
          <w:rFonts w:ascii="Arial" w:hAnsi="Arial" w:cs="Arial"/>
          <w:sz w:val="22"/>
          <w:lang w:val="es-CO"/>
        </w:rPr>
        <w:t>,</w:t>
      </w:r>
      <w:r w:rsidR="006146DD" w:rsidRPr="00BC6830">
        <w:rPr>
          <w:rStyle w:val="TNR21"/>
          <w:rFonts w:ascii="Arial" w:hAnsi="Arial" w:cs="Arial"/>
          <w:sz w:val="22"/>
          <w:lang w:val="es-CO"/>
        </w:rPr>
        <w:t xml:space="preserve"> con el notario de esta Comisión</w:t>
      </w:r>
      <w:r w:rsidR="00326699">
        <w:rPr>
          <w:rStyle w:val="TNR21"/>
          <w:rFonts w:ascii="Arial" w:hAnsi="Arial" w:cs="Arial"/>
          <w:sz w:val="22"/>
          <w:lang w:val="es-CO"/>
        </w:rPr>
        <w:t xml:space="preserve"> que es el señor Secretario</w:t>
      </w:r>
      <w:r w:rsidR="006146DD" w:rsidRPr="00BC6830">
        <w:rPr>
          <w:rStyle w:val="TNR21"/>
          <w:rFonts w:ascii="Arial" w:hAnsi="Arial" w:cs="Arial"/>
          <w:sz w:val="22"/>
          <w:lang w:val="es-CO"/>
        </w:rPr>
        <w:t xml:space="preserve"> se nos dijo que se podía radicar hasta el día viernes</w:t>
      </w:r>
      <w:r w:rsidR="00066A07" w:rsidRPr="00BC6830">
        <w:rPr>
          <w:rStyle w:val="TNR21"/>
          <w:rFonts w:ascii="Arial" w:hAnsi="Arial" w:cs="Arial"/>
          <w:sz w:val="22"/>
          <w:lang w:val="es-CO"/>
        </w:rPr>
        <w:t>,</w:t>
      </w:r>
      <w:r w:rsidR="006146DD" w:rsidRPr="00BC6830">
        <w:rPr>
          <w:rStyle w:val="TNR21"/>
          <w:rFonts w:ascii="Arial" w:hAnsi="Arial" w:cs="Arial"/>
          <w:sz w:val="22"/>
          <w:lang w:val="es-CO"/>
        </w:rPr>
        <w:t xml:space="preserve"> ahí es donde yo estoy diciendo que no pueden adelantar los tiempos de radicación de la ponencia porque ante lo que dijo el Presidente en medios de comunicación</w:t>
      </w:r>
      <w:r w:rsidR="00066A07" w:rsidRPr="00BC6830">
        <w:rPr>
          <w:rStyle w:val="TNR21"/>
          <w:rFonts w:ascii="Arial" w:hAnsi="Arial" w:cs="Arial"/>
          <w:sz w:val="22"/>
          <w:lang w:val="es-CO"/>
        </w:rPr>
        <w:t>,</w:t>
      </w:r>
      <w:r w:rsidR="006146DD" w:rsidRPr="00BC6830">
        <w:rPr>
          <w:rStyle w:val="TNR21"/>
          <w:rFonts w:ascii="Arial" w:hAnsi="Arial" w:cs="Arial"/>
          <w:sz w:val="22"/>
          <w:lang w:val="es-CO"/>
        </w:rPr>
        <w:t xml:space="preserve"> en sus redes sociales</w:t>
      </w:r>
      <w:r w:rsidR="00066A07" w:rsidRPr="00BC6830">
        <w:rPr>
          <w:rStyle w:val="TNR21"/>
          <w:rFonts w:ascii="Arial" w:hAnsi="Arial" w:cs="Arial"/>
          <w:sz w:val="22"/>
          <w:lang w:val="es-CO"/>
        </w:rPr>
        <w:t>,</w:t>
      </w:r>
      <w:r w:rsidR="006146DD" w:rsidRPr="00BC6830">
        <w:rPr>
          <w:rStyle w:val="TNR21"/>
          <w:rFonts w:ascii="Arial" w:hAnsi="Arial" w:cs="Arial"/>
          <w:sz w:val="22"/>
          <w:lang w:val="es-CO"/>
        </w:rPr>
        <w:t xml:space="preserve"> ante lo que dijo</w:t>
      </w:r>
      <w:r w:rsidR="0008256D" w:rsidRPr="00BC6830">
        <w:rPr>
          <w:rStyle w:val="TNR21"/>
          <w:rFonts w:ascii="Arial" w:hAnsi="Arial" w:cs="Arial"/>
          <w:sz w:val="22"/>
          <w:lang w:val="es-CO"/>
        </w:rPr>
        <w:t xml:space="preserve"> el </w:t>
      </w:r>
      <w:r w:rsidR="006146DD" w:rsidRPr="00BC6830">
        <w:rPr>
          <w:rStyle w:val="TNR21"/>
          <w:rFonts w:ascii="Arial" w:hAnsi="Arial" w:cs="Arial"/>
          <w:sz w:val="22"/>
          <w:lang w:val="es-CO"/>
        </w:rPr>
        <w:t>Presidente de la Cámara de Representantes el doctor Racero en medios de comunicación</w:t>
      </w:r>
      <w:r w:rsidR="00712380" w:rsidRPr="00BC6830">
        <w:rPr>
          <w:rStyle w:val="TNR21"/>
          <w:rFonts w:ascii="Arial" w:hAnsi="Arial" w:cs="Arial"/>
          <w:sz w:val="22"/>
          <w:lang w:val="es-CO"/>
        </w:rPr>
        <w:t>,</w:t>
      </w:r>
      <w:r w:rsidR="006146DD" w:rsidRPr="00BC6830">
        <w:rPr>
          <w:rStyle w:val="TNR21"/>
          <w:rFonts w:ascii="Arial" w:hAnsi="Arial" w:cs="Arial"/>
          <w:sz w:val="22"/>
          <w:lang w:val="es-CO"/>
        </w:rPr>
        <w:t xml:space="preserve"> naturalmente lo que nosotros vimos es que nos iba a tocar radicar porque iban a adelantar 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a pesar de que estábamos en tiempos</w:t>
      </w:r>
      <w:r w:rsidR="00712380" w:rsidRPr="00BC6830">
        <w:rPr>
          <w:rStyle w:val="TNR21"/>
          <w:rFonts w:ascii="Arial" w:hAnsi="Arial" w:cs="Arial"/>
          <w:sz w:val="22"/>
          <w:lang w:val="es-CO"/>
        </w:rPr>
        <w:t>,</w:t>
      </w:r>
      <w:r w:rsidR="006146DD" w:rsidRPr="00BC6830">
        <w:rPr>
          <w:rStyle w:val="TNR21"/>
          <w:rFonts w:ascii="Arial" w:hAnsi="Arial" w:cs="Arial"/>
          <w:sz w:val="22"/>
          <w:lang w:val="es-CO"/>
        </w:rPr>
        <w:t xml:space="preserve"> es que yo quiero</w:t>
      </w:r>
      <w:r w:rsidR="000D7E1D" w:rsidRPr="00BC6830">
        <w:rPr>
          <w:rStyle w:val="TNR21"/>
          <w:rFonts w:ascii="Arial" w:hAnsi="Arial" w:cs="Arial"/>
          <w:sz w:val="22"/>
          <w:lang w:val="es-CO"/>
        </w:rPr>
        <w:t xml:space="preserve"> </w:t>
      </w:r>
      <w:r w:rsidR="006146DD" w:rsidRPr="00BC6830">
        <w:rPr>
          <w:rStyle w:val="TNR21"/>
          <w:rFonts w:ascii="Arial" w:hAnsi="Arial" w:cs="Arial"/>
          <w:sz w:val="22"/>
          <w:lang w:val="es-CO"/>
        </w:rPr>
        <w:t xml:space="preserve">señor Secretario de que la ponencia que radica Cambio Radical </w:t>
      </w:r>
      <w:r w:rsidR="00712380" w:rsidRPr="00BC6830">
        <w:rPr>
          <w:rStyle w:val="TNR21"/>
          <w:rFonts w:ascii="Arial" w:hAnsi="Arial" w:cs="Arial"/>
          <w:sz w:val="22"/>
          <w:lang w:val="es-CO"/>
        </w:rPr>
        <w:t xml:space="preserve">y </w:t>
      </w:r>
      <w:r w:rsidR="006146DD" w:rsidRPr="00BC6830">
        <w:rPr>
          <w:rStyle w:val="TNR21"/>
          <w:rFonts w:ascii="Arial" w:hAnsi="Arial" w:cs="Arial"/>
          <w:sz w:val="22"/>
          <w:lang w:val="es-CO"/>
        </w:rPr>
        <w:t>el Centro Democrático se radicó en tiempos</w:t>
      </w:r>
      <w:r w:rsidR="00712380" w:rsidRPr="00BC6830">
        <w:rPr>
          <w:rStyle w:val="TNR21"/>
          <w:rFonts w:ascii="Arial" w:hAnsi="Arial" w:cs="Arial"/>
          <w:sz w:val="22"/>
          <w:lang w:val="es-CO"/>
        </w:rPr>
        <w:t>,</w:t>
      </w:r>
      <w:r w:rsidR="006146DD" w:rsidRPr="00BC6830">
        <w:rPr>
          <w:rStyle w:val="TNR21"/>
          <w:rFonts w:ascii="Arial" w:hAnsi="Arial" w:cs="Arial"/>
          <w:sz w:val="22"/>
          <w:lang w:val="es-CO"/>
        </w:rPr>
        <w:t xml:space="preserve"> y por esa razón estoy hablando de la circular que le menciono que usted conoce Secretario y</w:t>
      </w:r>
      <w:r w:rsidR="00326699">
        <w:rPr>
          <w:rStyle w:val="TNR21"/>
          <w:rFonts w:ascii="Arial" w:hAnsi="Arial" w:cs="Arial"/>
          <w:sz w:val="22"/>
          <w:lang w:val="es-CO"/>
        </w:rPr>
        <w:t>,</w:t>
      </w:r>
      <w:r w:rsidR="006146DD" w:rsidRPr="00BC6830">
        <w:rPr>
          <w:rStyle w:val="TNR21"/>
          <w:rFonts w:ascii="Arial" w:hAnsi="Arial" w:cs="Arial"/>
          <w:sz w:val="22"/>
          <w:lang w:val="es-CO"/>
        </w:rPr>
        <w:t xml:space="preserve"> le estoy hablando también de la proposición que aprobamos unánimemente</w:t>
      </w:r>
      <w:r w:rsidR="00712380" w:rsidRPr="00BC6830">
        <w:rPr>
          <w:rStyle w:val="TNR21"/>
          <w:rFonts w:ascii="Arial" w:hAnsi="Arial" w:cs="Arial"/>
          <w:sz w:val="22"/>
          <w:lang w:val="es-CO"/>
        </w:rPr>
        <w:t>,</w:t>
      </w:r>
      <w:r w:rsidR="006146DD" w:rsidRPr="00BC6830">
        <w:rPr>
          <w:rStyle w:val="TNR21"/>
          <w:rFonts w:ascii="Arial" w:hAnsi="Arial" w:cs="Arial"/>
          <w:sz w:val="22"/>
          <w:lang w:val="es-CO"/>
        </w:rPr>
        <w:t xml:space="preserve"> que votaron tanto el Presidente como el Vicepresidente que hacen parte de la Mesa Directiva</w:t>
      </w:r>
      <w:r w:rsidR="009C5C5E" w:rsidRPr="00BC6830">
        <w:rPr>
          <w:rStyle w:val="TNR21"/>
          <w:rFonts w:ascii="Arial" w:hAnsi="Arial" w:cs="Arial"/>
          <w:sz w:val="22"/>
          <w:lang w:val="es-CO"/>
        </w:rPr>
        <w:t>,</w:t>
      </w:r>
      <w:r w:rsidR="006146DD" w:rsidRPr="00BC6830">
        <w:rPr>
          <w:rStyle w:val="TNR21"/>
          <w:rFonts w:ascii="Arial" w:hAnsi="Arial" w:cs="Arial"/>
          <w:sz w:val="22"/>
          <w:lang w:val="es-CO"/>
        </w:rPr>
        <w:t xml:space="preserve"> entonces yo lo único que le estoy pidiendo Secretario es </w:t>
      </w:r>
      <w:r w:rsidR="009C5C5E" w:rsidRPr="00BC6830">
        <w:rPr>
          <w:rStyle w:val="TNR21"/>
          <w:rFonts w:ascii="Arial" w:hAnsi="Arial" w:cs="Arial"/>
          <w:sz w:val="22"/>
          <w:lang w:val="es-CO"/>
        </w:rPr>
        <w:t xml:space="preserve">que </w:t>
      </w:r>
      <w:r w:rsidR="006146DD" w:rsidRPr="00BC6830">
        <w:rPr>
          <w:rStyle w:val="TNR21"/>
          <w:rFonts w:ascii="Arial" w:hAnsi="Arial" w:cs="Arial"/>
          <w:sz w:val="22"/>
          <w:lang w:val="es-CO"/>
        </w:rPr>
        <w:t>usted nos diga si es que ya se publicó en gaceta esa proposición negativa</w:t>
      </w:r>
      <w:r w:rsidR="009C5C5E" w:rsidRPr="00BC6830">
        <w:rPr>
          <w:rStyle w:val="TNR21"/>
          <w:rFonts w:ascii="Arial" w:hAnsi="Arial" w:cs="Arial"/>
          <w:sz w:val="22"/>
          <w:lang w:val="es-CO"/>
        </w:rPr>
        <w:t>,</w:t>
      </w:r>
      <w:r w:rsidR="006146DD" w:rsidRPr="00BC6830">
        <w:rPr>
          <w:rStyle w:val="TNR21"/>
          <w:rFonts w:ascii="Arial" w:hAnsi="Arial" w:cs="Arial"/>
          <w:sz w:val="22"/>
          <w:lang w:val="es-CO"/>
        </w:rPr>
        <w:t xml:space="preserve"> esa ponencia de archivo porque hasta donde sé eso no se ha publicado y hasta donde sé</w:t>
      </w:r>
      <w:r w:rsidR="009C5C5E" w:rsidRPr="00BC6830">
        <w:rPr>
          <w:rStyle w:val="TNR21"/>
          <w:rFonts w:ascii="Arial" w:hAnsi="Arial" w:cs="Arial"/>
          <w:sz w:val="22"/>
          <w:lang w:val="es-CO"/>
        </w:rPr>
        <w:t>,</w:t>
      </w:r>
      <w:r w:rsidR="006146DD" w:rsidRPr="00BC6830">
        <w:rPr>
          <w:rStyle w:val="TNR21"/>
          <w:rFonts w:ascii="Arial" w:hAnsi="Arial" w:cs="Arial"/>
          <w:sz w:val="22"/>
          <w:lang w:val="es-CO"/>
        </w:rPr>
        <w:t xml:space="preserve"> y hablando con los Secretarios de la Cámara de Representantes y del Senado lo que entiendo es que si no se publica en gaceta no se puede hacer el anuncio del </w:t>
      </w:r>
      <w:r w:rsidR="00841B08">
        <w:rPr>
          <w:rStyle w:val="TNR21"/>
          <w:rFonts w:ascii="Arial" w:hAnsi="Arial" w:cs="Arial"/>
          <w:sz w:val="22"/>
          <w:lang w:val="es-CO"/>
        </w:rPr>
        <w:t>proyecto</w:t>
      </w:r>
      <w:r w:rsidR="009C5C5E" w:rsidRPr="00BC6830">
        <w:rPr>
          <w:rStyle w:val="TNR21"/>
          <w:rFonts w:ascii="Arial" w:hAnsi="Arial" w:cs="Arial"/>
          <w:sz w:val="22"/>
          <w:lang w:val="es-CO"/>
        </w:rPr>
        <w:t>,</w:t>
      </w:r>
      <w:r w:rsidR="006146DD" w:rsidRPr="00BC6830">
        <w:rPr>
          <w:rStyle w:val="TNR21"/>
          <w:rFonts w:ascii="Arial" w:hAnsi="Arial" w:cs="Arial"/>
          <w:sz w:val="22"/>
          <w:lang w:val="es-CO"/>
        </w:rPr>
        <w:t xml:space="preserve"> y eso es doctor Mondragón lo que nosotros estamos pidiendo nada más</w:t>
      </w:r>
      <w:r w:rsidR="009C5C5E" w:rsidRPr="00BC6830">
        <w:rPr>
          <w:rStyle w:val="TNR21"/>
          <w:rFonts w:ascii="Arial" w:hAnsi="Arial" w:cs="Arial"/>
          <w:sz w:val="22"/>
          <w:lang w:val="es-CO"/>
        </w:rPr>
        <w:t>, muchas gracias</w:t>
      </w:r>
      <w:r w:rsidR="006146DD" w:rsidRPr="00BC6830">
        <w:rPr>
          <w:rStyle w:val="TNR21"/>
          <w:rFonts w:ascii="Arial" w:hAnsi="Arial" w:cs="Arial"/>
          <w:sz w:val="22"/>
          <w:lang w:val="es-CO"/>
        </w:rPr>
        <w:t>.</w:t>
      </w:r>
    </w:p>
    <w:p w14:paraId="496AEDD6" w14:textId="77777777" w:rsidR="009C5C5E" w:rsidRPr="00BC6830" w:rsidRDefault="009C5C5E" w:rsidP="00667EBF">
      <w:pPr>
        <w:pStyle w:val="Sinespaciado"/>
        <w:jc w:val="both"/>
        <w:rPr>
          <w:rStyle w:val="TNR21"/>
          <w:rFonts w:ascii="Arial" w:hAnsi="Arial" w:cs="Arial"/>
          <w:sz w:val="22"/>
          <w:lang w:val="es-CO"/>
        </w:rPr>
      </w:pPr>
    </w:p>
    <w:p w14:paraId="263317EA" w14:textId="77777777" w:rsidR="009C5C5E"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9C5C5E" w:rsidRPr="00BC6830">
        <w:rPr>
          <w:rStyle w:val="TNR21"/>
          <w:rFonts w:ascii="Arial" w:hAnsi="Arial" w:cs="Arial"/>
          <w:sz w:val="22"/>
          <w:lang w:val="es-CO"/>
        </w:rPr>
        <w:t>T</w:t>
      </w:r>
      <w:r w:rsidR="006146DD" w:rsidRPr="00BC6830">
        <w:rPr>
          <w:rStyle w:val="TNR21"/>
          <w:rFonts w:ascii="Arial" w:hAnsi="Arial" w:cs="Arial"/>
          <w:sz w:val="22"/>
          <w:lang w:val="es-CO"/>
        </w:rPr>
        <w:t>iene la palabra el Representante Juan Felipe Corzo</w:t>
      </w:r>
      <w:r w:rsidR="009C5C5E" w:rsidRPr="00BC6830">
        <w:rPr>
          <w:rStyle w:val="TNR21"/>
          <w:rFonts w:ascii="Arial" w:hAnsi="Arial" w:cs="Arial"/>
          <w:sz w:val="22"/>
          <w:lang w:val="es-CO"/>
        </w:rPr>
        <w:t>.</w:t>
      </w:r>
    </w:p>
    <w:p w14:paraId="11293870" w14:textId="77777777" w:rsidR="009C5C5E" w:rsidRPr="00BC6830" w:rsidRDefault="009C5C5E" w:rsidP="00667EBF">
      <w:pPr>
        <w:pStyle w:val="Sinespaciado"/>
        <w:jc w:val="both"/>
        <w:rPr>
          <w:rStyle w:val="TNR21"/>
          <w:rFonts w:ascii="Arial" w:hAnsi="Arial" w:cs="Arial"/>
          <w:sz w:val="22"/>
          <w:lang w:val="es-CO"/>
        </w:rPr>
      </w:pPr>
    </w:p>
    <w:p w14:paraId="7566DEA6" w14:textId="77777777" w:rsidR="00DF2D78" w:rsidRPr="00BC6830" w:rsidRDefault="00B1577F" w:rsidP="00667EBF">
      <w:pPr>
        <w:pStyle w:val="Sinespaciado"/>
        <w:jc w:val="both"/>
        <w:rPr>
          <w:rStyle w:val="TNR21"/>
          <w:rFonts w:ascii="Arial" w:hAnsi="Arial" w:cs="Arial"/>
          <w:sz w:val="22"/>
          <w:lang w:val="es-CO"/>
        </w:rPr>
      </w:pPr>
      <w:r w:rsidRPr="00BC6830">
        <w:rPr>
          <w:rStyle w:val="TNR21"/>
          <w:rFonts w:ascii="Arial" w:hAnsi="Arial" w:cs="Arial"/>
          <w:b/>
          <w:sz w:val="22"/>
          <w:lang w:val="es-CO"/>
        </w:rPr>
        <w:t>H. Representante</w:t>
      </w:r>
      <w:r w:rsidR="006146DD" w:rsidRPr="00BC6830">
        <w:rPr>
          <w:rStyle w:val="TNR21"/>
          <w:rFonts w:ascii="Arial" w:hAnsi="Arial" w:cs="Arial"/>
          <w:b/>
          <w:sz w:val="22"/>
          <w:lang w:val="es-CO"/>
        </w:rPr>
        <w:t xml:space="preserve"> Juan Felipe Corzo Álvarez</w:t>
      </w:r>
      <w:r w:rsidR="006146DD" w:rsidRPr="00BC6830">
        <w:rPr>
          <w:rStyle w:val="TNR21"/>
          <w:rFonts w:ascii="Arial" w:hAnsi="Arial" w:cs="Arial"/>
          <w:sz w:val="22"/>
          <w:lang w:val="es-CO"/>
        </w:rPr>
        <w:t xml:space="preserve">: </w:t>
      </w:r>
      <w:r w:rsidR="009C5C5E" w:rsidRPr="00BC6830">
        <w:rPr>
          <w:rStyle w:val="TNR21"/>
          <w:rFonts w:ascii="Arial" w:hAnsi="Arial" w:cs="Arial"/>
          <w:sz w:val="22"/>
          <w:lang w:val="es-CO"/>
        </w:rPr>
        <w:t>G</w:t>
      </w:r>
      <w:r w:rsidR="006146DD" w:rsidRPr="00BC6830">
        <w:rPr>
          <w:rStyle w:val="TNR21"/>
          <w:rFonts w:ascii="Arial" w:hAnsi="Arial" w:cs="Arial"/>
          <w:sz w:val="22"/>
          <w:lang w:val="es-CO"/>
        </w:rPr>
        <w:t xml:space="preserve">racias Presidente por </w:t>
      </w:r>
      <w:r w:rsidR="00DF2D78" w:rsidRPr="00BC6830">
        <w:rPr>
          <w:rStyle w:val="TNR21"/>
          <w:rFonts w:ascii="Arial" w:hAnsi="Arial" w:cs="Arial"/>
          <w:sz w:val="22"/>
          <w:lang w:val="es-CO"/>
        </w:rPr>
        <w:t xml:space="preserve">el uso de la palabra. </w:t>
      </w:r>
      <w:r w:rsidR="006146DD" w:rsidRPr="00BC6830">
        <w:rPr>
          <w:rStyle w:val="TNR21"/>
          <w:rFonts w:ascii="Arial" w:hAnsi="Arial" w:cs="Arial"/>
          <w:sz w:val="22"/>
          <w:lang w:val="es-CO"/>
        </w:rPr>
        <w:t>Presidente para sumarme y aportar a este debate yo creo que del afán no queda sino el cansancio</w:t>
      </w:r>
      <w:r w:rsidR="00DF2D78" w:rsidRPr="00BC6830">
        <w:rPr>
          <w:rStyle w:val="TNR21"/>
          <w:rFonts w:ascii="Arial" w:hAnsi="Arial" w:cs="Arial"/>
          <w:sz w:val="22"/>
          <w:lang w:val="es-CO"/>
        </w:rPr>
        <w:t>,</w:t>
      </w:r>
      <w:r w:rsidR="006146DD" w:rsidRPr="00BC6830">
        <w:rPr>
          <w:rStyle w:val="TNR21"/>
          <w:rFonts w:ascii="Arial" w:hAnsi="Arial" w:cs="Arial"/>
          <w:sz w:val="22"/>
          <w:lang w:val="es-CO"/>
        </w:rPr>
        <w:t xml:space="preserve"> ya se presentó la ponencia positiva por parte de los partidos de gobierno</w:t>
      </w:r>
      <w:r w:rsidR="00DF2D78" w:rsidRPr="00BC6830">
        <w:rPr>
          <w:rStyle w:val="TNR21"/>
          <w:rFonts w:ascii="Arial" w:hAnsi="Arial" w:cs="Arial"/>
          <w:sz w:val="22"/>
          <w:lang w:val="es-CO"/>
        </w:rPr>
        <w:t>,</w:t>
      </w:r>
      <w:r w:rsidR="006146DD" w:rsidRPr="00BC6830">
        <w:rPr>
          <w:rStyle w:val="TNR21"/>
          <w:rFonts w:ascii="Arial" w:hAnsi="Arial" w:cs="Arial"/>
          <w:sz w:val="22"/>
          <w:lang w:val="es-CO"/>
        </w:rPr>
        <w:t xml:space="preserve"> el día de hoy los partidos de oposición presentamos nuestra ponencia tenemos entendido que después de las reuniones de bancadas del Partido de la U y el Partido Conservador se van a realizar unas adendas</w:t>
      </w:r>
      <w:r w:rsidR="00DF2D78" w:rsidRPr="00BC6830">
        <w:rPr>
          <w:rStyle w:val="TNR21"/>
          <w:rFonts w:ascii="Arial" w:hAnsi="Arial" w:cs="Arial"/>
          <w:sz w:val="22"/>
          <w:lang w:val="es-CO"/>
        </w:rPr>
        <w:t>,</w:t>
      </w:r>
      <w:r w:rsidR="006146DD" w:rsidRPr="00BC6830">
        <w:rPr>
          <w:rStyle w:val="TNR21"/>
          <w:rFonts w:ascii="Arial" w:hAnsi="Arial" w:cs="Arial"/>
          <w:sz w:val="22"/>
          <w:lang w:val="es-CO"/>
        </w:rPr>
        <w:t xml:space="preserve"> o una radicación de 133 artículos</w:t>
      </w:r>
      <w:r w:rsidR="00326699">
        <w:rPr>
          <w:rStyle w:val="TNR21"/>
          <w:rFonts w:ascii="Arial" w:hAnsi="Arial" w:cs="Arial"/>
          <w:sz w:val="22"/>
          <w:lang w:val="es-CO"/>
        </w:rPr>
        <w:t>,</w:t>
      </w:r>
      <w:r w:rsidR="006146DD" w:rsidRPr="00BC6830">
        <w:rPr>
          <w:rStyle w:val="TNR21"/>
          <w:rFonts w:ascii="Arial" w:hAnsi="Arial" w:cs="Arial"/>
          <w:sz w:val="22"/>
          <w:lang w:val="es-CO"/>
        </w:rPr>
        <w:t xml:space="preserve"> pero además</w:t>
      </w:r>
      <w:r w:rsidR="00326699">
        <w:rPr>
          <w:rStyle w:val="TNR21"/>
          <w:rFonts w:ascii="Arial" w:hAnsi="Arial" w:cs="Arial"/>
          <w:sz w:val="22"/>
          <w:lang w:val="es-CO"/>
        </w:rPr>
        <w:t>,</w:t>
      </w:r>
      <w:r w:rsidR="006146DD" w:rsidRPr="00BC6830">
        <w:rPr>
          <w:rStyle w:val="TNR21"/>
          <w:rFonts w:ascii="Arial" w:hAnsi="Arial" w:cs="Arial"/>
          <w:sz w:val="22"/>
          <w:lang w:val="es-CO"/>
        </w:rPr>
        <w:t xml:space="preserve"> también tenemos conocimiento que el Partido Liberal está trabajando en una ponencia alternativa</w:t>
      </w:r>
      <w:r w:rsidR="00DF2D78" w:rsidRPr="00BC6830">
        <w:rPr>
          <w:rStyle w:val="TNR21"/>
          <w:rFonts w:ascii="Arial" w:hAnsi="Arial" w:cs="Arial"/>
          <w:sz w:val="22"/>
          <w:lang w:val="es-CO"/>
        </w:rPr>
        <w:t>,</w:t>
      </w:r>
      <w:r w:rsidR="006146DD" w:rsidRPr="00BC6830">
        <w:rPr>
          <w:rStyle w:val="TNR21"/>
          <w:rFonts w:ascii="Arial" w:hAnsi="Arial" w:cs="Arial"/>
          <w:sz w:val="22"/>
          <w:lang w:val="es-CO"/>
        </w:rPr>
        <w:t xml:space="preserve"> por qué no acudimos al sentido de colega</w:t>
      </w:r>
      <w:r w:rsidR="009519B8" w:rsidRPr="00BC6830">
        <w:rPr>
          <w:rStyle w:val="TNR21"/>
          <w:rFonts w:ascii="Arial" w:hAnsi="Arial" w:cs="Arial"/>
          <w:sz w:val="22"/>
          <w:lang w:val="es-CO"/>
        </w:rPr>
        <w:t>j</w:t>
      </w:r>
      <w:r w:rsidR="00DF2D78" w:rsidRPr="00BC6830">
        <w:rPr>
          <w:rStyle w:val="TNR21"/>
          <w:rFonts w:ascii="Arial" w:hAnsi="Arial" w:cs="Arial"/>
          <w:sz w:val="22"/>
          <w:lang w:val="es-CO"/>
        </w:rPr>
        <w:t>e,</w:t>
      </w:r>
      <w:r w:rsidR="006146DD" w:rsidRPr="00BC6830">
        <w:rPr>
          <w:rStyle w:val="TNR21"/>
          <w:rFonts w:ascii="Arial" w:hAnsi="Arial" w:cs="Arial"/>
          <w:sz w:val="22"/>
          <w:lang w:val="es-CO"/>
        </w:rPr>
        <w:t xml:space="preserve"> a que este este debate se haga de una forma tranquila con los tiempos que tenemos también</w:t>
      </w:r>
      <w:r w:rsidR="00326699">
        <w:rPr>
          <w:rStyle w:val="TNR21"/>
          <w:rFonts w:ascii="Arial" w:hAnsi="Arial" w:cs="Arial"/>
          <w:sz w:val="22"/>
          <w:lang w:val="es-CO"/>
        </w:rPr>
        <w:t>,</w:t>
      </w:r>
      <w:r w:rsidR="006146DD" w:rsidRPr="00BC6830">
        <w:rPr>
          <w:rStyle w:val="TNR21"/>
          <w:rFonts w:ascii="Arial" w:hAnsi="Arial" w:cs="Arial"/>
          <w:sz w:val="22"/>
          <w:lang w:val="es-CO"/>
        </w:rPr>
        <w:t xml:space="preserve"> porque me uno a lo que menciona el Representante Forero y es que estamos en los tiempos hasta el viernes para presentar las ponencias</w:t>
      </w:r>
      <w:r w:rsidR="00DF2D78" w:rsidRPr="00BC6830">
        <w:rPr>
          <w:rStyle w:val="TNR21"/>
          <w:rFonts w:ascii="Arial" w:hAnsi="Arial" w:cs="Arial"/>
          <w:sz w:val="22"/>
          <w:lang w:val="es-CO"/>
        </w:rPr>
        <w:t>,</w:t>
      </w:r>
      <w:r w:rsidR="006146DD" w:rsidRPr="00BC6830">
        <w:rPr>
          <w:rStyle w:val="TNR21"/>
          <w:rFonts w:ascii="Arial" w:hAnsi="Arial" w:cs="Arial"/>
          <w:sz w:val="22"/>
          <w:lang w:val="es-CO"/>
        </w:rPr>
        <w:t xml:space="preserve"> no generemos ese afán para iniciar el debate el día mañana</w:t>
      </w:r>
      <w:r w:rsidR="00DF2D78" w:rsidRPr="00BC6830">
        <w:rPr>
          <w:rStyle w:val="TNR21"/>
          <w:rFonts w:ascii="Arial" w:hAnsi="Arial" w:cs="Arial"/>
          <w:sz w:val="22"/>
          <w:lang w:val="es-CO"/>
        </w:rPr>
        <w:t>,</w:t>
      </w:r>
      <w:r w:rsidR="006146DD" w:rsidRPr="00BC6830">
        <w:rPr>
          <w:rStyle w:val="TNR21"/>
          <w:rFonts w:ascii="Arial" w:hAnsi="Arial" w:cs="Arial"/>
          <w:sz w:val="22"/>
          <w:lang w:val="es-CO"/>
        </w:rPr>
        <w:t xml:space="preserve"> esperemos a que todos los que tenemos la oportunidad</w:t>
      </w:r>
      <w:r w:rsidR="000D7E1D" w:rsidRPr="00BC6830">
        <w:rPr>
          <w:rStyle w:val="TNR21"/>
          <w:rFonts w:ascii="Arial" w:hAnsi="Arial" w:cs="Arial"/>
          <w:sz w:val="22"/>
          <w:lang w:val="es-CO"/>
        </w:rPr>
        <w:t xml:space="preserve"> </w:t>
      </w:r>
      <w:r w:rsidR="006146DD" w:rsidRPr="00BC6830">
        <w:rPr>
          <w:rStyle w:val="TNR21"/>
          <w:rFonts w:ascii="Arial" w:hAnsi="Arial" w:cs="Arial"/>
          <w:sz w:val="22"/>
          <w:lang w:val="es-CO"/>
        </w:rPr>
        <w:t>de ser coordinadores ponentes y ponentes</w:t>
      </w:r>
      <w:r w:rsidR="00DF2D78" w:rsidRPr="00BC6830">
        <w:rPr>
          <w:rStyle w:val="TNR21"/>
          <w:rFonts w:ascii="Arial" w:hAnsi="Arial" w:cs="Arial"/>
          <w:sz w:val="22"/>
          <w:lang w:val="es-CO"/>
        </w:rPr>
        <w:t xml:space="preserve"> tengamos</w:t>
      </w:r>
      <w:r w:rsidR="006146DD" w:rsidRPr="00BC6830">
        <w:rPr>
          <w:rStyle w:val="TNR21"/>
          <w:rFonts w:ascii="Arial" w:hAnsi="Arial" w:cs="Arial"/>
          <w:sz w:val="22"/>
          <w:lang w:val="es-CO"/>
        </w:rPr>
        <w:t xml:space="preserve"> el tiempo de realizar y presentar nuestras ponencias en los tiempos que tenemos y una vez  empezamos el debate sano y democrático</w:t>
      </w:r>
      <w:r w:rsidR="00DF2D78" w:rsidRPr="00BC6830">
        <w:rPr>
          <w:rStyle w:val="TNR21"/>
          <w:rFonts w:ascii="Arial" w:hAnsi="Arial" w:cs="Arial"/>
          <w:sz w:val="22"/>
          <w:lang w:val="es-CO"/>
        </w:rPr>
        <w:t>,</w:t>
      </w:r>
      <w:r w:rsidR="006146DD" w:rsidRPr="00BC6830">
        <w:rPr>
          <w:rStyle w:val="TNR21"/>
          <w:rFonts w:ascii="Arial" w:hAnsi="Arial" w:cs="Arial"/>
          <w:sz w:val="22"/>
          <w:lang w:val="es-CO"/>
        </w:rPr>
        <w:t xml:space="preserve"> yo creo</w:t>
      </w:r>
      <w:r w:rsidR="00DF2D78" w:rsidRPr="00BC6830">
        <w:rPr>
          <w:rStyle w:val="TNR21"/>
          <w:rFonts w:ascii="Arial" w:hAnsi="Arial" w:cs="Arial"/>
          <w:sz w:val="22"/>
          <w:lang w:val="es-CO"/>
        </w:rPr>
        <w:t>,</w:t>
      </w:r>
      <w:r w:rsidR="006146DD" w:rsidRPr="00BC6830">
        <w:rPr>
          <w:rStyle w:val="TNR21"/>
          <w:rFonts w:ascii="Arial" w:hAnsi="Arial" w:cs="Arial"/>
          <w:sz w:val="22"/>
          <w:lang w:val="es-CO"/>
        </w:rPr>
        <w:t xml:space="preserve"> se lo repito Presidente con mucho respeto y el afecto que le tengo y</w:t>
      </w:r>
      <w:r w:rsidR="00FE28E0">
        <w:rPr>
          <w:rStyle w:val="TNR21"/>
          <w:rFonts w:ascii="Arial" w:hAnsi="Arial" w:cs="Arial"/>
          <w:sz w:val="22"/>
          <w:lang w:val="es-CO"/>
        </w:rPr>
        <w:t>,</w:t>
      </w:r>
      <w:r w:rsidR="006146DD" w:rsidRPr="00BC6830">
        <w:rPr>
          <w:rStyle w:val="TNR21"/>
          <w:rFonts w:ascii="Arial" w:hAnsi="Arial" w:cs="Arial"/>
          <w:sz w:val="22"/>
          <w:lang w:val="es-CO"/>
        </w:rPr>
        <w:t xml:space="preserve"> además reiterando las palabras del Representante Cristo</w:t>
      </w:r>
      <w:r w:rsidR="00DF2D78" w:rsidRPr="00BC6830">
        <w:rPr>
          <w:rStyle w:val="TNR21"/>
          <w:rFonts w:ascii="Arial" w:hAnsi="Arial" w:cs="Arial"/>
          <w:sz w:val="22"/>
          <w:lang w:val="es-CO"/>
        </w:rPr>
        <w:t>,</w:t>
      </w:r>
      <w:r w:rsidR="006146DD" w:rsidRPr="00BC6830">
        <w:rPr>
          <w:rStyle w:val="TNR21"/>
          <w:rFonts w:ascii="Arial" w:hAnsi="Arial" w:cs="Arial"/>
          <w:sz w:val="22"/>
          <w:lang w:val="es-CO"/>
        </w:rPr>
        <w:t xml:space="preserve"> con la garantías que usted nos ha dado démosle tiempo a los ponentes que se cumplan los días para presentar nuestras ponencias y después de eso anunciamos</w:t>
      </w:r>
      <w:r w:rsidR="00DF2D78" w:rsidRPr="00BC6830">
        <w:rPr>
          <w:rStyle w:val="TNR21"/>
          <w:rFonts w:ascii="Arial" w:hAnsi="Arial" w:cs="Arial"/>
          <w:sz w:val="22"/>
          <w:lang w:val="es-CO"/>
        </w:rPr>
        <w:t xml:space="preserve">, </w:t>
      </w:r>
      <w:r w:rsidR="006146DD" w:rsidRPr="00BC6830">
        <w:rPr>
          <w:rStyle w:val="TNR21"/>
          <w:rFonts w:ascii="Arial" w:hAnsi="Arial" w:cs="Arial"/>
          <w:sz w:val="22"/>
          <w:lang w:val="es-CO"/>
        </w:rPr>
        <w:t>iniciamos el debate Presidente</w:t>
      </w:r>
      <w:r w:rsidR="00DF2D78" w:rsidRPr="00BC6830">
        <w:rPr>
          <w:rStyle w:val="TNR21"/>
          <w:rFonts w:ascii="Arial" w:hAnsi="Arial" w:cs="Arial"/>
          <w:sz w:val="22"/>
          <w:lang w:val="es-CO"/>
        </w:rPr>
        <w:t>, muchas gracias</w:t>
      </w:r>
      <w:r w:rsidR="006146DD" w:rsidRPr="00BC6830">
        <w:rPr>
          <w:rStyle w:val="TNR21"/>
          <w:rFonts w:ascii="Arial" w:hAnsi="Arial" w:cs="Arial"/>
          <w:sz w:val="22"/>
          <w:lang w:val="es-CO"/>
        </w:rPr>
        <w:t>.</w:t>
      </w:r>
    </w:p>
    <w:p w14:paraId="06788ED4" w14:textId="77777777" w:rsidR="00DF2D78" w:rsidRPr="00BC6830" w:rsidRDefault="00DF2D78" w:rsidP="00667EBF">
      <w:pPr>
        <w:pStyle w:val="Sinespaciado"/>
        <w:jc w:val="both"/>
        <w:rPr>
          <w:rStyle w:val="TNR21"/>
          <w:rFonts w:ascii="Arial" w:hAnsi="Arial" w:cs="Arial"/>
          <w:sz w:val="22"/>
          <w:lang w:val="es-CO"/>
        </w:rPr>
      </w:pPr>
    </w:p>
    <w:p w14:paraId="5A0C0CB1" w14:textId="77777777" w:rsidR="009519B8"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DF2D78" w:rsidRPr="00BC6830">
        <w:rPr>
          <w:rStyle w:val="TNR21"/>
          <w:rFonts w:ascii="Arial" w:hAnsi="Arial" w:cs="Arial"/>
          <w:sz w:val="22"/>
          <w:lang w:val="es-CO"/>
        </w:rPr>
        <w:t>M</w:t>
      </w:r>
      <w:r w:rsidR="006146DD" w:rsidRPr="00BC6830">
        <w:rPr>
          <w:rStyle w:val="TNR21"/>
          <w:rFonts w:ascii="Arial" w:hAnsi="Arial" w:cs="Arial"/>
          <w:sz w:val="22"/>
          <w:lang w:val="es-CO"/>
        </w:rPr>
        <w:t>uchas gracias Representante Corso</w:t>
      </w:r>
      <w:r w:rsidR="00DF2D78" w:rsidRPr="00BC6830">
        <w:rPr>
          <w:rStyle w:val="TNR21"/>
          <w:rFonts w:ascii="Arial" w:hAnsi="Arial" w:cs="Arial"/>
          <w:sz w:val="22"/>
          <w:lang w:val="es-CO"/>
        </w:rPr>
        <w:t>,</w:t>
      </w:r>
      <w:r w:rsidR="006146DD" w:rsidRPr="00BC6830">
        <w:rPr>
          <w:rStyle w:val="TNR21"/>
          <w:rFonts w:ascii="Arial" w:hAnsi="Arial" w:cs="Arial"/>
          <w:sz w:val="22"/>
          <w:lang w:val="es-CO"/>
        </w:rPr>
        <w:t xml:space="preserve"> tiene la palabra el Representante Alfr</w:t>
      </w:r>
      <w:r w:rsidR="009519B8" w:rsidRPr="00BC6830">
        <w:rPr>
          <w:rStyle w:val="TNR21"/>
          <w:rFonts w:ascii="Arial" w:hAnsi="Arial" w:cs="Arial"/>
          <w:sz w:val="22"/>
          <w:lang w:val="es-CO"/>
        </w:rPr>
        <w:t>edo Mondragón</w:t>
      </w:r>
      <w:r w:rsidR="006146DD" w:rsidRPr="00BC6830">
        <w:rPr>
          <w:rStyle w:val="TNR21"/>
          <w:rFonts w:ascii="Arial" w:hAnsi="Arial" w:cs="Arial"/>
          <w:sz w:val="22"/>
          <w:lang w:val="es-CO"/>
        </w:rPr>
        <w:t>.</w:t>
      </w:r>
    </w:p>
    <w:p w14:paraId="1B4FCC8D" w14:textId="77777777" w:rsidR="009519B8" w:rsidRPr="00BC6830" w:rsidRDefault="009519B8" w:rsidP="00667EBF">
      <w:pPr>
        <w:pStyle w:val="Sinespaciado"/>
        <w:jc w:val="both"/>
        <w:rPr>
          <w:rStyle w:val="TNR21"/>
          <w:rFonts w:ascii="Arial" w:hAnsi="Arial" w:cs="Arial"/>
          <w:sz w:val="22"/>
          <w:lang w:val="es-CO"/>
        </w:rPr>
      </w:pPr>
    </w:p>
    <w:p w14:paraId="5F67066D" w14:textId="77777777" w:rsidR="00C57C27" w:rsidRPr="00BC6830" w:rsidRDefault="00B1577F" w:rsidP="00667EBF">
      <w:pPr>
        <w:pStyle w:val="Sinespaciado"/>
        <w:jc w:val="both"/>
        <w:rPr>
          <w:rStyle w:val="TNR21"/>
          <w:rFonts w:ascii="Arial" w:hAnsi="Arial" w:cs="Arial"/>
          <w:sz w:val="22"/>
          <w:lang w:val="es-CO"/>
        </w:rPr>
      </w:pPr>
      <w:r w:rsidRPr="00BC6830">
        <w:rPr>
          <w:rStyle w:val="TNR21"/>
          <w:rFonts w:ascii="Arial" w:hAnsi="Arial" w:cs="Arial"/>
          <w:b/>
          <w:sz w:val="22"/>
          <w:lang w:val="es-CO"/>
        </w:rPr>
        <w:t>H. Representante</w:t>
      </w:r>
      <w:r w:rsidR="006146DD" w:rsidRPr="00BC6830">
        <w:rPr>
          <w:rStyle w:val="TNR21"/>
          <w:rFonts w:ascii="Arial" w:hAnsi="Arial" w:cs="Arial"/>
          <w:b/>
          <w:sz w:val="22"/>
          <w:lang w:val="es-CO"/>
        </w:rPr>
        <w:t xml:space="preserve"> Alfredo Mondragón Garzón</w:t>
      </w:r>
      <w:r w:rsidR="006146DD" w:rsidRPr="00BC6830">
        <w:rPr>
          <w:rStyle w:val="TNR21"/>
          <w:rFonts w:ascii="Arial" w:hAnsi="Arial" w:cs="Arial"/>
          <w:sz w:val="22"/>
          <w:lang w:val="es-CO"/>
        </w:rPr>
        <w:t>: Presidente</w:t>
      </w:r>
      <w:r w:rsidR="009519B8" w:rsidRPr="00BC6830">
        <w:rPr>
          <w:rStyle w:val="TNR21"/>
          <w:rFonts w:ascii="Arial" w:hAnsi="Arial" w:cs="Arial"/>
          <w:sz w:val="22"/>
          <w:lang w:val="es-CO"/>
        </w:rPr>
        <w:t>,</w:t>
      </w:r>
      <w:r w:rsidR="006146DD" w:rsidRPr="00BC6830">
        <w:rPr>
          <w:rStyle w:val="TNR21"/>
          <w:rFonts w:ascii="Arial" w:hAnsi="Arial" w:cs="Arial"/>
          <w:sz w:val="22"/>
          <w:lang w:val="es-CO"/>
        </w:rPr>
        <w:t xml:space="preserve"> yo creo que deberíamos ajustarnos a la norma</w:t>
      </w:r>
      <w:r w:rsidR="009519B8" w:rsidRPr="00BC6830">
        <w:rPr>
          <w:rStyle w:val="TNR21"/>
          <w:rFonts w:ascii="Arial" w:hAnsi="Arial" w:cs="Arial"/>
          <w:sz w:val="22"/>
          <w:lang w:val="es-CO"/>
        </w:rPr>
        <w:t>,</w:t>
      </w:r>
      <w:r w:rsidR="006146DD" w:rsidRPr="00BC6830">
        <w:rPr>
          <w:rStyle w:val="TNR21"/>
          <w:rFonts w:ascii="Arial" w:hAnsi="Arial" w:cs="Arial"/>
          <w:sz w:val="22"/>
          <w:lang w:val="es-CO"/>
        </w:rPr>
        <w:t xml:space="preserve"> a la Ley 5</w:t>
      </w:r>
      <w:r w:rsidR="00FE28E0">
        <w:rPr>
          <w:rStyle w:val="TNR21"/>
          <w:rFonts w:ascii="Arial" w:hAnsi="Arial" w:cs="Arial"/>
          <w:sz w:val="22"/>
          <w:lang w:val="es-CO"/>
        </w:rPr>
        <w:t xml:space="preserve">ª </w:t>
      </w:r>
      <w:r w:rsidR="006146DD" w:rsidRPr="00BC6830">
        <w:rPr>
          <w:rStyle w:val="TNR21"/>
          <w:rFonts w:ascii="Arial" w:hAnsi="Arial" w:cs="Arial"/>
          <w:sz w:val="22"/>
          <w:lang w:val="es-CO"/>
        </w:rPr>
        <w:t>para que nos diga efectivamente cuáles son los requisitos para anuncio y para inicio de debate</w:t>
      </w:r>
      <w:r w:rsidR="009519B8" w:rsidRPr="00BC6830">
        <w:rPr>
          <w:rStyle w:val="TNR21"/>
          <w:rFonts w:ascii="Arial" w:hAnsi="Arial" w:cs="Arial"/>
          <w:sz w:val="22"/>
          <w:lang w:val="es-CO"/>
        </w:rPr>
        <w:t>,</w:t>
      </w:r>
      <w:r w:rsidR="006146DD" w:rsidRPr="00BC6830">
        <w:rPr>
          <w:rStyle w:val="TNR21"/>
          <w:rFonts w:ascii="Arial" w:hAnsi="Arial" w:cs="Arial"/>
          <w:sz w:val="22"/>
          <w:lang w:val="es-CO"/>
        </w:rPr>
        <w:t xml:space="preserve"> que son distintos</w:t>
      </w:r>
      <w:r w:rsidR="009519B8" w:rsidRPr="00BC6830">
        <w:rPr>
          <w:rStyle w:val="TNR21"/>
          <w:rFonts w:ascii="Arial" w:hAnsi="Arial" w:cs="Arial"/>
          <w:sz w:val="22"/>
          <w:lang w:val="es-CO"/>
        </w:rPr>
        <w:t>,</w:t>
      </w:r>
      <w:r w:rsidR="006146DD" w:rsidRPr="00BC6830">
        <w:rPr>
          <w:rStyle w:val="TNR21"/>
          <w:rFonts w:ascii="Arial" w:hAnsi="Arial" w:cs="Arial"/>
          <w:sz w:val="22"/>
          <w:lang w:val="es-CO"/>
        </w:rPr>
        <w:t xml:space="preserve"> lo que acaba de decir el colega Corzo es una preocupación para que se defina el inicio de debate y no se está planteando el inicio de debate</w:t>
      </w:r>
      <w:r w:rsidR="009519B8" w:rsidRPr="00BC6830">
        <w:rPr>
          <w:rStyle w:val="TNR21"/>
          <w:rFonts w:ascii="Arial" w:hAnsi="Arial" w:cs="Arial"/>
          <w:sz w:val="22"/>
          <w:lang w:val="es-CO"/>
        </w:rPr>
        <w:t>,</w:t>
      </w:r>
      <w:r w:rsidR="000D7E1D" w:rsidRPr="00BC6830">
        <w:rPr>
          <w:rStyle w:val="TNR21"/>
          <w:rFonts w:ascii="Arial" w:hAnsi="Arial" w:cs="Arial"/>
          <w:sz w:val="22"/>
          <w:lang w:val="es-CO"/>
        </w:rPr>
        <w:t xml:space="preserve"> </w:t>
      </w:r>
      <w:r w:rsidR="006146DD" w:rsidRPr="00BC6830">
        <w:rPr>
          <w:rStyle w:val="TNR21"/>
          <w:rFonts w:ascii="Arial" w:hAnsi="Arial" w:cs="Arial"/>
          <w:sz w:val="22"/>
          <w:lang w:val="es-CO"/>
        </w:rPr>
        <w:t xml:space="preserve">porque para que inicie el debate </w:t>
      </w:r>
      <w:r w:rsidR="009519B8" w:rsidRPr="00BC6830">
        <w:rPr>
          <w:rStyle w:val="TNR21"/>
          <w:rFonts w:ascii="Arial" w:hAnsi="Arial" w:cs="Arial"/>
          <w:sz w:val="22"/>
          <w:lang w:val="es-CO"/>
        </w:rPr>
        <w:t>se debe conocer</w:t>
      </w:r>
      <w:r w:rsidR="006146DD" w:rsidRPr="00BC6830">
        <w:rPr>
          <w:rStyle w:val="TNR21"/>
          <w:rFonts w:ascii="Arial" w:hAnsi="Arial" w:cs="Arial"/>
          <w:sz w:val="22"/>
          <w:lang w:val="es-CO"/>
        </w:rPr>
        <w:t xml:space="preserve"> efectivamente el texto</w:t>
      </w:r>
      <w:r w:rsidR="009519B8" w:rsidRPr="00BC6830">
        <w:rPr>
          <w:rStyle w:val="TNR21"/>
          <w:rFonts w:ascii="Arial" w:hAnsi="Arial" w:cs="Arial"/>
          <w:sz w:val="22"/>
          <w:lang w:val="es-CO"/>
        </w:rPr>
        <w:t>,</w:t>
      </w:r>
      <w:r w:rsidR="006146DD" w:rsidRPr="00BC6830">
        <w:rPr>
          <w:rStyle w:val="TNR21"/>
          <w:rFonts w:ascii="Arial" w:hAnsi="Arial" w:cs="Arial"/>
          <w:sz w:val="22"/>
          <w:lang w:val="es-CO"/>
        </w:rPr>
        <w:t xml:space="preserve"> lo que se está planteando es un anuncio ya</w:t>
      </w:r>
      <w:r w:rsidR="009519B8" w:rsidRPr="00BC6830">
        <w:rPr>
          <w:rStyle w:val="TNR21"/>
          <w:rFonts w:ascii="Arial" w:hAnsi="Arial" w:cs="Arial"/>
          <w:sz w:val="22"/>
          <w:lang w:val="es-CO"/>
        </w:rPr>
        <w:t>,</w:t>
      </w:r>
      <w:r w:rsidR="006146DD" w:rsidRPr="00BC6830">
        <w:rPr>
          <w:rStyle w:val="TNR21"/>
          <w:rFonts w:ascii="Arial" w:hAnsi="Arial" w:cs="Arial"/>
          <w:sz w:val="22"/>
          <w:lang w:val="es-CO"/>
        </w:rPr>
        <w:t xml:space="preserve"> en ese sentido yo creo que en el sentido no solamente de colegaje sino en el cumplimiento de las normas y en darles las garantías a la oposición se está planteando que</w:t>
      </w:r>
      <w:r w:rsidR="00FE28E0">
        <w:rPr>
          <w:rStyle w:val="TNR21"/>
          <w:rFonts w:ascii="Arial" w:hAnsi="Arial" w:cs="Arial"/>
          <w:sz w:val="22"/>
          <w:lang w:val="es-CO"/>
        </w:rPr>
        <w:t>,</w:t>
      </w:r>
      <w:r w:rsidR="006146DD" w:rsidRPr="00BC6830">
        <w:rPr>
          <w:rStyle w:val="TNR21"/>
          <w:rFonts w:ascii="Arial" w:hAnsi="Arial" w:cs="Arial"/>
          <w:sz w:val="22"/>
          <w:lang w:val="es-CO"/>
        </w:rPr>
        <w:t xml:space="preserve"> no el inicio </w:t>
      </w:r>
      <w:r w:rsidR="009519B8" w:rsidRPr="00BC6830">
        <w:rPr>
          <w:rStyle w:val="TNR21"/>
          <w:rFonts w:ascii="Arial" w:hAnsi="Arial" w:cs="Arial"/>
          <w:sz w:val="22"/>
          <w:lang w:val="es-CO"/>
        </w:rPr>
        <w:t>d</w:t>
      </w:r>
      <w:r w:rsidR="006146DD" w:rsidRPr="00BC6830">
        <w:rPr>
          <w:rStyle w:val="TNR21"/>
          <w:rFonts w:ascii="Arial" w:hAnsi="Arial" w:cs="Arial"/>
          <w:sz w:val="22"/>
          <w:lang w:val="es-CO"/>
        </w:rPr>
        <w:t>el debate</w:t>
      </w:r>
      <w:r w:rsidR="009519B8" w:rsidRPr="00BC6830">
        <w:rPr>
          <w:rStyle w:val="TNR21"/>
          <w:rFonts w:ascii="Arial" w:hAnsi="Arial" w:cs="Arial"/>
          <w:sz w:val="22"/>
          <w:lang w:val="es-CO"/>
        </w:rPr>
        <w:t>,</w:t>
      </w:r>
      <w:r w:rsidR="006146DD" w:rsidRPr="00BC6830">
        <w:rPr>
          <w:rStyle w:val="TNR21"/>
          <w:rFonts w:ascii="Arial" w:hAnsi="Arial" w:cs="Arial"/>
          <w:sz w:val="22"/>
          <w:lang w:val="es-CO"/>
        </w:rPr>
        <w:t xml:space="preserve"> sino el anuncio</w:t>
      </w:r>
      <w:r w:rsidR="00C57C27" w:rsidRPr="00BC6830">
        <w:rPr>
          <w:rStyle w:val="TNR21"/>
          <w:rFonts w:ascii="Arial" w:hAnsi="Arial" w:cs="Arial"/>
          <w:sz w:val="22"/>
          <w:lang w:val="es-CO"/>
        </w:rPr>
        <w:t>,</w:t>
      </w:r>
      <w:r w:rsidR="006146DD" w:rsidRPr="00BC6830">
        <w:rPr>
          <w:rStyle w:val="TNR21"/>
          <w:rFonts w:ascii="Arial" w:hAnsi="Arial" w:cs="Arial"/>
          <w:sz w:val="22"/>
          <w:lang w:val="es-CO"/>
        </w:rPr>
        <w:t xml:space="preserve"> que son cosas distintas</w:t>
      </w:r>
      <w:r w:rsidR="00C57C27" w:rsidRPr="00BC6830">
        <w:rPr>
          <w:rStyle w:val="TNR21"/>
          <w:rFonts w:ascii="Arial" w:hAnsi="Arial" w:cs="Arial"/>
          <w:sz w:val="22"/>
          <w:lang w:val="es-CO"/>
        </w:rPr>
        <w:t>,</w:t>
      </w:r>
      <w:r w:rsidR="006146DD" w:rsidRPr="00BC6830">
        <w:rPr>
          <w:rStyle w:val="TNR21"/>
          <w:rFonts w:ascii="Arial" w:hAnsi="Arial" w:cs="Arial"/>
          <w:sz w:val="22"/>
          <w:lang w:val="es-CO"/>
        </w:rPr>
        <w:t xml:space="preserve"> en ese sentido creo que aquí siempre hemos estado con toda la disposición no solamente por colegaje sino porque hay que cumplir las normas</w:t>
      </w:r>
      <w:r w:rsidR="00C57C27"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C57C27" w:rsidRPr="00BC6830">
        <w:rPr>
          <w:rStyle w:val="TNR21"/>
          <w:rFonts w:ascii="Arial" w:hAnsi="Arial" w:cs="Arial"/>
          <w:sz w:val="22"/>
          <w:lang w:val="es-CO"/>
        </w:rPr>
        <w:t>L</w:t>
      </w:r>
      <w:r w:rsidR="006146DD" w:rsidRPr="00BC6830">
        <w:rPr>
          <w:rStyle w:val="TNR21"/>
          <w:rFonts w:ascii="Arial" w:hAnsi="Arial" w:cs="Arial"/>
          <w:sz w:val="22"/>
          <w:lang w:val="es-CO"/>
        </w:rPr>
        <w:t>o otro</w:t>
      </w:r>
      <w:r w:rsidR="00C57C27" w:rsidRPr="00BC6830">
        <w:rPr>
          <w:rStyle w:val="TNR21"/>
          <w:rFonts w:ascii="Arial" w:hAnsi="Arial" w:cs="Arial"/>
          <w:sz w:val="22"/>
          <w:lang w:val="es-CO"/>
        </w:rPr>
        <w:t>,</w:t>
      </w:r>
      <w:r w:rsidR="006146DD" w:rsidRPr="00BC6830">
        <w:rPr>
          <w:rStyle w:val="TNR21"/>
          <w:rFonts w:ascii="Arial" w:hAnsi="Arial" w:cs="Arial"/>
          <w:sz w:val="22"/>
          <w:lang w:val="es-CO"/>
        </w:rPr>
        <w:t xml:space="preserve"> nosotros no nos podemos inventar que una proposición así la firmen integrantes de la Mesa Directiva entonces ya esté ordenando el debate</w:t>
      </w:r>
      <w:r w:rsidR="00C57C27" w:rsidRPr="00BC6830">
        <w:rPr>
          <w:rStyle w:val="TNR21"/>
          <w:rFonts w:ascii="Arial" w:hAnsi="Arial" w:cs="Arial"/>
          <w:sz w:val="22"/>
          <w:lang w:val="es-CO"/>
        </w:rPr>
        <w:t>,</w:t>
      </w:r>
      <w:r w:rsidR="006146DD" w:rsidRPr="00BC6830">
        <w:rPr>
          <w:rStyle w:val="TNR21"/>
          <w:rFonts w:ascii="Arial" w:hAnsi="Arial" w:cs="Arial"/>
          <w:sz w:val="22"/>
          <w:lang w:val="es-CO"/>
        </w:rPr>
        <w:t xml:space="preserve"> aducir que porque se firmó una proposición planteando unas fechas para hacer unas audiencias significa entonces que eso reemplaza la Ley 5</w:t>
      </w:r>
      <w:r w:rsidR="00FE28E0">
        <w:rPr>
          <w:rStyle w:val="TNR21"/>
          <w:rFonts w:ascii="Arial" w:hAnsi="Arial" w:cs="Arial"/>
          <w:sz w:val="22"/>
          <w:lang w:val="es-CO"/>
        </w:rPr>
        <w:t xml:space="preserve">ª </w:t>
      </w:r>
      <w:r w:rsidR="006146DD" w:rsidRPr="00BC6830">
        <w:rPr>
          <w:rStyle w:val="TNR21"/>
          <w:rFonts w:ascii="Arial" w:hAnsi="Arial" w:cs="Arial"/>
          <w:sz w:val="22"/>
          <w:lang w:val="es-CO"/>
        </w:rPr>
        <w:t>que define c</w:t>
      </w:r>
      <w:r w:rsidR="00C57C27" w:rsidRPr="00BC6830">
        <w:rPr>
          <w:rStyle w:val="TNR21"/>
          <w:rFonts w:ascii="Arial" w:hAnsi="Arial" w:cs="Arial"/>
          <w:sz w:val="22"/>
          <w:lang w:val="es-CO"/>
        </w:rPr>
        <w:t>ó</w:t>
      </w:r>
      <w:r w:rsidR="006146DD" w:rsidRPr="00BC6830">
        <w:rPr>
          <w:rStyle w:val="TNR21"/>
          <w:rFonts w:ascii="Arial" w:hAnsi="Arial" w:cs="Arial"/>
          <w:sz w:val="22"/>
          <w:lang w:val="es-CO"/>
        </w:rPr>
        <w:t>mo</w:t>
      </w:r>
      <w:r w:rsidR="000D7E1D" w:rsidRPr="00BC6830">
        <w:rPr>
          <w:rStyle w:val="TNR21"/>
          <w:rFonts w:ascii="Arial" w:hAnsi="Arial" w:cs="Arial"/>
          <w:sz w:val="22"/>
          <w:lang w:val="es-CO"/>
        </w:rPr>
        <w:t xml:space="preserve"> </w:t>
      </w:r>
      <w:r w:rsidR="006146DD" w:rsidRPr="00BC6830">
        <w:rPr>
          <w:rStyle w:val="TNR21"/>
          <w:rFonts w:ascii="Arial" w:hAnsi="Arial" w:cs="Arial"/>
          <w:sz w:val="22"/>
          <w:lang w:val="es-CO"/>
        </w:rPr>
        <w:lastRenderedPageBreak/>
        <w:t xml:space="preserve">es el procedimiento para tramitar los </w:t>
      </w:r>
      <w:r w:rsidR="00841B08">
        <w:rPr>
          <w:rStyle w:val="TNR21"/>
          <w:rFonts w:ascii="Arial" w:hAnsi="Arial" w:cs="Arial"/>
          <w:sz w:val="22"/>
          <w:lang w:val="es-CO"/>
        </w:rPr>
        <w:t>proyecto</w:t>
      </w:r>
      <w:r w:rsidR="006146DD" w:rsidRPr="00BC6830">
        <w:rPr>
          <w:rStyle w:val="TNR21"/>
          <w:rFonts w:ascii="Arial" w:hAnsi="Arial" w:cs="Arial"/>
          <w:sz w:val="22"/>
          <w:lang w:val="es-CO"/>
        </w:rPr>
        <w:t>s de ley</w:t>
      </w:r>
      <w:r w:rsidR="00C57C27" w:rsidRPr="00BC6830">
        <w:rPr>
          <w:rStyle w:val="TNR21"/>
          <w:rFonts w:ascii="Arial" w:hAnsi="Arial" w:cs="Arial"/>
          <w:sz w:val="22"/>
          <w:lang w:val="es-CO"/>
        </w:rPr>
        <w:t>,</w:t>
      </w:r>
      <w:r w:rsidR="006146DD" w:rsidRPr="00BC6830">
        <w:rPr>
          <w:rStyle w:val="TNR21"/>
          <w:rFonts w:ascii="Arial" w:hAnsi="Arial" w:cs="Arial"/>
          <w:sz w:val="22"/>
          <w:lang w:val="es-CO"/>
        </w:rPr>
        <w:t xml:space="preserve"> y lo otro</w:t>
      </w:r>
      <w:r w:rsidR="00C57C27" w:rsidRPr="00BC6830">
        <w:rPr>
          <w:rStyle w:val="TNR21"/>
          <w:rFonts w:ascii="Arial" w:hAnsi="Arial" w:cs="Arial"/>
          <w:sz w:val="22"/>
          <w:lang w:val="es-CO"/>
        </w:rPr>
        <w:t>,</w:t>
      </w:r>
      <w:r w:rsidR="006146DD" w:rsidRPr="00BC6830">
        <w:rPr>
          <w:rStyle w:val="TNR21"/>
          <w:rFonts w:ascii="Arial" w:hAnsi="Arial" w:cs="Arial"/>
          <w:sz w:val="22"/>
          <w:lang w:val="es-CO"/>
        </w:rPr>
        <w:t xml:space="preserve"> yo quisiera saber cuál es la comunicación oficial que le respondieron como dice el doctor Forero</w:t>
      </w:r>
      <w:r w:rsidR="00C57C27" w:rsidRPr="00BC6830">
        <w:rPr>
          <w:rStyle w:val="TNR21"/>
          <w:rFonts w:ascii="Arial" w:hAnsi="Arial" w:cs="Arial"/>
          <w:sz w:val="22"/>
          <w:lang w:val="es-CO"/>
        </w:rPr>
        <w:t xml:space="preserve">, </w:t>
      </w:r>
      <w:r w:rsidR="006146DD" w:rsidRPr="00BC6830">
        <w:rPr>
          <w:rStyle w:val="TNR21"/>
          <w:rFonts w:ascii="Arial" w:hAnsi="Arial" w:cs="Arial"/>
          <w:sz w:val="22"/>
          <w:lang w:val="es-CO"/>
        </w:rPr>
        <w:t xml:space="preserve"> que la Mesa Directiva le haya escrito </w:t>
      </w:r>
      <w:r w:rsidR="00C57C27" w:rsidRPr="00BC6830">
        <w:rPr>
          <w:rStyle w:val="TNR21"/>
          <w:rFonts w:ascii="Arial" w:hAnsi="Arial" w:cs="Arial"/>
          <w:sz w:val="22"/>
          <w:lang w:val="es-CO"/>
        </w:rPr>
        <w:t xml:space="preserve">y </w:t>
      </w:r>
      <w:r w:rsidR="006146DD" w:rsidRPr="00BC6830">
        <w:rPr>
          <w:rStyle w:val="TNR21"/>
          <w:rFonts w:ascii="Arial" w:hAnsi="Arial" w:cs="Arial"/>
          <w:sz w:val="22"/>
          <w:lang w:val="es-CO"/>
        </w:rPr>
        <w:t xml:space="preserve">le haya respondido al doctor Forero que hasta </w:t>
      </w:r>
      <w:r w:rsidR="00C57C27" w:rsidRPr="00BC6830">
        <w:rPr>
          <w:rStyle w:val="TNR21"/>
          <w:rFonts w:ascii="Arial" w:hAnsi="Arial" w:cs="Arial"/>
          <w:sz w:val="22"/>
          <w:lang w:val="es-CO"/>
        </w:rPr>
        <w:t xml:space="preserve">el </w:t>
      </w:r>
      <w:r w:rsidR="006146DD" w:rsidRPr="00BC6830">
        <w:rPr>
          <w:rStyle w:val="TNR21"/>
          <w:rFonts w:ascii="Arial" w:hAnsi="Arial" w:cs="Arial"/>
          <w:sz w:val="22"/>
          <w:lang w:val="es-CO"/>
        </w:rPr>
        <w:t>viernes tenían plazo</w:t>
      </w:r>
      <w:r w:rsidR="00C57C27" w:rsidRPr="00BC6830">
        <w:rPr>
          <w:rStyle w:val="TNR21"/>
          <w:rFonts w:ascii="Arial" w:hAnsi="Arial" w:cs="Arial"/>
          <w:sz w:val="22"/>
          <w:lang w:val="es-CO"/>
        </w:rPr>
        <w:t>,</w:t>
      </w:r>
      <w:r w:rsidR="006146DD" w:rsidRPr="00BC6830">
        <w:rPr>
          <w:rStyle w:val="TNR21"/>
          <w:rFonts w:ascii="Arial" w:hAnsi="Arial" w:cs="Arial"/>
          <w:sz w:val="22"/>
          <w:lang w:val="es-CO"/>
        </w:rPr>
        <w:t xml:space="preserve"> lo concreto es que aquí se anunció cuáles eran la acumulación y se notificó hasta el 23 los responsables</w:t>
      </w:r>
      <w:r w:rsidR="00C57C27" w:rsidRPr="00BC6830">
        <w:rPr>
          <w:rStyle w:val="TNR21"/>
          <w:rFonts w:ascii="Arial" w:hAnsi="Arial" w:cs="Arial"/>
          <w:sz w:val="22"/>
          <w:lang w:val="es-CO"/>
        </w:rPr>
        <w:t>,</w:t>
      </w:r>
      <w:r w:rsidR="006146DD" w:rsidRPr="00BC6830">
        <w:rPr>
          <w:rStyle w:val="TNR21"/>
          <w:rFonts w:ascii="Arial" w:hAnsi="Arial" w:cs="Arial"/>
          <w:sz w:val="22"/>
          <w:lang w:val="es-CO"/>
        </w:rPr>
        <w:t xml:space="preserve"> los coordinadores y los ponentes en el  nuevo contexto de acumulación de </w:t>
      </w:r>
      <w:r w:rsidR="00841B08">
        <w:rPr>
          <w:rStyle w:val="TNR21"/>
          <w:rFonts w:ascii="Arial" w:hAnsi="Arial" w:cs="Arial"/>
          <w:sz w:val="22"/>
          <w:lang w:val="es-CO"/>
        </w:rPr>
        <w:t>proyecto</w:t>
      </w:r>
      <w:r w:rsidR="006146DD" w:rsidRPr="00BC6830">
        <w:rPr>
          <w:rStyle w:val="TNR21"/>
          <w:rFonts w:ascii="Arial" w:hAnsi="Arial" w:cs="Arial"/>
          <w:sz w:val="22"/>
          <w:lang w:val="es-CO"/>
        </w:rPr>
        <w:t>s de ley y</w:t>
      </w:r>
      <w:r w:rsidR="00FE28E0">
        <w:rPr>
          <w:rStyle w:val="TNR21"/>
          <w:rFonts w:ascii="Arial" w:hAnsi="Arial" w:cs="Arial"/>
          <w:sz w:val="22"/>
          <w:lang w:val="es-CO"/>
        </w:rPr>
        <w:t>,</w:t>
      </w:r>
      <w:r w:rsidR="006146DD" w:rsidRPr="00BC6830">
        <w:rPr>
          <w:rStyle w:val="TNR21"/>
          <w:rFonts w:ascii="Arial" w:hAnsi="Arial" w:cs="Arial"/>
          <w:sz w:val="22"/>
          <w:lang w:val="es-CO"/>
        </w:rPr>
        <w:t xml:space="preserve"> si hacemos registro están pasando más de 15 días que es el tiempo que tienen</w:t>
      </w:r>
      <w:r w:rsidR="00C57C27" w:rsidRPr="00BC6830">
        <w:rPr>
          <w:rStyle w:val="TNR21"/>
          <w:rFonts w:ascii="Arial" w:hAnsi="Arial" w:cs="Arial"/>
          <w:sz w:val="22"/>
          <w:lang w:val="es-CO"/>
        </w:rPr>
        <w:t>,</w:t>
      </w:r>
      <w:r w:rsidR="006146DD" w:rsidRPr="00BC6830">
        <w:rPr>
          <w:rStyle w:val="TNR21"/>
          <w:rFonts w:ascii="Arial" w:hAnsi="Arial" w:cs="Arial"/>
          <w:sz w:val="22"/>
          <w:lang w:val="es-CO"/>
        </w:rPr>
        <w:t xml:space="preserve"> estarían pasando mucho más de 20 días realmente</w:t>
      </w:r>
      <w:r w:rsidR="00C57C27" w:rsidRPr="00BC6830">
        <w:rPr>
          <w:rStyle w:val="TNR21"/>
          <w:rFonts w:ascii="Arial" w:hAnsi="Arial" w:cs="Arial"/>
          <w:sz w:val="22"/>
          <w:lang w:val="es-CO"/>
        </w:rPr>
        <w:t>,</w:t>
      </w:r>
      <w:r w:rsidR="006146DD" w:rsidRPr="00BC6830">
        <w:rPr>
          <w:rStyle w:val="TNR21"/>
          <w:rFonts w:ascii="Arial" w:hAnsi="Arial" w:cs="Arial"/>
          <w:sz w:val="22"/>
          <w:lang w:val="es-CO"/>
        </w:rPr>
        <w:t xml:space="preserve"> en ese sentido yo lo que también le quiero decir al pueblo colombiano a mis colegas es que en ningún</w:t>
      </w:r>
      <w:r w:rsidR="000D7E1D" w:rsidRPr="00BC6830">
        <w:rPr>
          <w:rStyle w:val="TNR21"/>
          <w:rFonts w:ascii="Arial" w:hAnsi="Arial" w:cs="Arial"/>
          <w:sz w:val="22"/>
          <w:lang w:val="es-CO"/>
        </w:rPr>
        <w:t xml:space="preserve"> </w:t>
      </w:r>
      <w:r w:rsidR="006146DD" w:rsidRPr="00BC6830">
        <w:rPr>
          <w:rStyle w:val="TNR21"/>
          <w:rFonts w:ascii="Arial" w:hAnsi="Arial" w:cs="Arial"/>
          <w:sz w:val="22"/>
          <w:lang w:val="es-CO"/>
        </w:rPr>
        <w:t>lugar se define que semana santa es un día en que no se pueda sesionar en el Congreso</w:t>
      </w:r>
      <w:r w:rsidR="00C57C27" w:rsidRPr="00BC6830">
        <w:rPr>
          <w:rStyle w:val="TNR21"/>
          <w:rFonts w:ascii="Arial" w:hAnsi="Arial" w:cs="Arial"/>
          <w:sz w:val="22"/>
          <w:lang w:val="es-CO"/>
        </w:rPr>
        <w:t>,</w:t>
      </w:r>
      <w:r w:rsidR="006146DD" w:rsidRPr="00BC6830">
        <w:rPr>
          <w:rStyle w:val="TNR21"/>
          <w:rFonts w:ascii="Arial" w:hAnsi="Arial" w:cs="Arial"/>
          <w:sz w:val="22"/>
          <w:lang w:val="es-CO"/>
        </w:rPr>
        <w:t xml:space="preserve"> por supuesto que tienen responsabilidades y que en ese sentido yo lo que creo es que hay que </w:t>
      </w:r>
      <w:r w:rsidR="00C57C27" w:rsidRPr="00BC6830">
        <w:rPr>
          <w:rStyle w:val="TNR21"/>
          <w:rFonts w:ascii="Arial" w:hAnsi="Arial" w:cs="Arial"/>
          <w:sz w:val="22"/>
          <w:lang w:val="es-CO"/>
        </w:rPr>
        <w:t xml:space="preserve">hacer </w:t>
      </w:r>
      <w:r w:rsidR="006146DD" w:rsidRPr="00BC6830">
        <w:rPr>
          <w:rStyle w:val="TNR21"/>
          <w:rFonts w:ascii="Arial" w:hAnsi="Arial" w:cs="Arial"/>
          <w:sz w:val="22"/>
          <w:lang w:val="es-CO"/>
        </w:rPr>
        <w:t>cumplir la normatividad</w:t>
      </w:r>
      <w:r w:rsidR="00C57C27"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FE28E0">
        <w:rPr>
          <w:rStyle w:val="TNR21"/>
          <w:rFonts w:ascii="Arial" w:hAnsi="Arial" w:cs="Arial"/>
          <w:sz w:val="22"/>
          <w:lang w:val="es-CO"/>
        </w:rPr>
        <w:t>¿E</w:t>
      </w:r>
      <w:r w:rsidR="006146DD" w:rsidRPr="00BC6830">
        <w:rPr>
          <w:rStyle w:val="TNR21"/>
          <w:rFonts w:ascii="Arial" w:hAnsi="Arial" w:cs="Arial"/>
          <w:sz w:val="22"/>
          <w:lang w:val="es-CO"/>
        </w:rPr>
        <w:t>n qué contexto</w:t>
      </w:r>
      <w:r w:rsidR="00FE28E0">
        <w:rPr>
          <w:rStyle w:val="TNR21"/>
          <w:rFonts w:ascii="Arial" w:hAnsi="Arial" w:cs="Arial"/>
          <w:sz w:val="22"/>
          <w:lang w:val="es-CO"/>
        </w:rPr>
        <w:t>?</w:t>
      </w:r>
      <w:r w:rsidR="006146DD" w:rsidRPr="00BC6830">
        <w:rPr>
          <w:rStyle w:val="TNR21"/>
          <w:rFonts w:ascii="Arial" w:hAnsi="Arial" w:cs="Arial"/>
          <w:sz w:val="22"/>
          <w:lang w:val="es-CO"/>
        </w:rPr>
        <w:t xml:space="preserve"> </w:t>
      </w:r>
      <w:r w:rsidR="00FE28E0">
        <w:rPr>
          <w:rStyle w:val="TNR21"/>
          <w:rFonts w:ascii="Arial" w:hAnsi="Arial" w:cs="Arial"/>
          <w:sz w:val="22"/>
          <w:lang w:val="es-CO"/>
        </w:rPr>
        <w:t>E</w:t>
      </w:r>
      <w:r w:rsidR="006146DD" w:rsidRPr="00BC6830">
        <w:rPr>
          <w:rStyle w:val="TNR21"/>
          <w:rFonts w:ascii="Arial" w:hAnsi="Arial" w:cs="Arial"/>
          <w:sz w:val="22"/>
          <w:lang w:val="es-CO"/>
        </w:rPr>
        <w:t>n el contexto de dar garantías para que se dé el debate</w:t>
      </w:r>
      <w:r w:rsidR="00C57C27"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FE28E0">
        <w:rPr>
          <w:rStyle w:val="TNR21"/>
          <w:rFonts w:ascii="Arial" w:hAnsi="Arial" w:cs="Arial"/>
          <w:sz w:val="22"/>
          <w:lang w:val="es-CO"/>
        </w:rPr>
        <w:t>¿E</w:t>
      </w:r>
      <w:r w:rsidR="006146DD" w:rsidRPr="00BC6830">
        <w:rPr>
          <w:rStyle w:val="TNR21"/>
          <w:rFonts w:ascii="Arial" w:hAnsi="Arial" w:cs="Arial"/>
          <w:sz w:val="22"/>
          <w:lang w:val="es-CO"/>
        </w:rPr>
        <w:t>n qué contexto</w:t>
      </w:r>
      <w:r w:rsidR="00FE28E0">
        <w:rPr>
          <w:rStyle w:val="TNR21"/>
          <w:rFonts w:ascii="Arial" w:hAnsi="Arial" w:cs="Arial"/>
          <w:sz w:val="22"/>
          <w:lang w:val="es-CO"/>
        </w:rPr>
        <w:t>? E</w:t>
      </w:r>
      <w:r w:rsidR="006146DD" w:rsidRPr="00BC6830">
        <w:rPr>
          <w:rStyle w:val="TNR21"/>
          <w:rFonts w:ascii="Arial" w:hAnsi="Arial" w:cs="Arial"/>
          <w:sz w:val="22"/>
          <w:lang w:val="es-CO"/>
        </w:rPr>
        <w:t>n cumplir la norma</w:t>
      </w:r>
      <w:r w:rsidR="00C57C27"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FE28E0">
        <w:rPr>
          <w:rStyle w:val="TNR21"/>
          <w:rFonts w:ascii="Arial" w:hAnsi="Arial" w:cs="Arial"/>
          <w:sz w:val="22"/>
          <w:lang w:val="es-CO"/>
        </w:rPr>
        <w:t>¿E</w:t>
      </w:r>
      <w:r w:rsidR="006146DD" w:rsidRPr="00BC6830">
        <w:rPr>
          <w:rStyle w:val="TNR21"/>
          <w:rFonts w:ascii="Arial" w:hAnsi="Arial" w:cs="Arial"/>
          <w:sz w:val="22"/>
          <w:lang w:val="es-CO"/>
        </w:rPr>
        <w:t>n qué contexto</w:t>
      </w:r>
      <w:r w:rsidR="00FE28E0">
        <w:rPr>
          <w:rStyle w:val="TNR21"/>
          <w:rFonts w:ascii="Arial" w:hAnsi="Arial" w:cs="Arial"/>
          <w:sz w:val="22"/>
          <w:lang w:val="es-CO"/>
        </w:rPr>
        <w:t>?</w:t>
      </w:r>
      <w:r w:rsidR="006146DD" w:rsidRPr="00BC6830">
        <w:rPr>
          <w:rStyle w:val="TNR21"/>
          <w:rFonts w:ascii="Arial" w:hAnsi="Arial" w:cs="Arial"/>
          <w:sz w:val="22"/>
          <w:lang w:val="es-CO"/>
        </w:rPr>
        <w:t xml:space="preserve"> </w:t>
      </w:r>
      <w:r w:rsidR="00FE28E0">
        <w:rPr>
          <w:rStyle w:val="TNR21"/>
          <w:rFonts w:ascii="Arial" w:hAnsi="Arial" w:cs="Arial"/>
          <w:sz w:val="22"/>
          <w:lang w:val="es-CO"/>
        </w:rPr>
        <w:t>E</w:t>
      </w:r>
      <w:r w:rsidR="006146DD" w:rsidRPr="00BC6830">
        <w:rPr>
          <w:rStyle w:val="TNR21"/>
          <w:rFonts w:ascii="Arial" w:hAnsi="Arial" w:cs="Arial"/>
          <w:sz w:val="22"/>
          <w:lang w:val="es-CO"/>
        </w:rPr>
        <w:t>n qu</w:t>
      </w:r>
      <w:r w:rsidR="00C57C27" w:rsidRPr="00BC6830">
        <w:rPr>
          <w:rStyle w:val="TNR21"/>
          <w:rFonts w:ascii="Arial" w:hAnsi="Arial" w:cs="Arial"/>
          <w:sz w:val="22"/>
          <w:lang w:val="es-CO"/>
        </w:rPr>
        <w:t>e</w:t>
      </w:r>
      <w:r w:rsidR="006146DD" w:rsidRPr="00BC6830">
        <w:rPr>
          <w:rStyle w:val="TNR21"/>
          <w:rFonts w:ascii="Arial" w:hAnsi="Arial" w:cs="Arial"/>
          <w:sz w:val="22"/>
          <w:lang w:val="es-CO"/>
        </w:rPr>
        <w:t xml:space="preserve"> es verdad que están entregando la ponencia en un tiempo digamos aceptable</w:t>
      </w:r>
      <w:r w:rsidR="00C57C27" w:rsidRPr="00BC6830">
        <w:rPr>
          <w:rStyle w:val="TNR21"/>
          <w:rFonts w:ascii="Arial" w:hAnsi="Arial" w:cs="Arial"/>
          <w:sz w:val="22"/>
          <w:lang w:val="es-CO"/>
        </w:rPr>
        <w:t>,</w:t>
      </w:r>
      <w:r w:rsidR="006146DD" w:rsidRPr="00BC6830">
        <w:rPr>
          <w:rStyle w:val="TNR21"/>
          <w:rFonts w:ascii="Arial" w:hAnsi="Arial" w:cs="Arial"/>
          <w:sz w:val="22"/>
          <w:lang w:val="es-CO"/>
        </w:rPr>
        <w:t xml:space="preserve"> que se le reconoce que </w:t>
      </w:r>
      <w:r w:rsidR="00C57C27" w:rsidRPr="00BC6830">
        <w:rPr>
          <w:rStyle w:val="TNR21"/>
          <w:rFonts w:ascii="Arial" w:hAnsi="Arial" w:cs="Arial"/>
          <w:sz w:val="22"/>
          <w:lang w:val="es-CO"/>
        </w:rPr>
        <w:t xml:space="preserve">se </w:t>
      </w:r>
      <w:r w:rsidR="006146DD" w:rsidRPr="00BC6830">
        <w:rPr>
          <w:rStyle w:val="TNR21"/>
          <w:rFonts w:ascii="Arial" w:hAnsi="Arial" w:cs="Arial"/>
          <w:sz w:val="22"/>
          <w:lang w:val="es-CO"/>
        </w:rPr>
        <w:t>está presentando</w:t>
      </w:r>
      <w:r w:rsidR="00FE28E0">
        <w:rPr>
          <w:rStyle w:val="TNR21"/>
          <w:rFonts w:ascii="Arial" w:hAnsi="Arial" w:cs="Arial"/>
          <w:sz w:val="22"/>
          <w:lang w:val="es-CO"/>
        </w:rPr>
        <w:t>,</w:t>
      </w:r>
      <w:r w:rsidR="006146DD" w:rsidRPr="00BC6830">
        <w:rPr>
          <w:rStyle w:val="TNR21"/>
          <w:rFonts w:ascii="Arial" w:hAnsi="Arial" w:cs="Arial"/>
          <w:sz w:val="22"/>
          <w:lang w:val="es-CO"/>
        </w:rPr>
        <w:t xml:space="preserve"> pero que una cosa es el anuncio y otra cosa es el inicio del debate</w:t>
      </w:r>
      <w:r w:rsidR="00C57C27" w:rsidRPr="00BC6830">
        <w:rPr>
          <w:rStyle w:val="TNR21"/>
          <w:rFonts w:ascii="Arial" w:hAnsi="Arial" w:cs="Arial"/>
          <w:sz w:val="22"/>
          <w:lang w:val="es-CO"/>
        </w:rPr>
        <w:t>,</w:t>
      </w:r>
      <w:r w:rsidR="006146DD" w:rsidRPr="00BC6830">
        <w:rPr>
          <w:rStyle w:val="TNR21"/>
          <w:rFonts w:ascii="Arial" w:hAnsi="Arial" w:cs="Arial"/>
          <w:sz w:val="22"/>
          <w:lang w:val="es-CO"/>
        </w:rPr>
        <w:t xml:space="preserve"> en ese sentido yo creo que hay que darle claridad y tranquilidad al país y a todos los sectores de que se puede hacer el anuncio sin estar incurriendo en ninguna situa</w:t>
      </w:r>
      <w:r w:rsidR="00C57C27" w:rsidRPr="00BC6830">
        <w:rPr>
          <w:rStyle w:val="TNR21"/>
          <w:rFonts w:ascii="Arial" w:hAnsi="Arial" w:cs="Arial"/>
          <w:sz w:val="22"/>
          <w:lang w:val="es-CO"/>
        </w:rPr>
        <w:t>ción irregular</w:t>
      </w:r>
      <w:r w:rsidR="006146DD" w:rsidRPr="00BC6830">
        <w:rPr>
          <w:rStyle w:val="TNR21"/>
          <w:rFonts w:ascii="Arial" w:hAnsi="Arial" w:cs="Arial"/>
          <w:sz w:val="22"/>
          <w:lang w:val="es-CO"/>
        </w:rPr>
        <w:t>.</w:t>
      </w:r>
    </w:p>
    <w:p w14:paraId="0E6E6F33" w14:textId="77777777" w:rsidR="00C57C27" w:rsidRPr="00BC6830" w:rsidRDefault="00C57C27" w:rsidP="00667EBF">
      <w:pPr>
        <w:pStyle w:val="Sinespaciado"/>
        <w:jc w:val="both"/>
        <w:rPr>
          <w:rStyle w:val="TNR21"/>
          <w:rFonts w:ascii="Arial" w:hAnsi="Arial" w:cs="Arial"/>
          <w:sz w:val="22"/>
          <w:lang w:val="es-CO"/>
        </w:rPr>
      </w:pPr>
    </w:p>
    <w:p w14:paraId="3DACA4B6" w14:textId="77777777" w:rsidR="00952ACE" w:rsidRPr="00BC6830" w:rsidRDefault="009D49E0" w:rsidP="00667EBF">
      <w:pPr>
        <w:pStyle w:val="Sinespaciado"/>
        <w:jc w:val="both"/>
        <w:rPr>
          <w:rStyle w:val="TNR21"/>
          <w:rFonts w:ascii="Arial" w:hAnsi="Arial" w:cs="Arial"/>
          <w:sz w:val="22"/>
          <w:lang w:val="es-CO"/>
        </w:rPr>
      </w:pPr>
      <w:r w:rsidRPr="000C08C4">
        <w:rPr>
          <w:rStyle w:val="TNR21"/>
          <w:rFonts w:ascii="Arial" w:hAnsi="Arial" w:cs="Arial"/>
          <w:b/>
          <w:sz w:val="22"/>
          <w:lang w:val="es-CO"/>
        </w:rPr>
        <w:t>El Presidente</w:t>
      </w:r>
      <w:r w:rsidRPr="000C08C4">
        <w:rPr>
          <w:rStyle w:val="TNR21"/>
          <w:rFonts w:ascii="Arial" w:hAnsi="Arial" w:cs="Arial"/>
          <w:sz w:val="22"/>
          <w:lang w:val="es-CO"/>
        </w:rPr>
        <w:t>:</w:t>
      </w:r>
      <w:r w:rsidR="006146DD" w:rsidRPr="000C08C4">
        <w:rPr>
          <w:rStyle w:val="TNR21"/>
          <w:rFonts w:ascii="Arial" w:hAnsi="Arial" w:cs="Arial"/>
          <w:sz w:val="22"/>
          <w:lang w:val="es-CO"/>
        </w:rPr>
        <w:t xml:space="preserve"> </w:t>
      </w:r>
      <w:r w:rsidR="00C57C27" w:rsidRPr="000C08C4">
        <w:rPr>
          <w:rStyle w:val="TNR21"/>
          <w:rFonts w:ascii="Arial" w:hAnsi="Arial" w:cs="Arial"/>
          <w:sz w:val="22"/>
          <w:lang w:val="es-CO"/>
        </w:rPr>
        <w:t>M</w:t>
      </w:r>
      <w:r w:rsidR="006146DD" w:rsidRPr="000C08C4">
        <w:rPr>
          <w:rStyle w:val="TNR21"/>
          <w:rFonts w:ascii="Arial" w:hAnsi="Arial" w:cs="Arial"/>
          <w:sz w:val="22"/>
          <w:lang w:val="es-CO"/>
        </w:rPr>
        <w:t>uchas gracias Representante</w:t>
      </w:r>
      <w:r w:rsidR="00C57C27" w:rsidRPr="000C08C4">
        <w:rPr>
          <w:rStyle w:val="TNR21"/>
          <w:rFonts w:ascii="Arial" w:hAnsi="Arial" w:cs="Arial"/>
          <w:sz w:val="22"/>
          <w:lang w:val="es-CO"/>
        </w:rPr>
        <w:t>,</w:t>
      </w:r>
      <w:r w:rsidR="006146DD" w:rsidRPr="000C08C4">
        <w:rPr>
          <w:rStyle w:val="TNR21"/>
          <w:rFonts w:ascii="Arial" w:hAnsi="Arial" w:cs="Arial"/>
          <w:sz w:val="22"/>
          <w:lang w:val="es-CO"/>
        </w:rPr>
        <w:t xml:space="preserve"> p</w:t>
      </w:r>
      <w:r w:rsidR="006146DD" w:rsidRPr="00BC6830">
        <w:rPr>
          <w:rStyle w:val="TNR21"/>
          <w:rFonts w:ascii="Arial" w:hAnsi="Arial" w:cs="Arial"/>
          <w:sz w:val="22"/>
          <w:lang w:val="es-CO"/>
        </w:rPr>
        <w:t>ara aclarar dudas con respecto a la</w:t>
      </w:r>
      <w:r w:rsidR="000D7E1D" w:rsidRPr="00BC6830">
        <w:rPr>
          <w:rStyle w:val="TNR21"/>
          <w:rFonts w:ascii="Arial" w:hAnsi="Arial" w:cs="Arial"/>
          <w:sz w:val="22"/>
          <w:lang w:val="es-CO"/>
        </w:rPr>
        <w:t xml:space="preserve"> </w:t>
      </w:r>
      <w:r w:rsidR="006146DD" w:rsidRPr="00BC6830">
        <w:rPr>
          <w:rStyle w:val="TNR21"/>
          <w:rFonts w:ascii="Arial" w:hAnsi="Arial" w:cs="Arial"/>
          <w:sz w:val="22"/>
          <w:lang w:val="es-CO"/>
        </w:rPr>
        <w:t>publicación</w:t>
      </w:r>
      <w:r w:rsidR="00C57C27" w:rsidRPr="00BC6830">
        <w:rPr>
          <w:rStyle w:val="TNR21"/>
          <w:rFonts w:ascii="Arial" w:hAnsi="Arial" w:cs="Arial"/>
          <w:sz w:val="22"/>
          <w:lang w:val="es-CO"/>
        </w:rPr>
        <w:t>,</w:t>
      </w:r>
      <w:r w:rsidR="006146DD" w:rsidRPr="00BC6830">
        <w:rPr>
          <w:rStyle w:val="TNR21"/>
          <w:rFonts w:ascii="Arial" w:hAnsi="Arial" w:cs="Arial"/>
          <w:sz w:val="22"/>
          <w:lang w:val="es-CO"/>
        </w:rPr>
        <w:t xml:space="preserve"> anuncio y continuidad del debate acudimos a la Ley 5</w:t>
      </w:r>
      <w:r w:rsidR="00E81DFF">
        <w:rPr>
          <w:rStyle w:val="TNR21"/>
          <w:rFonts w:ascii="Arial" w:hAnsi="Arial" w:cs="Arial"/>
          <w:sz w:val="22"/>
          <w:lang w:val="es-CO"/>
        </w:rPr>
        <w:t xml:space="preserve">ª </w:t>
      </w:r>
      <w:r w:rsidR="006146DD" w:rsidRPr="00BC6830">
        <w:rPr>
          <w:rStyle w:val="TNR21"/>
          <w:rFonts w:ascii="Arial" w:hAnsi="Arial" w:cs="Arial"/>
          <w:sz w:val="22"/>
          <w:lang w:val="es-CO"/>
        </w:rPr>
        <w:t>en el Artículo 156 voy a ser textualmente claro</w:t>
      </w:r>
      <w:r w:rsidR="00E81DFF">
        <w:rPr>
          <w:rStyle w:val="TNR21"/>
          <w:rFonts w:ascii="Arial" w:hAnsi="Arial" w:cs="Arial"/>
          <w:sz w:val="22"/>
          <w:lang w:val="es-CO"/>
        </w:rPr>
        <w:t xml:space="preserve">. </w:t>
      </w:r>
      <w:r w:rsidR="00E81DFF" w:rsidRPr="00DA65ED">
        <w:rPr>
          <w:rStyle w:val="TNR21"/>
          <w:rFonts w:ascii="Arial" w:hAnsi="Arial" w:cs="Arial"/>
          <w:i/>
          <w:sz w:val="22"/>
          <w:lang w:val="es-CO"/>
        </w:rPr>
        <w:t>“P</w:t>
      </w:r>
      <w:r w:rsidR="006146DD" w:rsidRPr="00DA65ED">
        <w:rPr>
          <w:rStyle w:val="TNR21"/>
          <w:rFonts w:ascii="Arial" w:hAnsi="Arial" w:cs="Arial"/>
          <w:i/>
          <w:sz w:val="22"/>
          <w:lang w:val="es-CO"/>
        </w:rPr>
        <w:t>resentación y publicación de la ponencia</w:t>
      </w:r>
      <w:r w:rsidR="00E81DFF" w:rsidRPr="00DA65ED">
        <w:rPr>
          <w:rStyle w:val="TNR21"/>
          <w:rFonts w:ascii="Arial" w:hAnsi="Arial" w:cs="Arial"/>
          <w:i/>
          <w:sz w:val="22"/>
          <w:lang w:val="es-CO"/>
        </w:rPr>
        <w:t>. E</w:t>
      </w:r>
      <w:r w:rsidR="006146DD" w:rsidRPr="00DA65ED">
        <w:rPr>
          <w:rStyle w:val="TNR21"/>
          <w:rFonts w:ascii="Arial" w:hAnsi="Arial" w:cs="Arial"/>
          <w:i/>
          <w:sz w:val="22"/>
          <w:lang w:val="es-CO"/>
        </w:rPr>
        <w:t>l informe será presentado por escrito en original y dos copias al Secretario de la Comisión Permanente</w:t>
      </w:r>
      <w:r w:rsidR="00C57C27" w:rsidRPr="00DA65ED">
        <w:rPr>
          <w:rStyle w:val="TNR21"/>
          <w:rFonts w:ascii="Arial" w:hAnsi="Arial" w:cs="Arial"/>
          <w:i/>
          <w:sz w:val="22"/>
          <w:lang w:val="es-CO"/>
        </w:rPr>
        <w:t>,</w:t>
      </w:r>
      <w:r w:rsidR="006146DD" w:rsidRPr="00DA65ED">
        <w:rPr>
          <w:rStyle w:val="TNR21"/>
          <w:rFonts w:ascii="Arial" w:hAnsi="Arial" w:cs="Arial"/>
          <w:i/>
          <w:sz w:val="22"/>
          <w:lang w:val="es-CO"/>
        </w:rPr>
        <w:t xml:space="preserve"> su publicación se hará en la gaceta del Congreso dentro de los 3 días siguientes</w:t>
      </w:r>
      <w:r w:rsidR="00C57C27" w:rsidRPr="00DA65ED">
        <w:rPr>
          <w:rStyle w:val="TNR21"/>
          <w:rFonts w:ascii="Arial" w:hAnsi="Arial" w:cs="Arial"/>
          <w:i/>
          <w:sz w:val="22"/>
          <w:lang w:val="es-CO"/>
        </w:rPr>
        <w:t>,</w:t>
      </w:r>
      <w:r w:rsidR="006146DD" w:rsidRPr="00DA65ED">
        <w:rPr>
          <w:rStyle w:val="TNR21"/>
          <w:rFonts w:ascii="Arial" w:hAnsi="Arial" w:cs="Arial"/>
          <w:i/>
          <w:sz w:val="22"/>
          <w:lang w:val="es-CO"/>
        </w:rPr>
        <w:t xml:space="preserve"> sin embargo</w:t>
      </w:r>
      <w:r w:rsidR="00DA65ED">
        <w:rPr>
          <w:rStyle w:val="TNR21"/>
          <w:rFonts w:ascii="Arial" w:hAnsi="Arial" w:cs="Arial"/>
          <w:i/>
          <w:sz w:val="22"/>
          <w:lang w:val="es-CO"/>
        </w:rPr>
        <w:t>,</w:t>
      </w:r>
      <w:r w:rsidR="006146DD" w:rsidRPr="00DA65ED">
        <w:rPr>
          <w:rStyle w:val="TNR21"/>
          <w:rFonts w:ascii="Arial" w:hAnsi="Arial" w:cs="Arial"/>
          <w:i/>
          <w:sz w:val="22"/>
          <w:lang w:val="es-CO"/>
        </w:rPr>
        <w:t xml:space="preserve"> y para agilizar el trámite del </w:t>
      </w:r>
      <w:r w:rsidR="00841B08">
        <w:rPr>
          <w:rStyle w:val="TNR21"/>
          <w:rFonts w:ascii="Arial" w:hAnsi="Arial" w:cs="Arial"/>
          <w:i/>
          <w:sz w:val="22"/>
          <w:lang w:val="es-CO"/>
        </w:rPr>
        <w:t>proyecto</w:t>
      </w:r>
      <w:r w:rsidR="006146DD" w:rsidRPr="00DA65ED">
        <w:rPr>
          <w:rStyle w:val="TNR21"/>
          <w:rFonts w:ascii="Arial" w:hAnsi="Arial" w:cs="Arial"/>
          <w:i/>
          <w:sz w:val="22"/>
          <w:lang w:val="es-CO"/>
        </w:rPr>
        <w:t xml:space="preserve"> el Presidente podrá autorizar la reproducción del documento p</w:t>
      </w:r>
      <w:r w:rsidR="00DA65ED" w:rsidRPr="00DA65ED">
        <w:rPr>
          <w:rStyle w:val="TNR21"/>
          <w:rFonts w:ascii="Arial" w:hAnsi="Arial" w:cs="Arial"/>
          <w:i/>
          <w:sz w:val="22"/>
          <w:lang w:val="es-CO"/>
        </w:rPr>
        <w:t>or</w:t>
      </w:r>
      <w:r w:rsidR="006146DD" w:rsidRPr="00DA65ED">
        <w:rPr>
          <w:rStyle w:val="TNR21"/>
          <w:rFonts w:ascii="Arial" w:hAnsi="Arial" w:cs="Arial"/>
          <w:i/>
          <w:sz w:val="22"/>
          <w:lang w:val="es-CO"/>
        </w:rPr>
        <w:t xml:space="preserve"> cualquier medio mecánico</w:t>
      </w:r>
      <w:r w:rsidR="00C57C27" w:rsidRPr="00DA65ED">
        <w:rPr>
          <w:rStyle w:val="TNR21"/>
          <w:rFonts w:ascii="Arial" w:hAnsi="Arial" w:cs="Arial"/>
          <w:i/>
          <w:sz w:val="22"/>
          <w:lang w:val="es-CO"/>
        </w:rPr>
        <w:t>,</w:t>
      </w:r>
      <w:r w:rsidR="006146DD" w:rsidRPr="00DA65ED">
        <w:rPr>
          <w:rStyle w:val="TNR21"/>
          <w:rFonts w:ascii="Arial" w:hAnsi="Arial" w:cs="Arial"/>
          <w:i/>
          <w:sz w:val="22"/>
          <w:lang w:val="es-CO"/>
        </w:rPr>
        <w:t xml:space="preserve"> para distribuirlo entre los miembros de la </w:t>
      </w:r>
      <w:r w:rsidR="00C57C27" w:rsidRPr="00DA65ED">
        <w:rPr>
          <w:rStyle w:val="TNR21"/>
          <w:rFonts w:ascii="Arial" w:hAnsi="Arial" w:cs="Arial"/>
          <w:i/>
          <w:sz w:val="22"/>
          <w:lang w:val="es-CO"/>
        </w:rPr>
        <w:t>C</w:t>
      </w:r>
      <w:r w:rsidR="006146DD" w:rsidRPr="00DA65ED">
        <w:rPr>
          <w:rStyle w:val="TNR21"/>
          <w:rFonts w:ascii="Arial" w:hAnsi="Arial" w:cs="Arial"/>
          <w:i/>
          <w:sz w:val="22"/>
          <w:lang w:val="es-CO"/>
        </w:rPr>
        <w:t>omisión</w:t>
      </w:r>
      <w:r w:rsidR="00C57C27" w:rsidRPr="00DA65ED">
        <w:rPr>
          <w:rStyle w:val="TNR21"/>
          <w:rFonts w:ascii="Arial" w:hAnsi="Arial" w:cs="Arial"/>
          <w:i/>
          <w:sz w:val="22"/>
          <w:lang w:val="es-CO"/>
        </w:rPr>
        <w:t>,</w:t>
      </w:r>
      <w:r w:rsidR="006146DD" w:rsidRPr="00DA65ED">
        <w:rPr>
          <w:rStyle w:val="TNR21"/>
          <w:rFonts w:ascii="Arial" w:hAnsi="Arial" w:cs="Arial"/>
          <w:i/>
          <w:sz w:val="22"/>
          <w:lang w:val="es-CO"/>
        </w:rPr>
        <w:t xml:space="preserve"> ello sin perjuicio de su posterior y oportuna reproducción en la gaceta del Congreso</w:t>
      </w:r>
      <w:r w:rsidR="00DA65ED">
        <w:rPr>
          <w:rStyle w:val="TNR21"/>
          <w:rFonts w:ascii="Arial" w:hAnsi="Arial" w:cs="Arial"/>
          <w:i/>
          <w:sz w:val="22"/>
          <w:lang w:val="es-CO"/>
        </w:rPr>
        <w:t>”</w:t>
      </w:r>
      <w:r w:rsidR="00C57C27" w:rsidRPr="00DA65ED">
        <w:rPr>
          <w:rStyle w:val="TNR21"/>
          <w:rFonts w:ascii="Arial" w:hAnsi="Arial" w:cs="Arial"/>
          <w:i/>
          <w:sz w:val="22"/>
          <w:lang w:val="es-CO"/>
        </w:rPr>
        <w:t>.</w:t>
      </w:r>
      <w:r w:rsidR="006146DD" w:rsidRPr="00BC6830">
        <w:rPr>
          <w:rStyle w:val="TNR21"/>
          <w:rFonts w:ascii="Arial" w:hAnsi="Arial" w:cs="Arial"/>
          <w:sz w:val="22"/>
          <w:lang w:val="es-CO"/>
        </w:rPr>
        <w:t xml:space="preserve"> </w:t>
      </w:r>
      <w:r w:rsidR="00DA65ED">
        <w:rPr>
          <w:rStyle w:val="TNR21"/>
          <w:rFonts w:ascii="Arial" w:hAnsi="Arial" w:cs="Arial"/>
          <w:sz w:val="22"/>
          <w:lang w:val="es-CO"/>
        </w:rPr>
        <w:t>C</w:t>
      </w:r>
      <w:r w:rsidR="006146DD" w:rsidRPr="00BC6830">
        <w:rPr>
          <w:rStyle w:val="TNR21"/>
          <w:rFonts w:ascii="Arial" w:hAnsi="Arial" w:cs="Arial"/>
          <w:sz w:val="22"/>
          <w:lang w:val="es-CO"/>
        </w:rPr>
        <w:t>ierro</w:t>
      </w:r>
      <w:r w:rsidR="00C57C27" w:rsidRPr="00BC6830">
        <w:rPr>
          <w:rStyle w:val="TNR21"/>
          <w:rFonts w:ascii="Arial" w:hAnsi="Arial" w:cs="Arial"/>
          <w:sz w:val="22"/>
          <w:lang w:val="es-CO"/>
        </w:rPr>
        <w:t>,</w:t>
      </w:r>
      <w:r w:rsidR="006146DD" w:rsidRPr="00BC6830">
        <w:rPr>
          <w:rStyle w:val="TNR21"/>
          <w:rFonts w:ascii="Arial" w:hAnsi="Arial" w:cs="Arial"/>
          <w:sz w:val="22"/>
          <w:lang w:val="es-CO"/>
        </w:rPr>
        <w:t xml:space="preserve"> cuando hablamos de mecanismos mecánicos ha de ser escrito</w:t>
      </w:r>
      <w:r w:rsidR="00C57C27" w:rsidRPr="00BC6830">
        <w:rPr>
          <w:rStyle w:val="TNR21"/>
          <w:rFonts w:ascii="Arial" w:hAnsi="Arial" w:cs="Arial"/>
          <w:sz w:val="22"/>
          <w:lang w:val="es-CO"/>
        </w:rPr>
        <w:t>,</w:t>
      </w:r>
      <w:r w:rsidR="006146DD" w:rsidRPr="00BC6830">
        <w:rPr>
          <w:rStyle w:val="TNR21"/>
          <w:rFonts w:ascii="Arial" w:hAnsi="Arial" w:cs="Arial"/>
          <w:sz w:val="22"/>
          <w:lang w:val="es-CO"/>
        </w:rPr>
        <w:t xml:space="preserve"> impreso</w:t>
      </w:r>
      <w:r w:rsidR="00C57C27" w:rsidRPr="00BC6830">
        <w:rPr>
          <w:rStyle w:val="TNR21"/>
          <w:rFonts w:ascii="Arial" w:hAnsi="Arial" w:cs="Arial"/>
          <w:sz w:val="22"/>
          <w:lang w:val="es-CO"/>
        </w:rPr>
        <w:t>,</w:t>
      </w:r>
      <w:r w:rsidR="006146DD" w:rsidRPr="00BC6830">
        <w:rPr>
          <w:rStyle w:val="TNR21"/>
          <w:rFonts w:ascii="Arial" w:hAnsi="Arial" w:cs="Arial"/>
          <w:sz w:val="22"/>
          <w:lang w:val="es-CO"/>
        </w:rPr>
        <w:t xml:space="preserve"> digital</w:t>
      </w:r>
      <w:r w:rsidR="00C57C27" w:rsidRPr="00BC6830">
        <w:rPr>
          <w:rStyle w:val="TNR21"/>
          <w:rFonts w:ascii="Arial" w:hAnsi="Arial" w:cs="Arial"/>
          <w:sz w:val="22"/>
          <w:lang w:val="es-CO"/>
        </w:rPr>
        <w:t>,</w:t>
      </w:r>
      <w:r w:rsidR="006146DD" w:rsidRPr="00BC6830">
        <w:rPr>
          <w:rStyle w:val="TNR21"/>
          <w:rFonts w:ascii="Arial" w:hAnsi="Arial" w:cs="Arial"/>
          <w:sz w:val="22"/>
          <w:lang w:val="es-CO"/>
        </w:rPr>
        <w:t xml:space="preserve"> publicado en la página</w:t>
      </w:r>
      <w:r w:rsidR="000D7E1D" w:rsidRPr="00BC6830">
        <w:rPr>
          <w:rStyle w:val="TNR21"/>
          <w:rFonts w:ascii="Arial" w:hAnsi="Arial" w:cs="Arial"/>
          <w:sz w:val="22"/>
          <w:lang w:val="es-CO"/>
        </w:rPr>
        <w:t xml:space="preserve"> </w:t>
      </w:r>
      <w:r w:rsidR="006146DD" w:rsidRPr="00BC6830">
        <w:rPr>
          <w:rStyle w:val="TNR21"/>
          <w:rFonts w:ascii="Arial" w:hAnsi="Arial" w:cs="Arial"/>
          <w:sz w:val="22"/>
          <w:lang w:val="es-CO"/>
        </w:rPr>
        <w:t xml:space="preserve">de </w:t>
      </w:r>
      <w:r w:rsidR="00C57C27" w:rsidRPr="00BC6830">
        <w:rPr>
          <w:rStyle w:val="TNR21"/>
          <w:rFonts w:ascii="Arial" w:hAnsi="Arial" w:cs="Arial"/>
          <w:sz w:val="22"/>
          <w:lang w:val="es-CO"/>
        </w:rPr>
        <w:t xml:space="preserve">la Comisión, </w:t>
      </w:r>
      <w:r w:rsidR="006146DD" w:rsidRPr="00BC6830">
        <w:rPr>
          <w:rStyle w:val="TNR21"/>
          <w:rFonts w:ascii="Arial" w:hAnsi="Arial" w:cs="Arial"/>
          <w:sz w:val="22"/>
          <w:lang w:val="es-CO"/>
        </w:rPr>
        <w:t>y a cada uno de sus correos electrónicos</w:t>
      </w:r>
      <w:r w:rsidR="00C57C27" w:rsidRPr="00BC6830">
        <w:rPr>
          <w:rStyle w:val="TNR21"/>
          <w:rFonts w:ascii="Arial" w:hAnsi="Arial" w:cs="Arial"/>
          <w:sz w:val="22"/>
          <w:lang w:val="es-CO"/>
        </w:rPr>
        <w:t>,</w:t>
      </w:r>
      <w:r w:rsidR="006146DD" w:rsidRPr="00BC6830">
        <w:rPr>
          <w:rStyle w:val="TNR21"/>
          <w:rFonts w:ascii="Arial" w:hAnsi="Arial" w:cs="Arial"/>
          <w:sz w:val="22"/>
          <w:lang w:val="es-CO"/>
        </w:rPr>
        <w:t xml:space="preserve"> que aquí están enviados</w:t>
      </w:r>
      <w:r w:rsidR="00C57C27" w:rsidRPr="00BC6830">
        <w:rPr>
          <w:rStyle w:val="TNR21"/>
          <w:rFonts w:ascii="Arial" w:hAnsi="Arial" w:cs="Arial"/>
          <w:sz w:val="22"/>
          <w:lang w:val="es-CO"/>
        </w:rPr>
        <w:t>,</w:t>
      </w:r>
      <w:r w:rsidR="006146DD" w:rsidRPr="00BC6830">
        <w:rPr>
          <w:rStyle w:val="TNR21"/>
          <w:rFonts w:ascii="Arial" w:hAnsi="Arial" w:cs="Arial"/>
          <w:sz w:val="22"/>
          <w:lang w:val="es-CO"/>
        </w:rPr>
        <w:t xml:space="preserve"> 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339 y el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que se radicó el día de hoy han sido enviados a sus correos</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las ponencias</w:t>
      </w:r>
      <w:r w:rsidR="00DA65ED">
        <w:rPr>
          <w:rStyle w:val="TNR21"/>
          <w:rFonts w:ascii="Arial" w:hAnsi="Arial" w:cs="Arial"/>
          <w:sz w:val="22"/>
          <w:lang w:val="es-CO"/>
        </w:rPr>
        <w:t>,</w:t>
      </w:r>
      <w:r w:rsidR="006146DD" w:rsidRPr="00BC6830">
        <w:rPr>
          <w:rStyle w:val="TNR21"/>
          <w:rFonts w:ascii="Arial" w:hAnsi="Arial" w:cs="Arial"/>
          <w:sz w:val="22"/>
          <w:lang w:val="es-CO"/>
        </w:rPr>
        <w:t xml:space="preserve"> gracias</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las ponencias</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así que el principio de publicidad se cumplió</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lo cual como lo establece Ley 5</w:t>
      </w:r>
      <w:r w:rsidR="00DA65ED">
        <w:rPr>
          <w:rStyle w:val="TNR21"/>
          <w:rFonts w:ascii="Arial" w:hAnsi="Arial" w:cs="Arial"/>
          <w:sz w:val="22"/>
          <w:lang w:val="es-CO"/>
        </w:rPr>
        <w:t xml:space="preserve">ª </w:t>
      </w:r>
      <w:r w:rsidR="006146DD" w:rsidRPr="00BC6830">
        <w:rPr>
          <w:rStyle w:val="TNR21"/>
          <w:rFonts w:ascii="Arial" w:hAnsi="Arial" w:cs="Arial"/>
          <w:sz w:val="22"/>
          <w:lang w:val="es-CO"/>
        </w:rPr>
        <w:t>en el Artículo 156 no nos hace incurrir en ningún vicio de procedimiento</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DA65ED">
        <w:rPr>
          <w:rStyle w:val="TNR21"/>
          <w:rFonts w:ascii="Arial" w:hAnsi="Arial" w:cs="Arial"/>
          <w:sz w:val="22"/>
          <w:lang w:val="es-CO"/>
        </w:rPr>
        <w:t>T</w:t>
      </w:r>
      <w:r w:rsidR="006146DD" w:rsidRPr="00BC6830">
        <w:rPr>
          <w:rStyle w:val="TNR21"/>
          <w:rFonts w:ascii="Arial" w:hAnsi="Arial" w:cs="Arial"/>
          <w:sz w:val="22"/>
          <w:lang w:val="es-CO"/>
        </w:rPr>
        <w:t xml:space="preserve">iene la palabra </w:t>
      </w:r>
      <w:r w:rsidR="00952ACE" w:rsidRPr="00BC6830">
        <w:rPr>
          <w:rStyle w:val="TNR21"/>
          <w:rFonts w:ascii="Arial" w:hAnsi="Arial" w:cs="Arial"/>
          <w:sz w:val="22"/>
          <w:lang w:val="es-CO"/>
        </w:rPr>
        <w:t>el Representante Andrés Forero</w:t>
      </w:r>
      <w:r w:rsidR="006146DD" w:rsidRPr="00BC6830">
        <w:rPr>
          <w:rStyle w:val="TNR21"/>
          <w:rFonts w:ascii="Arial" w:hAnsi="Arial" w:cs="Arial"/>
          <w:sz w:val="22"/>
          <w:lang w:val="es-CO"/>
        </w:rPr>
        <w:t>.</w:t>
      </w:r>
    </w:p>
    <w:p w14:paraId="2337A1E7" w14:textId="77777777" w:rsidR="00952ACE" w:rsidRPr="00BC6830" w:rsidRDefault="00952ACE" w:rsidP="00667EBF">
      <w:pPr>
        <w:pStyle w:val="Sinespaciado"/>
        <w:jc w:val="both"/>
        <w:rPr>
          <w:rStyle w:val="TNR21"/>
          <w:rFonts w:ascii="Arial" w:hAnsi="Arial" w:cs="Arial"/>
          <w:sz w:val="22"/>
          <w:lang w:val="es-CO"/>
        </w:rPr>
      </w:pPr>
    </w:p>
    <w:p w14:paraId="284ACED8" w14:textId="77777777" w:rsidR="00952ACE" w:rsidRPr="00BC6830" w:rsidRDefault="00B1577F" w:rsidP="00667EBF">
      <w:pPr>
        <w:pStyle w:val="Sinespaciado"/>
        <w:jc w:val="both"/>
        <w:rPr>
          <w:rStyle w:val="TNR21"/>
          <w:rFonts w:ascii="Arial" w:hAnsi="Arial" w:cs="Arial"/>
          <w:sz w:val="22"/>
          <w:lang w:val="es-CO"/>
        </w:rPr>
      </w:pPr>
      <w:r w:rsidRPr="00841B08">
        <w:rPr>
          <w:rStyle w:val="TNR21"/>
          <w:rFonts w:ascii="Arial" w:hAnsi="Arial" w:cs="Arial"/>
          <w:b/>
          <w:sz w:val="22"/>
          <w:lang w:val="es-CO"/>
        </w:rPr>
        <w:t>H. Representante</w:t>
      </w:r>
      <w:r w:rsidR="006146DD" w:rsidRPr="00841B08">
        <w:rPr>
          <w:rStyle w:val="TNR21"/>
          <w:rFonts w:ascii="Arial" w:hAnsi="Arial" w:cs="Arial"/>
          <w:b/>
          <w:sz w:val="22"/>
          <w:lang w:val="es-CO"/>
        </w:rPr>
        <w:t xml:space="preserve"> Andrés Eduardo Forero Molina</w:t>
      </w:r>
      <w:r w:rsidR="006146DD" w:rsidRPr="00BC6830">
        <w:rPr>
          <w:rStyle w:val="TNR21"/>
          <w:rFonts w:ascii="Arial" w:hAnsi="Arial" w:cs="Arial"/>
          <w:sz w:val="22"/>
          <w:lang w:val="es-CO"/>
        </w:rPr>
        <w:t>: Presidente vemos entonces que va a seguir con su intención inicial</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naturalmente hemos visto que hay una intención de pupitrear esta reforma</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adelante Presidente</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nos está dando más razones para después ir a la Corte a donde corresponda</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porque sí consideramos que ustedes no están haciendo bien las cosas</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pero adelante Presidente</w:t>
      </w:r>
      <w:r w:rsidR="00952ACE" w:rsidRPr="00BC6830">
        <w:rPr>
          <w:rStyle w:val="TNR21"/>
          <w:rFonts w:ascii="Arial" w:hAnsi="Arial" w:cs="Arial"/>
          <w:sz w:val="22"/>
          <w:lang w:val="es-CO"/>
        </w:rPr>
        <w:t>, gracias</w:t>
      </w:r>
      <w:r w:rsidR="006146DD" w:rsidRPr="00BC6830">
        <w:rPr>
          <w:rStyle w:val="TNR21"/>
          <w:rFonts w:ascii="Arial" w:hAnsi="Arial" w:cs="Arial"/>
          <w:sz w:val="22"/>
          <w:lang w:val="es-CO"/>
        </w:rPr>
        <w:t>.</w:t>
      </w:r>
    </w:p>
    <w:p w14:paraId="58EE0996" w14:textId="77777777" w:rsidR="00952ACE" w:rsidRPr="00BC6830" w:rsidRDefault="00952ACE" w:rsidP="00667EBF">
      <w:pPr>
        <w:pStyle w:val="Sinespaciado"/>
        <w:jc w:val="both"/>
        <w:rPr>
          <w:rStyle w:val="TNR21"/>
          <w:rFonts w:ascii="Arial" w:hAnsi="Arial" w:cs="Arial"/>
          <w:sz w:val="22"/>
          <w:lang w:val="es-CO"/>
        </w:rPr>
      </w:pPr>
    </w:p>
    <w:p w14:paraId="3EF2A685" w14:textId="77777777" w:rsidR="00952ACE"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Muchas gracias Representante</w:t>
      </w:r>
      <w:r w:rsidR="009369BC">
        <w:rPr>
          <w:rStyle w:val="TNR21"/>
          <w:rFonts w:ascii="Arial" w:hAnsi="Arial" w:cs="Arial"/>
          <w:sz w:val="22"/>
          <w:lang w:val="es-CO"/>
        </w:rPr>
        <w:t>. S</w:t>
      </w:r>
      <w:r w:rsidR="006146DD" w:rsidRPr="00BC6830">
        <w:rPr>
          <w:rStyle w:val="TNR21"/>
          <w:rFonts w:ascii="Arial" w:hAnsi="Arial" w:cs="Arial"/>
          <w:sz w:val="22"/>
          <w:lang w:val="es-CO"/>
        </w:rPr>
        <w:t xml:space="preserve">írvase anunciar </w:t>
      </w:r>
      <w:r w:rsidR="00841B08">
        <w:rPr>
          <w:rStyle w:val="TNR21"/>
          <w:rFonts w:ascii="Arial" w:hAnsi="Arial" w:cs="Arial"/>
          <w:sz w:val="22"/>
          <w:lang w:val="es-CO"/>
        </w:rPr>
        <w:t>proyecto</w:t>
      </w:r>
      <w:r w:rsidR="006146DD" w:rsidRPr="00BC6830">
        <w:rPr>
          <w:rStyle w:val="TNR21"/>
          <w:rFonts w:ascii="Arial" w:hAnsi="Arial" w:cs="Arial"/>
          <w:sz w:val="22"/>
          <w:lang w:val="es-CO"/>
        </w:rPr>
        <w:t>s señor Secretario</w:t>
      </w:r>
      <w:r w:rsidR="00952ACE" w:rsidRPr="00BC6830">
        <w:rPr>
          <w:rStyle w:val="TNR21"/>
          <w:rFonts w:ascii="Arial" w:hAnsi="Arial" w:cs="Arial"/>
          <w:sz w:val="22"/>
          <w:lang w:val="es-CO"/>
        </w:rPr>
        <w:t>.</w:t>
      </w:r>
    </w:p>
    <w:p w14:paraId="7DEB0CC9" w14:textId="77777777" w:rsidR="00952ACE" w:rsidRPr="00BC6830" w:rsidRDefault="00952ACE" w:rsidP="00667EBF">
      <w:pPr>
        <w:pStyle w:val="Sinespaciado"/>
        <w:jc w:val="both"/>
        <w:rPr>
          <w:rStyle w:val="TNR21"/>
          <w:rFonts w:ascii="Arial" w:hAnsi="Arial" w:cs="Arial"/>
          <w:sz w:val="22"/>
          <w:lang w:val="es-CO"/>
        </w:rPr>
      </w:pPr>
    </w:p>
    <w:p w14:paraId="3D567E5F" w14:textId="77777777" w:rsidR="00952ACE" w:rsidRPr="00BC6830" w:rsidRDefault="00B1577F" w:rsidP="00667EBF">
      <w:pPr>
        <w:pStyle w:val="Sinespaciado"/>
        <w:jc w:val="both"/>
        <w:rPr>
          <w:rStyle w:val="TNR21"/>
          <w:rFonts w:ascii="Arial" w:hAnsi="Arial" w:cs="Arial"/>
          <w:sz w:val="22"/>
          <w:lang w:val="es-CO"/>
        </w:rPr>
      </w:pPr>
      <w:r w:rsidRPr="00BC6830">
        <w:rPr>
          <w:rStyle w:val="TNR21"/>
          <w:rFonts w:ascii="Arial" w:hAnsi="Arial" w:cs="Arial"/>
          <w:b/>
          <w:sz w:val="22"/>
          <w:lang w:val="es-CO"/>
        </w:rPr>
        <w:t>H. Representante</w:t>
      </w:r>
      <w:r w:rsidR="006146DD" w:rsidRPr="00BC6830">
        <w:rPr>
          <w:rStyle w:val="TNR21"/>
          <w:rFonts w:ascii="Arial" w:hAnsi="Arial" w:cs="Arial"/>
          <w:b/>
          <w:sz w:val="22"/>
          <w:lang w:val="es-CO"/>
        </w:rPr>
        <w:t xml:space="preserve"> Andrés Eduardo Forero Molina</w:t>
      </w:r>
      <w:r w:rsidR="006146DD" w:rsidRPr="00BC6830">
        <w:rPr>
          <w:rStyle w:val="TNR21"/>
          <w:rFonts w:ascii="Arial" w:hAnsi="Arial" w:cs="Arial"/>
          <w:sz w:val="22"/>
          <w:lang w:val="es-CO"/>
        </w:rPr>
        <w:t xml:space="preserve">: </w:t>
      </w:r>
      <w:r w:rsidR="00952ACE" w:rsidRPr="00BC6830">
        <w:rPr>
          <w:rStyle w:val="TNR21"/>
          <w:rFonts w:ascii="Arial" w:hAnsi="Arial" w:cs="Arial"/>
          <w:sz w:val="22"/>
          <w:lang w:val="es-CO"/>
        </w:rPr>
        <w:t>U</w:t>
      </w:r>
      <w:r w:rsidR="006146DD" w:rsidRPr="00BC6830">
        <w:rPr>
          <w:rStyle w:val="TNR21"/>
          <w:rFonts w:ascii="Arial" w:hAnsi="Arial" w:cs="Arial"/>
          <w:sz w:val="22"/>
          <w:lang w:val="es-CO"/>
        </w:rPr>
        <w:t>na última cosa y le voy a pedir que se abra una investigación a propósito de cómo fue radicada la ponencia ese viernes antes de semana santa</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yo ya pedí los videos y la verdad en los videos que yo tengo y que estoy investigando en este momento</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no me está resultando clara la hora que aparece en la fecha de radicación</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yo sé que eso en la práctica no afectaría el procedimiento que se hace de este </w:t>
      </w:r>
      <w:r w:rsidR="00841B08">
        <w:rPr>
          <w:rStyle w:val="TNR21"/>
          <w:rFonts w:ascii="Arial" w:hAnsi="Arial" w:cs="Arial"/>
          <w:sz w:val="22"/>
          <w:lang w:val="es-CO"/>
        </w:rPr>
        <w:t>proyecto</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pero la verdad sí me deja un muy mal sabor que haya aparecido una hora que son las 5:20 en ese radicado y que yo haya visto que las personas que estaban entrando entraron a otras horas</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entonces eso la verdad también se lo planteo Presidente</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entiendo que eso no afecta todo el proceso de discusión del </w:t>
      </w:r>
      <w:r w:rsidR="00841B08">
        <w:rPr>
          <w:rStyle w:val="TNR21"/>
          <w:rFonts w:ascii="Arial" w:hAnsi="Arial" w:cs="Arial"/>
          <w:sz w:val="22"/>
          <w:lang w:val="es-CO"/>
        </w:rPr>
        <w:t>proyecto</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pero si quiero que lleg</w:t>
      </w:r>
      <w:r w:rsidR="009369BC">
        <w:rPr>
          <w:rStyle w:val="TNR21"/>
          <w:rFonts w:ascii="Arial" w:hAnsi="Arial" w:cs="Arial"/>
          <w:sz w:val="22"/>
          <w:lang w:val="es-CO"/>
        </w:rPr>
        <w:t>ue</w:t>
      </w:r>
      <w:r w:rsidR="006146DD" w:rsidRPr="00BC6830">
        <w:rPr>
          <w:rStyle w:val="TNR21"/>
          <w:rFonts w:ascii="Arial" w:hAnsi="Arial" w:cs="Arial"/>
          <w:sz w:val="22"/>
          <w:lang w:val="es-CO"/>
        </w:rPr>
        <w:t>mos hasta</w:t>
      </w:r>
      <w:r w:rsidR="000D7E1D" w:rsidRPr="00BC6830">
        <w:rPr>
          <w:rStyle w:val="TNR21"/>
          <w:rFonts w:ascii="Arial" w:hAnsi="Arial" w:cs="Arial"/>
          <w:sz w:val="22"/>
          <w:lang w:val="es-CO"/>
        </w:rPr>
        <w:t xml:space="preserve"> </w:t>
      </w:r>
      <w:r w:rsidR="006146DD" w:rsidRPr="00BC6830">
        <w:rPr>
          <w:rStyle w:val="TNR21"/>
          <w:rFonts w:ascii="Arial" w:hAnsi="Arial" w:cs="Arial"/>
          <w:sz w:val="22"/>
          <w:lang w:val="es-CO"/>
        </w:rPr>
        <w:t>la</w:t>
      </w:r>
      <w:r w:rsidR="000D7E1D" w:rsidRPr="00BC6830">
        <w:rPr>
          <w:rStyle w:val="TNR21"/>
          <w:rFonts w:ascii="Arial" w:hAnsi="Arial" w:cs="Arial"/>
          <w:sz w:val="22"/>
          <w:lang w:val="es-CO"/>
        </w:rPr>
        <w:t>s</w:t>
      </w:r>
      <w:r w:rsidR="006146DD" w:rsidRPr="00BC6830">
        <w:rPr>
          <w:rStyle w:val="TNR21"/>
          <w:rFonts w:ascii="Arial" w:hAnsi="Arial" w:cs="Arial"/>
          <w:sz w:val="22"/>
          <w:lang w:val="es-CO"/>
        </w:rPr>
        <w:t xml:space="preserve"> últimas consecuencias y </w:t>
      </w:r>
      <w:r w:rsidR="00952ACE" w:rsidRPr="00BC6830">
        <w:rPr>
          <w:rStyle w:val="TNR21"/>
          <w:rFonts w:ascii="Arial" w:hAnsi="Arial" w:cs="Arial"/>
          <w:sz w:val="22"/>
          <w:lang w:val="es-CO"/>
        </w:rPr>
        <w:t xml:space="preserve">le voy a mandar </w:t>
      </w:r>
      <w:r w:rsidR="006146DD" w:rsidRPr="00BC6830">
        <w:rPr>
          <w:rStyle w:val="TNR21"/>
          <w:rFonts w:ascii="Arial" w:hAnsi="Arial" w:cs="Arial"/>
          <w:sz w:val="22"/>
          <w:lang w:val="es-CO"/>
        </w:rPr>
        <w:t>a usted una copia de los videos para que usted por favor en calidad de Presidente de la Comisión investigue que sucedió</w:t>
      </w:r>
      <w:r w:rsidR="00952ACE" w:rsidRPr="00BC6830">
        <w:rPr>
          <w:rStyle w:val="TNR21"/>
          <w:rFonts w:ascii="Arial" w:hAnsi="Arial" w:cs="Arial"/>
          <w:sz w:val="22"/>
          <w:lang w:val="es-CO"/>
        </w:rPr>
        <w:t>, gracias</w:t>
      </w:r>
      <w:r w:rsidR="006146DD" w:rsidRPr="00BC6830">
        <w:rPr>
          <w:rStyle w:val="TNR21"/>
          <w:rFonts w:ascii="Arial" w:hAnsi="Arial" w:cs="Arial"/>
          <w:sz w:val="22"/>
          <w:lang w:val="es-CO"/>
        </w:rPr>
        <w:t>.</w:t>
      </w:r>
    </w:p>
    <w:p w14:paraId="3A3AC606" w14:textId="77777777" w:rsidR="00952ACE" w:rsidRPr="00BC6830" w:rsidRDefault="00952ACE" w:rsidP="00667EBF">
      <w:pPr>
        <w:pStyle w:val="Sinespaciado"/>
        <w:jc w:val="both"/>
        <w:rPr>
          <w:rStyle w:val="TNR21"/>
          <w:rFonts w:ascii="Arial" w:hAnsi="Arial" w:cs="Arial"/>
          <w:sz w:val="22"/>
          <w:lang w:val="es-CO"/>
        </w:rPr>
      </w:pPr>
    </w:p>
    <w:p w14:paraId="7BCBA0E7" w14:textId="77777777" w:rsidR="00952ACE"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952ACE" w:rsidRPr="00BC6830">
        <w:rPr>
          <w:rStyle w:val="TNR21"/>
          <w:rFonts w:ascii="Arial" w:hAnsi="Arial" w:cs="Arial"/>
          <w:sz w:val="22"/>
          <w:lang w:val="es-CO"/>
        </w:rPr>
        <w:t>M</w:t>
      </w:r>
      <w:r w:rsidR="006146DD" w:rsidRPr="00BC6830">
        <w:rPr>
          <w:rStyle w:val="TNR21"/>
          <w:rFonts w:ascii="Arial" w:hAnsi="Arial" w:cs="Arial"/>
          <w:sz w:val="22"/>
          <w:lang w:val="es-CO"/>
        </w:rPr>
        <w:t>uchas gracias Representante</w:t>
      </w:r>
      <w:r w:rsidR="009369BC">
        <w:rPr>
          <w:rStyle w:val="TNR21"/>
          <w:rFonts w:ascii="Arial" w:hAnsi="Arial" w:cs="Arial"/>
          <w:sz w:val="22"/>
          <w:lang w:val="es-CO"/>
        </w:rPr>
        <w:t>. A</w:t>
      </w:r>
      <w:r w:rsidR="006146DD" w:rsidRPr="00BC6830">
        <w:rPr>
          <w:rStyle w:val="TNR21"/>
          <w:rFonts w:ascii="Arial" w:hAnsi="Arial" w:cs="Arial"/>
          <w:sz w:val="22"/>
          <w:lang w:val="es-CO"/>
        </w:rPr>
        <w:t>nuncie señor Secretario</w:t>
      </w:r>
      <w:r w:rsidR="00952ACE" w:rsidRPr="00BC6830">
        <w:rPr>
          <w:rStyle w:val="TNR21"/>
          <w:rFonts w:ascii="Arial" w:hAnsi="Arial" w:cs="Arial"/>
          <w:sz w:val="22"/>
          <w:lang w:val="es-CO"/>
        </w:rPr>
        <w:t>.</w:t>
      </w:r>
    </w:p>
    <w:p w14:paraId="4DE8BE1F" w14:textId="77777777" w:rsidR="00952ACE" w:rsidRPr="00BC6830" w:rsidRDefault="00952ACE" w:rsidP="00667EBF">
      <w:pPr>
        <w:pStyle w:val="Sinespaciado"/>
        <w:jc w:val="both"/>
        <w:rPr>
          <w:rStyle w:val="TNR21"/>
          <w:rFonts w:ascii="Arial" w:hAnsi="Arial" w:cs="Arial"/>
          <w:sz w:val="22"/>
          <w:lang w:val="es-CO"/>
        </w:rPr>
      </w:pPr>
    </w:p>
    <w:p w14:paraId="74D27D01" w14:textId="77777777" w:rsidR="00952ACE"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Secretario</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952ACE" w:rsidRPr="00BC6830">
        <w:rPr>
          <w:rStyle w:val="TNR21"/>
          <w:rFonts w:ascii="Arial" w:hAnsi="Arial" w:cs="Arial"/>
          <w:sz w:val="22"/>
          <w:lang w:val="es-CO"/>
        </w:rPr>
        <w:t>G</w:t>
      </w:r>
      <w:r w:rsidR="006146DD" w:rsidRPr="00BC6830">
        <w:rPr>
          <w:rStyle w:val="TNR21"/>
          <w:rFonts w:ascii="Arial" w:hAnsi="Arial" w:cs="Arial"/>
          <w:sz w:val="22"/>
          <w:lang w:val="es-CO"/>
        </w:rPr>
        <w:t>racias señor Pre</w:t>
      </w:r>
      <w:r w:rsidR="000D7E1D" w:rsidRPr="00BC6830">
        <w:rPr>
          <w:rStyle w:val="TNR21"/>
          <w:rFonts w:ascii="Arial" w:hAnsi="Arial" w:cs="Arial"/>
          <w:sz w:val="22"/>
          <w:lang w:val="es-CO"/>
        </w:rPr>
        <w:t>sidente</w:t>
      </w:r>
      <w:r w:rsidR="00952ACE" w:rsidRPr="00BC6830">
        <w:rPr>
          <w:rStyle w:val="TNR21"/>
          <w:rFonts w:ascii="Arial" w:hAnsi="Arial" w:cs="Arial"/>
          <w:sz w:val="22"/>
          <w:lang w:val="es-CO"/>
        </w:rPr>
        <w:t>,</w:t>
      </w:r>
      <w:r w:rsidR="000D7E1D" w:rsidRPr="00BC6830">
        <w:rPr>
          <w:rStyle w:val="TNR21"/>
          <w:rFonts w:ascii="Arial" w:hAnsi="Arial" w:cs="Arial"/>
          <w:sz w:val="22"/>
          <w:lang w:val="es-CO"/>
        </w:rPr>
        <w:t xml:space="preserve"> los siguientes son los </w:t>
      </w:r>
      <w:r w:rsidR="00841B08">
        <w:rPr>
          <w:rStyle w:val="TNR21"/>
          <w:rFonts w:ascii="Arial" w:hAnsi="Arial" w:cs="Arial"/>
          <w:sz w:val="22"/>
          <w:lang w:val="es-CO"/>
        </w:rPr>
        <w:t>proyecto</w:t>
      </w:r>
      <w:r w:rsidR="006146DD" w:rsidRPr="00BC6830">
        <w:rPr>
          <w:rStyle w:val="TNR21"/>
          <w:rFonts w:ascii="Arial" w:hAnsi="Arial" w:cs="Arial"/>
          <w:sz w:val="22"/>
          <w:lang w:val="es-CO"/>
        </w:rPr>
        <w:t>s que nos permitimos anunciar</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841B08">
        <w:rPr>
          <w:rStyle w:val="TNR21"/>
          <w:rFonts w:ascii="Arial" w:hAnsi="Arial" w:cs="Arial"/>
          <w:sz w:val="22"/>
          <w:lang w:val="es-CO"/>
        </w:rPr>
        <w:t>Proyecto</w:t>
      </w:r>
      <w:r w:rsidR="006146DD" w:rsidRPr="00BC6830">
        <w:rPr>
          <w:rStyle w:val="TNR21"/>
          <w:rFonts w:ascii="Arial" w:hAnsi="Arial" w:cs="Arial"/>
          <w:sz w:val="22"/>
          <w:lang w:val="es-CO"/>
        </w:rPr>
        <w:t xml:space="preserve"> de ley número 113 de 2022 Cámara</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B75B20">
        <w:rPr>
          <w:rStyle w:val="TNR21"/>
          <w:rFonts w:ascii="Arial" w:hAnsi="Arial" w:cs="Arial"/>
          <w:sz w:val="22"/>
          <w:lang w:val="es-CO"/>
        </w:rPr>
        <w:t>p</w:t>
      </w:r>
      <w:r w:rsidR="00841B08">
        <w:rPr>
          <w:rStyle w:val="TNR21"/>
          <w:rFonts w:ascii="Arial" w:hAnsi="Arial" w:cs="Arial"/>
          <w:sz w:val="22"/>
          <w:lang w:val="es-CO"/>
        </w:rPr>
        <w:t>royecto</w:t>
      </w:r>
      <w:r w:rsidR="006146DD" w:rsidRPr="00BC6830">
        <w:rPr>
          <w:rStyle w:val="TNR21"/>
          <w:rFonts w:ascii="Arial" w:hAnsi="Arial" w:cs="Arial"/>
          <w:sz w:val="22"/>
          <w:lang w:val="es-CO"/>
        </w:rPr>
        <w:t xml:space="preserve"> de ley número 124 de 2022 </w:t>
      </w:r>
      <w:r w:rsidR="006146DD" w:rsidRPr="00BC6830">
        <w:rPr>
          <w:rStyle w:val="TNR21"/>
          <w:rFonts w:ascii="Arial" w:hAnsi="Arial" w:cs="Arial"/>
          <w:sz w:val="22"/>
          <w:lang w:val="es-CO"/>
        </w:rPr>
        <w:lastRenderedPageBreak/>
        <w:t>Cámara</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B75B20">
        <w:rPr>
          <w:rStyle w:val="TNR21"/>
          <w:rFonts w:ascii="Arial" w:hAnsi="Arial" w:cs="Arial"/>
          <w:sz w:val="22"/>
          <w:lang w:val="es-CO"/>
        </w:rPr>
        <w:t>p</w:t>
      </w:r>
      <w:r w:rsidR="00841B08">
        <w:rPr>
          <w:rStyle w:val="TNR21"/>
          <w:rFonts w:ascii="Arial" w:hAnsi="Arial" w:cs="Arial"/>
          <w:sz w:val="22"/>
          <w:lang w:val="es-CO"/>
        </w:rPr>
        <w:t>royecto</w:t>
      </w:r>
      <w:r w:rsidR="006146DD" w:rsidRPr="00BC6830">
        <w:rPr>
          <w:rStyle w:val="TNR21"/>
          <w:rFonts w:ascii="Arial" w:hAnsi="Arial" w:cs="Arial"/>
          <w:sz w:val="22"/>
          <w:lang w:val="es-CO"/>
        </w:rPr>
        <w:t xml:space="preserve"> de ley número 086 de 2022 Cámara</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B75B20">
        <w:rPr>
          <w:rStyle w:val="TNR21"/>
          <w:rFonts w:ascii="Arial" w:hAnsi="Arial" w:cs="Arial"/>
          <w:sz w:val="22"/>
          <w:lang w:val="es-CO"/>
        </w:rPr>
        <w:t>p</w:t>
      </w:r>
      <w:r w:rsidR="00841B08">
        <w:rPr>
          <w:rStyle w:val="TNR21"/>
          <w:rFonts w:ascii="Arial" w:hAnsi="Arial" w:cs="Arial"/>
          <w:sz w:val="22"/>
          <w:lang w:val="es-CO"/>
        </w:rPr>
        <w:t>royecto</w:t>
      </w:r>
      <w:r w:rsidR="006146DD" w:rsidRPr="00BC6830">
        <w:rPr>
          <w:rStyle w:val="TNR21"/>
          <w:rFonts w:ascii="Arial" w:hAnsi="Arial" w:cs="Arial"/>
          <w:sz w:val="22"/>
          <w:lang w:val="es-CO"/>
        </w:rPr>
        <w:t xml:space="preserve"> de ley número 059 de 2022 Cámara</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B75B20">
        <w:rPr>
          <w:rStyle w:val="TNR21"/>
          <w:rFonts w:ascii="Arial" w:hAnsi="Arial" w:cs="Arial"/>
          <w:sz w:val="22"/>
          <w:lang w:val="es-CO"/>
        </w:rPr>
        <w:t>p</w:t>
      </w:r>
      <w:r w:rsidR="00841B08">
        <w:rPr>
          <w:rStyle w:val="TNR21"/>
          <w:rFonts w:ascii="Arial" w:hAnsi="Arial" w:cs="Arial"/>
          <w:sz w:val="22"/>
          <w:lang w:val="es-CO"/>
        </w:rPr>
        <w:t>royecto</w:t>
      </w:r>
      <w:r w:rsidR="006146DD" w:rsidRPr="00BC6830">
        <w:rPr>
          <w:rStyle w:val="TNR21"/>
          <w:rFonts w:ascii="Arial" w:hAnsi="Arial" w:cs="Arial"/>
          <w:sz w:val="22"/>
          <w:lang w:val="es-CO"/>
        </w:rPr>
        <w:t xml:space="preserve"> de ley número 107 de 2022 Cámara</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B75B20">
        <w:rPr>
          <w:rStyle w:val="TNR21"/>
          <w:rFonts w:ascii="Arial" w:hAnsi="Arial" w:cs="Arial"/>
          <w:sz w:val="22"/>
          <w:lang w:val="es-CO"/>
        </w:rPr>
        <w:t>p</w:t>
      </w:r>
      <w:r w:rsidR="00841B08">
        <w:rPr>
          <w:rStyle w:val="TNR21"/>
          <w:rFonts w:ascii="Arial" w:hAnsi="Arial" w:cs="Arial"/>
          <w:sz w:val="22"/>
          <w:lang w:val="es-CO"/>
        </w:rPr>
        <w:t>royecto</w:t>
      </w:r>
      <w:r w:rsidR="006146DD" w:rsidRPr="00BC6830">
        <w:rPr>
          <w:rStyle w:val="TNR21"/>
          <w:rFonts w:ascii="Arial" w:hAnsi="Arial" w:cs="Arial"/>
          <w:sz w:val="22"/>
          <w:lang w:val="es-CO"/>
        </w:rPr>
        <w:t xml:space="preserve"> de ley número 191 de 2022 Cámara</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B75B20">
        <w:rPr>
          <w:rStyle w:val="TNR21"/>
          <w:rFonts w:ascii="Arial" w:hAnsi="Arial" w:cs="Arial"/>
          <w:sz w:val="22"/>
          <w:lang w:val="es-CO"/>
        </w:rPr>
        <w:t>p</w:t>
      </w:r>
      <w:r w:rsidR="00841B08">
        <w:rPr>
          <w:rStyle w:val="TNR21"/>
          <w:rFonts w:ascii="Arial" w:hAnsi="Arial" w:cs="Arial"/>
          <w:sz w:val="22"/>
          <w:lang w:val="es-CO"/>
        </w:rPr>
        <w:t>royecto</w:t>
      </w:r>
      <w:r w:rsidR="006146DD" w:rsidRPr="00BC6830">
        <w:rPr>
          <w:rStyle w:val="TNR21"/>
          <w:rFonts w:ascii="Arial" w:hAnsi="Arial" w:cs="Arial"/>
          <w:sz w:val="22"/>
          <w:lang w:val="es-CO"/>
        </w:rPr>
        <w:t xml:space="preserve"> de ley número 046 de 2022 Cámara</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B75B20">
        <w:rPr>
          <w:rStyle w:val="TNR21"/>
          <w:rFonts w:ascii="Arial" w:hAnsi="Arial" w:cs="Arial"/>
          <w:sz w:val="22"/>
          <w:lang w:val="es-CO"/>
        </w:rPr>
        <w:t>p</w:t>
      </w:r>
      <w:r w:rsidR="00841B08">
        <w:rPr>
          <w:rStyle w:val="TNR21"/>
          <w:rFonts w:ascii="Arial" w:hAnsi="Arial" w:cs="Arial"/>
          <w:sz w:val="22"/>
          <w:lang w:val="es-CO"/>
        </w:rPr>
        <w:t>royecto</w:t>
      </w:r>
      <w:r w:rsidR="006146DD" w:rsidRPr="00BC6830">
        <w:rPr>
          <w:rStyle w:val="TNR21"/>
          <w:rFonts w:ascii="Arial" w:hAnsi="Arial" w:cs="Arial"/>
          <w:sz w:val="22"/>
          <w:lang w:val="es-CO"/>
        </w:rPr>
        <w:t xml:space="preserve"> de ley número 144 de 2022</w:t>
      </w:r>
      <w:r w:rsidR="00952ACE" w:rsidRPr="00BC6830">
        <w:rPr>
          <w:rStyle w:val="TNR21"/>
          <w:rFonts w:ascii="Arial" w:hAnsi="Arial" w:cs="Arial"/>
          <w:sz w:val="22"/>
          <w:lang w:val="es-CO"/>
        </w:rPr>
        <w:t xml:space="preserve"> </w:t>
      </w:r>
      <w:r w:rsidR="006146DD" w:rsidRPr="00BC6830">
        <w:rPr>
          <w:rStyle w:val="TNR21"/>
          <w:rFonts w:ascii="Arial" w:hAnsi="Arial" w:cs="Arial"/>
          <w:sz w:val="22"/>
          <w:lang w:val="es-CO"/>
        </w:rPr>
        <w:t>Cámara</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B75B20">
        <w:rPr>
          <w:rStyle w:val="TNR21"/>
          <w:rFonts w:ascii="Arial" w:hAnsi="Arial" w:cs="Arial"/>
          <w:sz w:val="22"/>
          <w:lang w:val="es-CO"/>
        </w:rPr>
        <w:t>p</w:t>
      </w:r>
      <w:r w:rsidR="00841B08">
        <w:rPr>
          <w:rStyle w:val="TNR21"/>
          <w:rFonts w:ascii="Arial" w:hAnsi="Arial" w:cs="Arial"/>
          <w:sz w:val="22"/>
          <w:lang w:val="es-CO"/>
        </w:rPr>
        <w:t>royecto</w:t>
      </w:r>
      <w:r w:rsidR="006146DD" w:rsidRPr="00BC6830">
        <w:rPr>
          <w:rStyle w:val="TNR21"/>
          <w:rFonts w:ascii="Arial" w:hAnsi="Arial" w:cs="Arial"/>
          <w:sz w:val="22"/>
          <w:lang w:val="es-CO"/>
        </w:rPr>
        <w:t xml:space="preserve"> de ley </w:t>
      </w:r>
      <w:r w:rsidR="00F10117">
        <w:rPr>
          <w:rStyle w:val="TNR21"/>
          <w:rFonts w:ascii="Arial" w:hAnsi="Arial" w:cs="Arial"/>
          <w:sz w:val="22"/>
          <w:lang w:val="es-CO"/>
        </w:rPr>
        <w:t xml:space="preserve">número </w:t>
      </w:r>
      <w:r w:rsidR="006146DD" w:rsidRPr="00BC6830">
        <w:rPr>
          <w:rStyle w:val="TNR21"/>
          <w:rFonts w:ascii="Arial" w:hAnsi="Arial" w:cs="Arial"/>
          <w:sz w:val="22"/>
          <w:lang w:val="es-CO"/>
        </w:rPr>
        <w:t>080 de 2022 Cámara</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B75B20">
        <w:rPr>
          <w:rStyle w:val="TNR21"/>
          <w:rFonts w:ascii="Arial" w:hAnsi="Arial" w:cs="Arial"/>
          <w:sz w:val="22"/>
          <w:lang w:val="es-CO"/>
        </w:rPr>
        <w:t>p</w:t>
      </w:r>
      <w:r w:rsidR="00841B08">
        <w:rPr>
          <w:rStyle w:val="TNR21"/>
          <w:rFonts w:ascii="Arial" w:hAnsi="Arial" w:cs="Arial"/>
          <w:sz w:val="22"/>
          <w:lang w:val="es-CO"/>
        </w:rPr>
        <w:t>royecto</w:t>
      </w:r>
      <w:r w:rsidR="006146DD" w:rsidRPr="00BC6830">
        <w:rPr>
          <w:rStyle w:val="TNR21"/>
          <w:rFonts w:ascii="Arial" w:hAnsi="Arial" w:cs="Arial"/>
          <w:sz w:val="22"/>
          <w:lang w:val="es-CO"/>
        </w:rPr>
        <w:t xml:space="preserve"> de ley número 078 de 2022 Cámara</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B75B20">
        <w:rPr>
          <w:rStyle w:val="TNR21"/>
          <w:rFonts w:ascii="Arial" w:hAnsi="Arial" w:cs="Arial"/>
          <w:sz w:val="22"/>
          <w:lang w:val="es-CO"/>
        </w:rPr>
        <w:t>p</w:t>
      </w:r>
      <w:r w:rsidR="00841B08">
        <w:rPr>
          <w:rStyle w:val="TNR21"/>
          <w:rFonts w:ascii="Arial" w:hAnsi="Arial" w:cs="Arial"/>
          <w:sz w:val="22"/>
          <w:lang w:val="es-CO"/>
        </w:rPr>
        <w:t>royecto</w:t>
      </w:r>
      <w:r w:rsidR="006146DD" w:rsidRPr="00BC6830">
        <w:rPr>
          <w:rStyle w:val="TNR21"/>
          <w:rFonts w:ascii="Arial" w:hAnsi="Arial" w:cs="Arial"/>
          <w:sz w:val="22"/>
          <w:lang w:val="es-CO"/>
        </w:rPr>
        <w:t xml:space="preserve"> de ley número 266 de 2022 Cámara</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B75B20">
        <w:rPr>
          <w:rStyle w:val="TNR21"/>
          <w:rFonts w:ascii="Arial" w:hAnsi="Arial" w:cs="Arial"/>
          <w:sz w:val="22"/>
          <w:lang w:val="es-CO"/>
        </w:rPr>
        <w:t>p</w:t>
      </w:r>
      <w:r w:rsidR="00841B08">
        <w:rPr>
          <w:rStyle w:val="TNR21"/>
          <w:rFonts w:ascii="Arial" w:hAnsi="Arial" w:cs="Arial"/>
          <w:sz w:val="22"/>
          <w:lang w:val="es-CO"/>
        </w:rPr>
        <w:t>royecto</w:t>
      </w:r>
      <w:r w:rsidR="006146DD" w:rsidRPr="00BC6830">
        <w:rPr>
          <w:rStyle w:val="TNR21"/>
          <w:rFonts w:ascii="Arial" w:hAnsi="Arial" w:cs="Arial"/>
          <w:sz w:val="22"/>
          <w:lang w:val="es-CO"/>
        </w:rPr>
        <w:t xml:space="preserve"> de ley número 252 de 2022 Cámara</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B75B20">
        <w:rPr>
          <w:rStyle w:val="TNR21"/>
          <w:rFonts w:ascii="Arial" w:hAnsi="Arial" w:cs="Arial"/>
          <w:sz w:val="22"/>
          <w:lang w:val="es-CO"/>
        </w:rPr>
        <w:t>p</w:t>
      </w:r>
      <w:r w:rsidR="00841B08">
        <w:rPr>
          <w:rStyle w:val="TNR21"/>
          <w:rFonts w:ascii="Arial" w:hAnsi="Arial" w:cs="Arial"/>
          <w:sz w:val="22"/>
          <w:lang w:val="es-CO"/>
        </w:rPr>
        <w:t>royecto</w:t>
      </w:r>
      <w:r w:rsidR="006146DD" w:rsidRPr="00BC6830">
        <w:rPr>
          <w:rStyle w:val="TNR21"/>
          <w:rFonts w:ascii="Arial" w:hAnsi="Arial" w:cs="Arial"/>
          <w:sz w:val="22"/>
          <w:lang w:val="es-CO"/>
        </w:rPr>
        <w:t xml:space="preserve"> de ley número 195 de 2022 Cámara</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B75B20">
        <w:rPr>
          <w:rStyle w:val="TNR21"/>
          <w:rFonts w:ascii="Arial" w:hAnsi="Arial" w:cs="Arial"/>
          <w:sz w:val="22"/>
          <w:lang w:val="es-CO"/>
        </w:rPr>
        <w:t>p</w:t>
      </w:r>
      <w:r w:rsidR="00841B08">
        <w:rPr>
          <w:rStyle w:val="TNR21"/>
          <w:rFonts w:ascii="Arial" w:hAnsi="Arial" w:cs="Arial"/>
          <w:sz w:val="22"/>
          <w:lang w:val="es-CO"/>
        </w:rPr>
        <w:t>royecto</w:t>
      </w:r>
      <w:r w:rsidR="006146DD" w:rsidRPr="00BC6830">
        <w:rPr>
          <w:rStyle w:val="TNR21"/>
          <w:rFonts w:ascii="Arial" w:hAnsi="Arial" w:cs="Arial"/>
          <w:sz w:val="22"/>
          <w:lang w:val="es-CO"/>
        </w:rPr>
        <w:t xml:space="preserve"> de ley número 281 de 2022 Cámara</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B75B20">
        <w:rPr>
          <w:rStyle w:val="TNR21"/>
          <w:rFonts w:ascii="Arial" w:hAnsi="Arial" w:cs="Arial"/>
          <w:sz w:val="22"/>
          <w:lang w:val="es-CO"/>
        </w:rPr>
        <w:t>p</w:t>
      </w:r>
      <w:r w:rsidR="00841B08">
        <w:rPr>
          <w:rStyle w:val="TNR21"/>
          <w:rFonts w:ascii="Arial" w:hAnsi="Arial" w:cs="Arial"/>
          <w:sz w:val="22"/>
          <w:lang w:val="es-CO"/>
        </w:rPr>
        <w:t>royecto</w:t>
      </w:r>
      <w:r w:rsidR="006146DD" w:rsidRPr="00BC6830">
        <w:rPr>
          <w:rStyle w:val="TNR21"/>
          <w:rFonts w:ascii="Arial" w:hAnsi="Arial" w:cs="Arial"/>
          <w:sz w:val="22"/>
          <w:lang w:val="es-CO"/>
        </w:rPr>
        <w:t xml:space="preserve"> de ley número 253 de 2022 Cámara</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B75B20">
        <w:rPr>
          <w:rStyle w:val="TNR21"/>
          <w:rFonts w:ascii="Arial" w:hAnsi="Arial" w:cs="Arial"/>
          <w:sz w:val="22"/>
          <w:lang w:val="es-CO"/>
        </w:rPr>
        <w:t>p</w:t>
      </w:r>
      <w:r w:rsidR="00841B08">
        <w:rPr>
          <w:rStyle w:val="TNR21"/>
          <w:rFonts w:ascii="Arial" w:hAnsi="Arial" w:cs="Arial"/>
          <w:sz w:val="22"/>
          <w:lang w:val="es-CO"/>
        </w:rPr>
        <w:t>royecto</w:t>
      </w:r>
      <w:r w:rsidR="006146DD" w:rsidRPr="00BC6830">
        <w:rPr>
          <w:rStyle w:val="TNR21"/>
          <w:rFonts w:ascii="Arial" w:hAnsi="Arial" w:cs="Arial"/>
          <w:sz w:val="22"/>
          <w:lang w:val="es-CO"/>
        </w:rPr>
        <w:t xml:space="preserve"> de ley número 308 de 2022 Cámara</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B75B20">
        <w:rPr>
          <w:rStyle w:val="TNR21"/>
          <w:rFonts w:ascii="Arial" w:hAnsi="Arial" w:cs="Arial"/>
          <w:sz w:val="22"/>
          <w:lang w:val="es-CO"/>
        </w:rPr>
        <w:t>p</w:t>
      </w:r>
      <w:r w:rsidR="00841B08">
        <w:rPr>
          <w:rStyle w:val="TNR21"/>
          <w:rFonts w:ascii="Arial" w:hAnsi="Arial" w:cs="Arial"/>
          <w:sz w:val="22"/>
          <w:lang w:val="es-CO"/>
        </w:rPr>
        <w:t>royecto</w:t>
      </w:r>
      <w:r w:rsidR="006146DD" w:rsidRPr="00BC6830">
        <w:rPr>
          <w:rStyle w:val="TNR21"/>
          <w:rFonts w:ascii="Arial" w:hAnsi="Arial" w:cs="Arial"/>
          <w:sz w:val="22"/>
          <w:lang w:val="es-CO"/>
        </w:rPr>
        <w:t xml:space="preserve"> de ley número 259 de 2022 Cámara</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B75B20">
        <w:rPr>
          <w:rStyle w:val="TNR21"/>
          <w:rFonts w:ascii="Arial" w:hAnsi="Arial" w:cs="Arial"/>
          <w:sz w:val="22"/>
          <w:lang w:val="es-CO"/>
        </w:rPr>
        <w:t>p</w:t>
      </w:r>
      <w:r w:rsidR="00841B08">
        <w:rPr>
          <w:rStyle w:val="TNR21"/>
          <w:rFonts w:ascii="Arial" w:hAnsi="Arial" w:cs="Arial"/>
          <w:sz w:val="22"/>
          <w:lang w:val="es-CO"/>
        </w:rPr>
        <w:t>royecto</w:t>
      </w:r>
      <w:r w:rsidR="006146DD" w:rsidRPr="00BC6830">
        <w:rPr>
          <w:rStyle w:val="TNR21"/>
          <w:rFonts w:ascii="Arial" w:hAnsi="Arial" w:cs="Arial"/>
          <w:sz w:val="22"/>
          <w:lang w:val="es-CO"/>
        </w:rPr>
        <w:t xml:space="preserve"> de ley número 301 de 2022 Cámara</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B75B20">
        <w:rPr>
          <w:rStyle w:val="TNR21"/>
          <w:rFonts w:ascii="Arial" w:hAnsi="Arial" w:cs="Arial"/>
          <w:sz w:val="22"/>
          <w:lang w:val="es-CO"/>
        </w:rPr>
        <w:t>p</w:t>
      </w:r>
      <w:r w:rsidR="00841B08">
        <w:rPr>
          <w:rStyle w:val="TNR21"/>
          <w:rFonts w:ascii="Arial" w:hAnsi="Arial" w:cs="Arial"/>
          <w:sz w:val="22"/>
          <w:lang w:val="es-CO"/>
        </w:rPr>
        <w:t>royecto</w:t>
      </w:r>
      <w:r w:rsidR="006146DD" w:rsidRPr="00BC6830">
        <w:rPr>
          <w:rStyle w:val="TNR21"/>
          <w:rFonts w:ascii="Arial" w:hAnsi="Arial" w:cs="Arial"/>
          <w:sz w:val="22"/>
          <w:lang w:val="es-CO"/>
        </w:rPr>
        <w:t xml:space="preserve"> de ley número 327 de 2022 Cámara</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B75B20">
        <w:rPr>
          <w:rStyle w:val="TNR21"/>
          <w:rFonts w:ascii="Arial" w:hAnsi="Arial" w:cs="Arial"/>
          <w:sz w:val="22"/>
          <w:lang w:val="es-CO"/>
        </w:rPr>
        <w:t>p</w:t>
      </w:r>
      <w:r w:rsidR="00841B08">
        <w:rPr>
          <w:rStyle w:val="TNR21"/>
          <w:rFonts w:ascii="Arial" w:hAnsi="Arial" w:cs="Arial"/>
          <w:sz w:val="22"/>
          <w:lang w:val="es-CO"/>
        </w:rPr>
        <w:t>royecto</w:t>
      </w:r>
      <w:r w:rsidR="006146DD" w:rsidRPr="00BC6830">
        <w:rPr>
          <w:rStyle w:val="TNR21"/>
          <w:rFonts w:ascii="Arial" w:hAnsi="Arial" w:cs="Arial"/>
          <w:sz w:val="22"/>
          <w:lang w:val="es-CO"/>
        </w:rPr>
        <w:t xml:space="preserve"> de ley número 307 de 2022 Cámara</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B75B20">
        <w:rPr>
          <w:rStyle w:val="TNR21"/>
          <w:rFonts w:ascii="Arial" w:hAnsi="Arial" w:cs="Arial"/>
          <w:sz w:val="22"/>
          <w:lang w:val="es-CO"/>
        </w:rPr>
        <w:t>p</w:t>
      </w:r>
      <w:r w:rsidR="00841B08">
        <w:rPr>
          <w:rStyle w:val="TNR21"/>
          <w:rFonts w:ascii="Arial" w:hAnsi="Arial" w:cs="Arial"/>
          <w:sz w:val="22"/>
          <w:lang w:val="es-CO"/>
        </w:rPr>
        <w:t>royecto</w:t>
      </w:r>
      <w:r w:rsidR="006146DD" w:rsidRPr="00BC6830">
        <w:rPr>
          <w:rStyle w:val="TNR21"/>
          <w:rFonts w:ascii="Arial" w:hAnsi="Arial" w:cs="Arial"/>
          <w:sz w:val="22"/>
          <w:lang w:val="es-CO"/>
        </w:rPr>
        <w:t xml:space="preserve"> de ley número 317 de 2022</w:t>
      </w:r>
      <w:r w:rsidR="00952ACE" w:rsidRPr="00BC6830">
        <w:rPr>
          <w:rStyle w:val="TNR21"/>
          <w:rFonts w:ascii="Arial" w:hAnsi="Arial" w:cs="Arial"/>
          <w:sz w:val="22"/>
          <w:lang w:val="es-CO"/>
        </w:rPr>
        <w:t xml:space="preserve"> </w:t>
      </w:r>
      <w:r w:rsidR="006146DD" w:rsidRPr="00BC6830">
        <w:rPr>
          <w:rStyle w:val="TNR21"/>
          <w:rFonts w:ascii="Arial" w:hAnsi="Arial" w:cs="Arial"/>
          <w:sz w:val="22"/>
          <w:lang w:val="es-CO"/>
        </w:rPr>
        <w:t>Cámara</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B75B20">
        <w:rPr>
          <w:rStyle w:val="TNR21"/>
          <w:rFonts w:ascii="Arial" w:hAnsi="Arial" w:cs="Arial"/>
          <w:sz w:val="22"/>
          <w:lang w:val="es-CO"/>
        </w:rPr>
        <w:t>p</w:t>
      </w:r>
      <w:r w:rsidR="00841B08">
        <w:rPr>
          <w:rStyle w:val="TNR21"/>
          <w:rFonts w:ascii="Arial" w:hAnsi="Arial" w:cs="Arial"/>
          <w:sz w:val="22"/>
          <w:lang w:val="es-CO"/>
        </w:rPr>
        <w:t>royecto</w:t>
      </w:r>
      <w:r w:rsidR="006146DD" w:rsidRPr="00BC6830">
        <w:rPr>
          <w:rStyle w:val="TNR21"/>
          <w:rFonts w:ascii="Arial" w:hAnsi="Arial" w:cs="Arial"/>
          <w:sz w:val="22"/>
          <w:lang w:val="es-CO"/>
        </w:rPr>
        <w:t xml:space="preserve"> de ley número 325 de 2022 Cámara y </w:t>
      </w:r>
      <w:r w:rsidR="00B75B20">
        <w:rPr>
          <w:rStyle w:val="TNR21"/>
          <w:rFonts w:ascii="Arial" w:hAnsi="Arial" w:cs="Arial"/>
          <w:sz w:val="22"/>
          <w:lang w:val="es-CO"/>
        </w:rPr>
        <w:t>p</w:t>
      </w:r>
      <w:r w:rsidR="00841B08">
        <w:rPr>
          <w:rStyle w:val="TNR21"/>
          <w:rFonts w:ascii="Arial" w:hAnsi="Arial" w:cs="Arial"/>
          <w:sz w:val="22"/>
          <w:lang w:val="es-CO"/>
        </w:rPr>
        <w:t>royecto</w:t>
      </w:r>
      <w:r w:rsidR="006146DD" w:rsidRPr="00BC6830">
        <w:rPr>
          <w:rStyle w:val="TNR21"/>
          <w:rFonts w:ascii="Arial" w:hAnsi="Arial" w:cs="Arial"/>
          <w:sz w:val="22"/>
          <w:lang w:val="es-CO"/>
        </w:rPr>
        <w:t xml:space="preserve"> de ley número 339 de 2023 Cámara</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señor Presidente esos son los </w:t>
      </w:r>
      <w:r w:rsidR="00841B08">
        <w:rPr>
          <w:rStyle w:val="TNR21"/>
          <w:rFonts w:ascii="Arial" w:hAnsi="Arial" w:cs="Arial"/>
          <w:sz w:val="22"/>
          <w:lang w:val="es-CO"/>
        </w:rPr>
        <w:t>proyecto</w:t>
      </w:r>
      <w:r w:rsidR="006146DD" w:rsidRPr="00BC6830">
        <w:rPr>
          <w:rStyle w:val="TNR21"/>
          <w:rFonts w:ascii="Arial" w:hAnsi="Arial" w:cs="Arial"/>
          <w:sz w:val="22"/>
          <w:lang w:val="es-CO"/>
        </w:rPr>
        <w:t>s anunciados.</w:t>
      </w:r>
    </w:p>
    <w:p w14:paraId="4A129616" w14:textId="77777777" w:rsidR="00952ACE" w:rsidRPr="00BC6830" w:rsidRDefault="00952ACE" w:rsidP="00667EBF">
      <w:pPr>
        <w:pStyle w:val="Sinespaciado"/>
        <w:jc w:val="both"/>
        <w:rPr>
          <w:rStyle w:val="TNR21"/>
          <w:rFonts w:ascii="Arial" w:hAnsi="Arial" w:cs="Arial"/>
          <w:sz w:val="22"/>
          <w:lang w:val="es-CO"/>
        </w:rPr>
      </w:pPr>
    </w:p>
    <w:p w14:paraId="4614943F" w14:textId="77777777" w:rsidR="00952ACE"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952ACE" w:rsidRPr="00BC6830">
        <w:rPr>
          <w:rStyle w:val="TNR21"/>
          <w:rFonts w:ascii="Arial" w:hAnsi="Arial" w:cs="Arial"/>
          <w:sz w:val="22"/>
          <w:lang w:val="es-CO"/>
        </w:rPr>
        <w:t>M</w:t>
      </w:r>
      <w:r w:rsidR="006146DD" w:rsidRPr="00BC6830">
        <w:rPr>
          <w:rStyle w:val="TNR21"/>
          <w:rFonts w:ascii="Arial" w:hAnsi="Arial" w:cs="Arial"/>
          <w:sz w:val="22"/>
          <w:lang w:val="es-CO"/>
        </w:rPr>
        <w:t>uchas gracias señor Secretario</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952ACE" w:rsidRPr="00BC6830">
        <w:rPr>
          <w:rStyle w:val="TNR21"/>
          <w:rFonts w:ascii="Arial" w:hAnsi="Arial" w:cs="Arial"/>
          <w:sz w:val="22"/>
          <w:lang w:val="es-CO"/>
        </w:rPr>
        <w:t>T</w:t>
      </w:r>
      <w:r w:rsidR="006146DD" w:rsidRPr="00BC6830">
        <w:rPr>
          <w:rStyle w:val="TNR21"/>
          <w:rFonts w:ascii="Arial" w:hAnsi="Arial" w:cs="Arial"/>
          <w:sz w:val="22"/>
          <w:lang w:val="es-CO"/>
        </w:rPr>
        <w:t>enemos la invitación a sesión de la Representante Martha Alfonso</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952ACE" w:rsidRPr="00BC6830">
        <w:rPr>
          <w:rStyle w:val="TNR21"/>
          <w:rFonts w:ascii="Arial" w:hAnsi="Arial" w:cs="Arial"/>
          <w:sz w:val="22"/>
          <w:lang w:val="es-CO"/>
        </w:rPr>
        <w:t>¿</w:t>
      </w:r>
      <w:r w:rsidR="00F10117">
        <w:rPr>
          <w:rStyle w:val="TNR21"/>
          <w:rFonts w:ascii="Arial" w:hAnsi="Arial" w:cs="Arial"/>
          <w:sz w:val="22"/>
          <w:lang w:val="es-CO"/>
        </w:rPr>
        <w:t>A</w:t>
      </w:r>
      <w:r w:rsidR="006146DD" w:rsidRPr="00BC6830">
        <w:rPr>
          <w:rStyle w:val="TNR21"/>
          <w:rFonts w:ascii="Arial" w:hAnsi="Arial" w:cs="Arial"/>
          <w:sz w:val="22"/>
          <w:lang w:val="es-CO"/>
        </w:rPr>
        <w:t>prueba la Comisión Séptima sesión informal para escuchar los invitados de la Representante</w:t>
      </w:r>
      <w:r w:rsidR="00F10117">
        <w:rPr>
          <w:rStyle w:val="TNR21"/>
          <w:rFonts w:ascii="Arial" w:hAnsi="Arial" w:cs="Arial"/>
          <w:sz w:val="22"/>
          <w:lang w:val="es-CO"/>
        </w:rPr>
        <w:t>?</w:t>
      </w:r>
      <w:r w:rsidR="006146DD" w:rsidRPr="00BC6830">
        <w:rPr>
          <w:rStyle w:val="TNR21"/>
          <w:rFonts w:ascii="Arial" w:hAnsi="Arial" w:cs="Arial"/>
          <w:sz w:val="22"/>
          <w:lang w:val="es-CO"/>
        </w:rPr>
        <w:t xml:space="preserve"> </w:t>
      </w:r>
      <w:r w:rsidR="00F10117">
        <w:rPr>
          <w:rStyle w:val="TNR21"/>
          <w:rFonts w:ascii="Arial" w:hAnsi="Arial" w:cs="Arial"/>
          <w:sz w:val="22"/>
          <w:lang w:val="es-CO"/>
        </w:rPr>
        <w:t>S</w:t>
      </w:r>
      <w:r w:rsidR="006146DD" w:rsidRPr="00BC6830">
        <w:rPr>
          <w:rStyle w:val="TNR21"/>
          <w:rFonts w:ascii="Arial" w:hAnsi="Arial" w:cs="Arial"/>
          <w:sz w:val="22"/>
          <w:lang w:val="es-CO"/>
        </w:rPr>
        <w:t>eñor Secretario verifíqueme el quórum por favo</w:t>
      </w:r>
      <w:r w:rsidR="00952ACE" w:rsidRPr="00BC6830">
        <w:rPr>
          <w:rStyle w:val="TNR21"/>
          <w:rFonts w:ascii="Arial" w:hAnsi="Arial" w:cs="Arial"/>
          <w:sz w:val="22"/>
          <w:lang w:val="es-CO"/>
        </w:rPr>
        <w:t>r</w:t>
      </w:r>
      <w:r w:rsidR="006146DD" w:rsidRPr="00BC6830">
        <w:rPr>
          <w:rStyle w:val="TNR21"/>
          <w:rFonts w:ascii="Arial" w:hAnsi="Arial" w:cs="Arial"/>
          <w:sz w:val="22"/>
          <w:lang w:val="es-CO"/>
        </w:rPr>
        <w:t>.</w:t>
      </w:r>
    </w:p>
    <w:p w14:paraId="1E880EF4" w14:textId="77777777" w:rsidR="00952ACE" w:rsidRPr="00BC6830" w:rsidRDefault="00952ACE" w:rsidP="00667EBF">
      <w:pPr>
        <w:pStyle w:val="Sinespaciado"/>
        <w:jc w:val="both"/>
        <w:rPr>
          <w:rStyle w:val="TNR21"/>
          <w:rFonts w:ascii="Arial" w:hAnsi="Arial" w:cs="Arial"/>
          <w:sz w:val="22"/>
          <w:lang w:val="es-CO"/>
        </w:rPr>
      </w:pPr>
    </w:p>
    <w:p w14:paraId="64B266DA" w14:textId="77777777" w:rsidR="00952ACE"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Secretario</w:t>
      </w:r>
      <w:r w:rsidRPr="00BC6830">
        <w:rPr>
          <w:rStyle w:val="TNR21"/>
          <w:rFonts w:ascii="Arial" w:hAnsi="Arial" w:cs="Arial"/>
          <w:sz w:val="22"/>
          <w:lang w:val="es-CO"/>
        </w:rPr>
        <w:t>:</w:t>
      </w:r>
      <w:r w:rsidR="006146DD" w:rsidRPr="00BC6830">
        <w:rPr>
          <w:rStyle w:val="TNR21"/>
          <w:rFonts w:ascii="Arial" w:hAnsi="Arial" w:cs="Arial"/>
          <w:sz w:val="22"/>
          <w:lang w:val="es-CO"/>
        </w:rPr>
        <w:t xml:space="preserve"> Presidente no contamos con quórum para la sesión informal</w:t>
      </w:r>
      <w:r w:rsidR="00952ACE" w:rsidRPr="00BC6830">
        <w:rPr>
          <w:rStyle w:val="TNR21"/>
          <w:rFonts w:ascii="Arial" w:hAnsi="Arial" w:cs="Arial"/>
          <w:sz w:val="22"/>
          <w:lang w:val="es-CO"/>
        </w:rPr>
        <w:t>.</w:t>
      </w:r>
    </w:p>
    <w:p w14:paraId="2B20AC96" w14:textId="77777777" w:rsidR="00952ACE" w:rsidRPr="00BC6830" w:rsidRDefault="00952ACE" w:rsidP="00667EBF">
      <w:pPr>
        <w:pStyle w:val="Sinespaciado"/>
        <w:jc w:val="both"/>
        <w:rPr>
          <w:rStyle w:val="TNR21"/>
          <w:rFonts w:ascii="Arial" w:hAnsi="Arial" w:cs="Arial"/>
          <w:sz w:val="22"/>
          <w:lang w:val="es-CO"/>
        </w:rPr>
      </w:pPr>
    </w:p>
    <w:p w14:paraId="1F89C5D8" w14:textId="77777777" w:rsidR="00952ACE"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952ACE" w:rsidRPr="00BC6830">
        <w:rPr>
          <w:rStyle w:val="TNR21"/>
          <w:rFonts w:ascii="Arial" w:hAnsi="Arial" w:cs="Arial"/>
          <w:sz w:val="22"/>
          <w:lang w:val="es-CO"/>
        </w:rPr>
        <w:t>T</w:t>
      </w:r>
      <w:r w:rsidR="006146DD" w:rsidRPr="00BC6830">
        <w:rPr>
          <w:rStyle w:val="TNR21"/>
          <w:rFonts w:ascii="Arial" w:hAnsi="Arial" w:cs="Arial"/>
          <w:sz w:val="22"/>
          <w:lang w:val="es-CO"/>
        </w:rPr>
        <w:t>iene la palabra el Represe</w:t>
      </w:r>
      <w:r w:rsidR="00952ACE" w:rsidRPr="00BC6830">
        <w:rPr>
          <w:rStyle w:val="TNR21"/>
          <w:rFonts w:ascii="Arial" w:hAnsi="Arial" w:cs="Arial"/>
          <w:sz w:val="22"/>
          <w:lang w:val="es-CO"/>
        </w:rPr>
        <w:t>ntante Alfredo Mondragón</w:t>
      </w:r>
      <w:r w:rsidR="006146DD" w:rsidRPr="00BC6830">
        <w:rPr>
          <w:rStyle w:val="TNR21"/>
          <w:rFonts w:ascii="Arial" w:hAnsi="Arial" w:cs="Arial"/>
          <w:sz w:val="22"/>
          <w:lang w:val="es-CO"/>
        </w:rPr>
        <w:t>.</w:t>
      </w:r>
    </w:p>
    <w:p w14:paraId="0377B0A9" w14:textId="77777777" w:rsidR="00952ACE" w:rsidRPr="00BC6830" w:rsidRDefault="00952ACE" w:rsidP="00667EBF">
      <w:pPr>
        <w:pStyle w:val="Sinespaciado"/>
        <w:jc w:val="both"/>
        <w:rPr>
          <w:rStyle w:val="TNR21"/>
          <w:rFonts w:ascii="Arial" w:hAnsi="Arial" w:cs="Arial"/>
          <w:sz w:val="22"/>
          <w:lang w:val="es-CO"/>
        </w:rPr>
      </w:pPr>
    </w:p>
    <w:p w14:paraId="21C0F7EC" w14:textId="77777777" w:rsidR="00952ACE" w:rsidRPr="00BC6830" w:rsidRDefault="00B1577F" w:rsidP="00667EBF">
      <w:pPr>
        <w:pStyle w:val="Sinespaciado"/>
        <w:jc w:val="both"/>
        <w:rPr>
          <w:rStyle w:val="TNR21"/>
          <w:rFonts w:ascii="Arial" w:hAnsi="Arial" w:cs="Arial"/>
          <w:sz w:val="22"/>
          <w:lang w:val="es-CO"/>
        </w:rPr>
      </w:pPr>
      <w:r w:rsidRPr="00BC6830">
        <w:rPr>
          <w:rStyle w:val="TNR21"/>
          <w:rFonts w:ascii="Arial" w:hAnsi="Arial" w:cs="Arial"/>
          <w:b/>
          <w:sz w:val="22"/>
          <w:lang w:val="es-CO"/>
        </w:rPr>
        <w:t>H. Representante</w:t>
      </w:r>
      <w:r w:rsidR="006146DD" w:rsidRPr="00BC6830">
        <w:rPr>
          <w:rStyle w:val="TNR21"/>
          <w:rFonts w:ascii="Arial" w:hAnsi="Arial" w:cs="Arial"/>
          <w:b/>
          <w:sz w:val="22"/>
          <w:lang w:val="es-CO"/>
        </w:rPr>
        <w:t xml:space="preserve"> Alfredo Mondragón Garzón</w:t>
      </w:r>
      <w:r w:rsidR="006146DD" w:rsidRPr="00BC6830">
        <w:rPr>
          <w:rStyle w:val="TNR21"/>
          <w:rFonts w:ascii="Arial" w:hAnsi="Arial" w:cs="Arial"/>
          <w:sz w:val="22"/>
          <w:lang w:val="es-CO"/>
        </w:rPr>
        <w:t>: Presidente antes del tema yo me sumo a las palabras del Representante Forero y le pediría que haga la investigación de todas las radicaciones de ponencias que se han dado en la vigencia de esta Comisión</w:t>
      </w:r>
      <w:r w:rsidR="00952ACE" w:rsidRPr="00BC6830">
        <w:rPr>
          <w:rStyle w:val="TNR21"/>
          <w:rFonts w:ascii="Arial" w:hAnsi="Arial" w:cs="Arial"/>
          <w:sz w:val="22"/>
          <w:lang w:val="es-CO"/>
        </w:rPr>
        <w:t>,</w:t>
      </w:r>
      <w:r w:rsidR="006146DD" w:rsidRPr="00BC6830">
        <w:rPr>
          <w:rStyle w:val="TNR21"/>
          <w:rFonts w:ascii="Arial" w:hAnsi="Arial" w:cs="Arial"/>
          <w:sz w:val="22"/>
          <w:lang w:val="es-CO"/>
        </w:rPr>
        <w:t xml:space="preserve"> de cómo han sido los procedimientos y si el Representante Forero tiene los videos de todos los procedimientos de radicación de ponencias</w:t>
      </w:r>
      <w:r w:rsidR="0055165E" w:rsidRPr="00BC6830">
        <w:rPr>
          <w:rStyle w:val="TNR21"/>
          <w:rFonts w:ascii="Arial" w:hAnsi="Arial" w:cs="Arial"/>
          <w:sz w:val="22"/>
          <w:lang w:val="es-CO"/>
        </w:rPr>
        <w:t>,</w:t>
      </w:r>
      <w:r w:rsidR="006146DD" w:rsidRPr="00BC6830">
        <w:rPr>
          <w:rStyle w:val="TNR21"/>
          <w:rFonts w:ascii="Arial" w:hAnsi="Arial" w:cs="Arial"/>
          <w:sz w:val="22"/>
          <w:lang w:val="es-CO"/>
        </w:rPr>
        <w:t xml:space="preserve"> sería muy importante para que ayude en la investigación exhaustiva</w:t>
      </w:r>
      <w:r w:rsidR="0055165E" w:rsidRPr="00BC6830">
        <w:rPr>
          <w:rStyle w:val="TNR21"/>
          <w:rFonts w:ascii="Arial" w:hAnsi="Arial" w:cs="Arial"/>
          <w:sz w:val="22"/>
          <w:lang w:val="es-CO"/>
        </w:rPr>
        <w:t xml:space="preserve"> que</w:t>
      </w:r>
      <w:r w:rsidR="006146DD" w:rsidRPr="00BC6830">
        <w:rPr>
          <w:rStyle w:val="TNR21"/>
          <w:rFonts w:ascii="Arial" w:hAnsi="Arial" w:cs="Arial"/>
          <w:sz w:val="22"/>
          <w:lang w:val="es-CO"/>
        </w:rPr>
        <w:t xml:space="preserve"> está pidiendo para tranquilidad del</w:t>
      </w:r>
      <w:r w:rsidR="00952ACE" w:rsidRPr="00BC6830">
        <w:rPr>
          <w:rStyle w:val="TNR21"/>
          <w:rFonts w:ascii="Arial" w:hAnsi="Arial" w:cs="Arial"/>
          <w:sz w:val="22"/>
          <w:lang w:val="es-CO"/>
        </w:rPr>
        <w:t xml:space="preserve"> país</w:t>
      </w:r>
      <w:r w:rsidR="006146DD" w:rsidRPr="00BC6830">
        <w:rPr>
          <w:rStyle w:val="TNR21"/>
          <w:rFonts w:ascii="Arial" w:hAnsi="Arial" w:cs="Arial"/>
          <w:sz w:val="22"/>
          <w:lang w:val="es-CO"/>
        </w:rPr>
        <w:t>.</w:t>
      </w:r>
    </w:p>
    <w:p w14:paraId="02F3D8E1" w14:textId="77777777" w:rsidR="00952ACE" w:rsidRPr="00BC6830" w:rsidRDefault="00952ACE" w:rsidP="00667EBF">
      <w:pPr>
        <w:pStyle w:val="Sinespaciado"/>
        <w:jc w:val="both"/>
        <w:rPr>
          <w:rStyle w:val="TNR21"/>
          <w:rFonts w:ascii="Arial" w:hAnsi="Arial" w:cs="Arial"/>
          <w:sz w:val="22"/>
          <w:lang w:val="es-CO"/>
        </w:rPr>
      </w:pPr>
    </w:p>
    <w:p w14:paraId="5FD3CF6E" w14:textId="77777777" w:rsidR="0055165E" w:rsidRPr="00BC6830" w:rsidRDefault="009D49E0" w:rsidP="00667EBF">
      <w:pPr>
        <w:pStyle w:val="Sinespaciado"/>
        <w:jc w:val="both"/>
        <w:rPr>
          <w:rStyle w:val="TNR21"/>
          <w:rFonts w:ascii="Arial" w:hAnsi="Arial" w:cs="Arial"/>
          <w:sz w:val="22"/>
          <w:lang w:val="es-CO"/>
        </w:rPr>
      </w:pPr>
      <w:r w:rsidRPr="00BC6830">
        <w:rPr>
          <w:rStyle w:val="TNR21"/>
          <w:rFonts w:ascii="Arial" w:hAnsi="Arial" w:cs="Arial"/>
          <w:b/>
          <w:sz w:val="22"/>
          <w:lang w:val="es-CO"/>
        </w:rPr>
        <w:t>El Presidente</w:t>
      </w:r>
      <w:r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55165E" w:rsidRPr="00BC6830">
        <w:rPr>
          <w:rStyle w:val="TNR21"/>
          <w:rFonts w:ascii="Arial" w:hAnsi="Arial" w:cs="Arial"/>
          <w:sz w:val="22"/>
          <w:lang w:val="es-CO"/>
        </w:rPr>
        <w:t>M</w:t>
      </w:r>
      <w:r w:rsidR="006146DD" w:rsidRPr="00BC6830">
        <w:rPr>
          <w:rStyle w:val="TNR21"/>
          <w:rFonts w:ascii="Arial" w:hAnsi="Arial" w:cs="Arial"/>
          <w:sz w:val="22"/>
          <w:lang w:val="es-CO"/>
        </w:rPr>
        <w:t>uchas gracias señor Representante</w:t>
      </w:r>
      <w:r w:rsidR="0055165E" w:rsidRPr="00BC6830">
        <w:rPr>
          <w:rStyle w:val="TNR21"/>
          <w:rFonts w:ascii="Arial" w:hAnsi="Arial" w:cs="Arial"/>
          <w:sz w:val="22"/>
          <w:lang w:val="es-CO"/>
        </w:rPr>
        <w:t>.</w:t>
      </w:r>
      <w:r w:rsidR="006146DD" w:rsidRPr="00BC6830">
        <w:rPr>
          <w:rStyle w:val="TNR21"/>
          <w:rFonts w:ascii="Arial" w:hAnsi="Arial" w:cs="Arial"/>
          <w:sz w:val="22"/>
          <w:lang w:val="es-CO"/>
        </w:rPr>
        <w:t xml:space="preserve"> </w:t>
      </w:r>
      <w:r w:rsidR="0055165E" w:rsidRPr="00BC6830">
        <w:rPr>
          <w:rStyle w:val="TNR21"/>
          <w:rFonts w:ascii="Arial" w:hAnsi="Arial" w:cs="Arial"/>
          <w:sz w:val="22"/>
          <w:lang w:val="es-CO"/>
        </w:rPr>
        <w:t>S</w:t>
      </w:r>
      <w:r w:rsidR="006146DD" w:rsidRPr="00BC6830">
        <w:rPr>
          <w:rStyle w:val="TNR21"/>
          <w:rFonts w:ascii="Arial" w:hAnsi="Arial" w:cs="Arial"/>
          <w:sz w:val="22"/>
          <w:lang w:val="es-CO"/>
        </w:rPr>
        <w:t>i no hay quórum no podemos hacer la sesión informal para que sea aprobada por la Comisión</w:t>
      </w:r>
      <w:r w:rsidR="0055165E" w:rsidRPr="00BC6830">
        <w:rPr>
          <w:rStyle w:val="TNR21"/>
          <w:rFonts w:ascii="Arial" w:hAnsi="Arial" w:cs="Arial"/>
          <w:sz w:val="22"/>
          <w:lang w:val="es-CO"/>
        </w:rPr>
        <w:t>,</w:t>
      </w:r>
      <w:r w:rsidR="006146DD" w:rsidRPr="00BC6830">
        <w:rPr>
          <w:rStyle w:val="TNR21"/>
          <w:rFonts w:ascii="Arial" w:hAnsi="Arial" w:cs="Arial"/>
          <w:sz w:val="22"/>
          <w:lang w:val="es-CO"/>
        </w:rPr>
        <w:t xml:space="preserve"> así que</w:t>
      </w:r>
      <w:r w:rsidR="001606F7" w:rsidRPr="00BC6830">
        <w:rPr>
          <w:rStyle w:val="TNR21"/>
          <w:rFonts w:ascii="Arial" w:hAnsi="Arial" w:cs="Arial"/>
          <w:sz w:val="22"/>
          <w:lang w:val="es-CO"/>
        </w:rPr>
        <w:t>,</w:t>
      </w:r>
      <w:r w:rsidR="006146DD" w:rsidRPr="00BC6830">
        <w:rPr>
          <w:rStyle w:val="TNR21"/>
          <w:rFonts w:ascii="Arial" w:hAnsi="Arial" w:cs="Arial"/>
          <w:sz w:val="22"/>
          <w:lang w:val="es-CO"/>
        </w:rPr>
        <w:t xml:space="preserve"> al no haber quórum</w:t>
      </w:r>
      <w:r w:rsidR="0055165E" w:rsidRPr="00BC6830">
        <w:rPr>
          <w:rStyle w:val="TNR21"/>
          <w:rFonts w:ascii="Arial" w:hAnsi="Arial" w:cs="Arial"/>
          <w:sz w:val="22"/>
          <w:lang w:val="es-CO"/>
        </w:rPr>
        <w:t xml:space="preserve"> Representante</w:t>
      </w:r>
      <w:r w:rsidR="000D7E1D" w:rsidRPr="00BC6830">
        <w:rPr>
          <w:rStyle w:val="TNR21"/>
          <w:rFonts w:ascii="Arial" w:hAnsi="Arial" w:cs="Arial"/>
          <w:sz w:val="22"/>
          <w:lang w:val="es-CO"/>
        </w:rPr>
        <w:t xml:space="preserve">, </w:t>
      </w:r>
      <w:r w:rsidR="006146DD" w:rsidRPr="00BC6830">
        <w:rPr>
          <w:rStyle w:val="TNR21"/>
          <w:rFonts w:ascii="Arial" w:hAnsi="Arial" w:cs="Arial"/>
          <w:sz w:val="22"/>
          <w:lang w:val="es-CO"/>
        </w:rPr>
        <w:t>se levanta la sesión y</w:t>
      </w:r>
      <w:r w:rsidR="00F10117">
        <w:rPr>
          <w:rStyle w:val="TNR21"/>
          <w:rFonts w:ascii="Arial" w:hAnsi="Arial" w:cs="Arial"/>
          <w:sz w:val="22"/>
          <w:lang w:val="es-CO"/>
        </w:rPr>
        <w:t>,</w:t>
      </w:r>
      <w:r w:rsidR="006146DD" w:rsidRPr="00BC6830">
        <w:rPr>
          <w:rStyle w:val="TNR21"/>
          <w:rFonts w:ascii="Arial" w:hAnsi="Arial" w:cs="Arial"/>
          <w:sz w:val="22"/>
          <w:lang w:val="es-CO"/>
        </w:rPr>
        <w:t xml:space="preserve"> se citará para mañana</w:t>
      </w:r>
      <w:r w:rsidR="0055165E" w:rsidRPr="00BC6830">
        <w:rPr>
          <w:rStyle w:val="TNR21"/>
          <w:rFonts w:ascii="Arial" w:hAnsi="Arial" w:cs="Arial"/>
          <w:sz w:val="22"/>
          <w:lang w:val="es-CO"/>
        </w:rPr>
        <w:t>,</w:t>
      </w:r>
      <w:r w:rsidR="006146DD" w:rsidRPr="00BC6830">
        <w:rPr>
          <w:rStyle w:val="TNR21"/>
          <w:rFonts w:ascii="Arial" w:hAnsi="Arial" w:cs="Arial"/>
          <w:sz w:val="22"/>
          <w:lang w:val="es-CO"/>
        </w:rPr>
        <w:t xml:space="preserve"> se les anunciará por Secretaría como corresponde</w:t>
      </w:r>
      <w:r w:rsidR="0055165E" w:rsidRPr="00BC6830">
        <w:rPr>
          <w:rStyle w:val="TNR21"/>
          <w:rFonts w:ascii="Arial" w:hAnsi="Arial" w:cs="Arial"/>
          <w:sz w:val="22"/>
          <w:lang w:val="es-CO"/>
        </w:rPr>
        <w:t>,</w:t>
      </w:r>
      <w:r w:rsidR="006146DD" w:rsidRPr="00BC6830">
        <w:rPr>
          <w:rStyle w:val="TNR21"/>
          <w:rFonts w:ascii="Arial" w:hAnsi="Arial" w:cs="Arial"/>
          <w:sz w:val="22"/>
          <w:lang w:val="es-CO"/>
        </w:rPr>
        <w:t xml:space="preserve"> muchísimas gracias feliz día a toda</w:t>
      </w:r>
      <w:r w:rsidR="0055165E" w:rsidRPr="00BC6830">
        <w:rPr>
          <w:rStyle w:val="TNR21"/>
          <w:rFonts w:ascii="Arial" w:hAnsi="Arial" w:cs="Arial"/>
          <w:sz w:val="22"/>
          <w:lang w:val="es-CO"/>
        </w:rPr>
        <w:t>s y todos</w:t>
      </w:r>
      <w:r w:rsidR="006146DD" w:rsidRPr="00BC6830">
        <w:rPr>
          <w:rStyle w:val="TNR21"/>
          <w:rFonts w:ascii="Arial" w:hAnsi="Arial" w:cs="Arial"/>
          <w:sz w:val="22"/>
          <w:lang w:val="es-CO"/>
        </w:rPr>
        <w:t>.</w:t>
      </w:r>
    </w:p>
    <w:p w14:paraId="5BC9A8CC" w14:textId="77777777" w:rsidR="0055165E" w:rsidRPr="00BC6830" w:rsidRDefault="0055165E" w:rsidP="00667EBF">
      <w:pPr>
        <w:pStyle w:val="Sinespaciado"/>
        <w:jc w:val="both"/>
        <w:rPr>
          <w:rStyle w:val="TNR21"/>
          <w:rFonts w:ascii="Arial" w:hAnsi="Arial" w:cs="Arial"/>
          <w:sz w:val="22"/>
          <w:lang w:val="es-CO"/>
        </w:rPr>
      </w:pPr>
    </w:p>
    <w:p w14:paraId="625D71EC" w14:textId="6E5E24F8" w:rsidR="00043831" w:rsidRPr="00852765" w:rsidRDefault="009D49E0" w:rsidP="00852765">
      <w:pPr>
        <w:pStyle w:val="Sinespaciado"/>
        <w:rPr>
          <w:rFonts w:ascii="Arial" w:hAnsi="Arial" w:cs="Arial"/>
        </w:rPr>
      </w:pPr>
      <w:r w:rsidRPr="00852765">
        <w:rPr>
          <w:rStyle w:val="TNR21"/>
          <w:rFonts w:ascii="Arial" w:hAnsi="Arial" w:cs="Arial"/>
          <w:b/>
          <w:sz w:val="22"/>
          <w:lang w:val="es-CO"/>
        </w:rPr>
        <w:t xml:space="preserve">El </w:t>
      </w:r>
      <w:proofErr w:type="gramStart"/>
      <w:r w:rsidRPr="00852765">
        <w:rPr>
          <w:rStyle w:val="TNR21"/>
          <w:rFonts w:ascii="Arial" w:hAnsi="Arial" w:cs="Arial"/>
          <w:b/>
          <w:sz w:val="22"/>
          <w:lang w:val="es-CO"/>
        </w:rPr>
        <w:t>Secretario</w:t>
      </w:r>
      <w:proofErr w:type="gramEnd"/>
      <w:r w:rsidRPr="00852765">
        <w:rPr>
          <w:rStyle w:val="TNR21"/>
          <w:rFonts w:ascii="Arial" w:hAnsi="Arial" w:cs="Arial"/>
          <w:b/>
          <w:sz w:val="22"/>
          <w:lang w:val="es-CO"/>
        </w:rPr>
        <w:t>:</w:t>
      </w:r>
      <w:r w:rsidR="006146DD" w:rsidRPr="00852765">
        <w:rPr>
          <w:rStyle w:val="TNR21"/>
          <w:rFonts w:ascii="Arial" w:hAnsi="Arial" w:cs="Arial"/>
          <w:sz w:val="22"/>
          <w:lang w:val="es-CO"/>
        </w:rPr>
        <w:t xml:space="preserve"> </w:t>
      </w:r>
      <w:r w:rsidR="0055165E" w:rsidRPr="00852765">
        <w:rPr>
          <w:rStyle w:val="TNR21"/>
          <w:rFonts w:ascii="Arial" w:hAnsi="Arial" w:cs="Arial"/>
          <w:sz w:val="22"/>
          <w:lang w:val="es-CO"/>
        </w:rPr>
        <w:t>G</w:t>
      </w:r>
      <w:r w:rsidR="006146DD" w:rsidRPr="00852765">
        <w:rPr>
          <w:rStyle w:val="TNR21"/>
          <w:rFonts w:ascii="Arial" w:hAnsi="Arial" w:cs="Arial"/>
          <w:sz w:val="22"/>
          <w:lang w:val="es-CO"/>
        </w:rPr>
        <w:t>racias Presidente</w:t>
      </w:r>
      <w:r w:rsidR="0055165E" w:rsidRPr="00852765">
        <w:rPr>
          <w:rStyle w:val="TNR21"/>
          <w:rFonts w:ascii="Arial" w:hAnsi="Arial" w:cs="Arial"/>
          <w:sz w:val="22"/>
          <w:lang w:val="es-CO"/>
        </w:rPr>
        <w:t>,</w:t>
      </w:r>
      <w:r w:rsidR="006146DD" w:rsidRPr="00852765">
        <w:rPr>
          <w:rStyle w:val="TNR21"/>
          <w:rFonts w:ascii="Arial" w:hAnsi="Arial" w:cs="Arial"/>
          <w:sz w:val="22"/>
          <w:lang w:val="es-CO"/>
        </w:rPr>
        <w:t xml:space="preserve"> siendo las 12:46 </w:t>
      </w:r>
      <w:r w:rsidR="009E38EB">
        <w:rPr>
          <w:rStyle w:val="TNR21"/>
          <w:rFonts w:ascii="Arial" w:hAnsi="Arial" w:cs="Arial"/>
          <w:sz w:val="22"/>
          <w:lang w:val="es-CO"/>
        </w:rPr>
        <w:t>horas</w:t>
      </w:r>
      <w:r w:rsidR="006146DD" w:rsidRPr="00852765">
        <w:rPr>
          <w:rStyle w:val="TNR21"/>
          <w:rFonts w:ascii="Arial" w:hAnsi="Arial" w:cs="Arial"/>
          <w:sz w:val="22"/>
          <w:lang w:val="es-CO"/>
        </w:rPr>
        <w:t xml:space="preserve"> se da por terminada esta sesión y se citará por Secretaría para la siguiente</w:t>
      </w:r>
      <w:r w:rsidR="001606F7" w:rsidRPr="00852765">
        <w:rPr>
          <w:rStyle w:val="TNR21"/>
          <w:rFonts w:ascii="Arial" w:hAnsi="Arial" w:cs="Arial"/>
          <w:sz w:val="22"/>
        </w:rPr>
        <w:t>.</w:t>
      </w:r>
      <w:r w:rsidR="006146DD" w:rsidRPr="00852765">
        <w:rPr>
          <w:rStyle w:val="TNR21"/>
          <w:rFonts w:ascii="Arial" w:hAnsi="Arial" w:cs="Arial"/>
          <w:sz w:val="22"/>
        </w:rPr>
        <w:t xml:space="preserve">                            </w:t>
      </w:r>
      <w:r w:rsidR="00BC6830" w:rsidRPr="00852765">
        <w:rPr>
          <w:rStyle w:val="TNR21"/>
          <w:rFonts w:ascii="Arial" w:hAnsi="Arial" w:cs="Arial"/>
          <w:sz w:val="22"/>
        </w:rPr>
        <w:t xml:space="preserve">                               </w:t>
      </w:r>
      <w:r w:rsidR="006146DD" w:rsidRPr="00852765">
        <w:rPr>
          <w:rFonts w:ascii="Arial" w:hAnsi="Arial" w:cs="Arial"/>
        </w:rPr>
        <w:br/>
      </w:r>
    </w:p>
    <w:p w14:paraId="35E86671" w14:textId="77777777" w:rsidR="00C37E5D" w:rsidRPr="00BC6830" w:rsidRDefault="00C37E5D" w:rsidP="00667EBF">
      <w:pPr>
        <w:pStyle w:val="Sinespaciado"/>
        <w:jc w:val="both"/>
        <w:rPr>
          <w:rFonts w:ascii="Arial" w:hAnsi="Arial" w:cs="Arial"/>
          <w:lang w:val="es-CO"/>
        </w:rPr>
      </w:pPr>
    </w:p>
    <w:p w14:paraId="2FAED29F" w14:textId="64D7094B" w:rsidR="00C37E5D" w:rsidRDefault="00C37E5D" w:rsidP="00667EBF">
      <w:pPr>
        <w:pStyle w:val="Sinespaciado"/>
        <w:jc w:val="both"/>
        <w:rPr>
          <w:rFonts w:ascii="Arial" w:hAnsi="Arial" w:cs="Arial"/>
          <w:lang w:val="es-CO"/>
        </w:rPr>
      </w:pPr>
    </w:p>
    <w:p w14:paraId="288C5BF0" w14:textId="77777777" w:rsidR="009E38EB" w:rsidRPr="00BC6830" w:rsidRDefault="009E38EB" w:rsidP="00667EBF">
      <w:pPr>
        <w:pStyle w:val="Sinespaciado"/>
        <w:jc w:val="both"/>
        <w:rPr>
          <w:rFonts w:ascii="Arial" w:hAnsi="Arial" w:cs="Arial"/>
          <w:lang w:val="es-CO"/>
        </w:rPr>
      </w:pPr>
    </w:p>
    <w:p w14:paraId="60D2E1DF" w14:textId="77777777" w:rsidR="00BC6830" w:rsidRDefault="00BC6830" w:rsidP="00C37E5D">
      <w:pPr>
        <w:pStyle w:val="Sinespaciado"/>
        <w:jc w:val="both"/>
        <w:rPr>
          <w:rFonts w:ascii="Arial" w:hAnsi="Arial" w:cs="Arial"/>
          <w:b/>
          <w:bCs/>
          <w:lang w:val="es-CO" w:eastAsia="es-ES"/>
        </w:rPr>
      </w:pPr>
    </w:p>
    <w:p w14:paraId="15300620" w14:textId="77777777" w:rsidR="00852765" w:rsidRDefault="00852765" w:rsidP="00C37E5D">
      <w:pPr>
        <w:pStyle w:val="Sinespaciado"/>
        <w:jc w:val="both"/>
        <w:rPr>
          <w:rFonts w:ascii="Arial" w:hAnsi="Arial" w:cs="Arial"/>
          <w:b/>
          <w:bCs/>
          <w:lang w:val="es-CO" w:eastAsia="es-ES"/>
        </w:rPr>
      </w:pPr>
    </w:p>
    <w:p w14:paraId="6E67B27E" w14:textId="77777777" w:rsidR="00C37E5D" w:rsidRPr="00BC6830" w:rsidRDefault="00C37E5D" w:rsidP="00C37E5D">
      <w:pPr>
        <w:pStyle w:val="Sinespaciado"/>
        <w:jc w:val="both"/>
        <w:rPr>
          <w:rFonts w:ascii="Arial" w:hAnsi="Arial" w:cs="Arial"/>
          <w:b/>
          <w:bCs/>
          <w:lang w:val="es-CO" w:eastAsia="es-ES"/>
        </w:rPr>
      </w:pPr>
      <w:r w:rsidRPr="00BC6830">
        <w:rPr>
          <w:rFonts w:ascii="Arial" w:hAnsi="Arial" w:cs="Arial"/>
          <w:b/>
          <w:bCs/>
          <w:lang w:val="es-CO" w:eastAsia="es-ES"/>
        </w:rPr>
        <w:t>AGMETH JOSÉ ESCAF TIJERINO</w:t>
      </w:r>
      <w:r w:rsidRPr="00BC6830">
        <w:rPr>
          <w:rFonts w:ascii="Arial" w:hAnsi="Arial" w:cs="Arial"/>
          <w:b/>
          <w:bCs/>
          <w:lang w:val="es-CO" w:eastAsia="es-ES"/>
        </w:rPr>
        <w:tab/>
      </w:r>
      <w:r w:rsidRPr="00BC6830">
        <w:rPr>
          <w:rFonts w:ascii="Arial" w:hAnsi="Arial" w:cs="Arial"/>
          <w:b/>
          <w:bCs/>
          <w:lang w:val="es-CO" w:eastAsia="es-ES"/>
        </w:rPr>
        <w:tab/>
      </w:r>
      <w:r w:rsidRPr="00BC6830">
        <w:rPr>
          <w:rFonts w:ascii="Arial" w:hAnsi="Arial" w:cs="Arial"/>
          <w:b/>
          <w:bCs/>
          <w:lang w:val="es-CO" w:eastAsia="es-ES"/>
        </w:rPr>
        <w:tab/>
        <w:t>HUGO ALFONSO ARCHILA SUAREZ</w:t>
      </w:r>
    </w:p>
    <w:p w14:paraId="1B3786CF" w14:textId="77777777" w:rsidR="00C37E5D" w:rsidRPr="00BC6830" w:rsidRDefault="00C37E5D" w:rsidP="00C37E5D">
      <w:pPr>
        <w:pStyle w:val="Sinespaciado"/>
        <w:ind w:left="720" w:firstLine="720"/>
        <w:rPr>
          <w:rFonts w:ascii="Arial" w:hAnsi="Arial" w:cs="Arial"/>
          <w:lang w:val="es-CO" w:eastAsia="es-ES"/>
        </w:rPr>
      </w:pPr>
      <w:r w:rsidRPr="00BC6830">
        <w:rPr>
          <w:rFonts w:ascii="Arial" w:hAnsi="Arial" w:cs="Arial"/>
          <w:lang w:val="es-CO" w:eastAsia="es-ES"/>
        </w:rPr>
        <w:t>Presidente</w:t>
      </w:r>
      <w:r w:rsidRPr="00BC6830">
        <w:rPr>
          <w:rFonts w:ascii="Arial" w:hAnsi="Arial" w:cs="Arial"/>
          <w:lang w:val="es-CO" w:eastAsia="es-ES"/>
        </w:rPr>
        <w:tab/>
      </w:r>
      <w:r w:rsidRPr="00BC6830">
        <w:rPr>
          <w:rFonts w:ascii="Arial" w:hAnsi="Arial" w:cs="Arial"/>
          <w:lang w:val="es-CO" w:eastAsia="es-ES"/>
        </w:rPr>
        <w:tab/>
      </w:r>
      <w:r w:rsidRPr="00BC6830">
        <w:rPr>
          <w:rFonts w:ascii="Arial" w:hAnsi="Arial" w:cs="Arial"/>
          <w:lang w:val="es-CO" w:eastAsia="es-ES"/>
        </w:rPr>
        <w:tab/>
      </w:r>
      <w:r w:rsidRPr="00BC6830">
        <w:rPr>
          <w:rFonts w:ascii="Arial" w:hAnsi="Arial" w:cs="Arial"/>
          <w:lang w:val="es-CO" w:eastAsia="es-ES"/>
        </w:rPr>
        <w:tab/>
      </w:r>
      <w:r w:rsidRPr="00BC6830">
        <w:rPr>
          <w:rFonts w:ascii="Arial" w:hAnsi="Arial" w:cs="Arial"/>
          <w:lang w:val="es-CO" w:eastAsia="es-ES"/>
        </w:rPr>
        <w:tab/>
        <w:t>Vicepresidente</w:t>
      </w:r>
    </w:p>
    <w:p w14:paraId="3C3B7091" w14:textId="77777777" w:rsidR="00C37E5D" w:rsidRPr="00BC6830" w:rsidRDefault="00C37E5D" w:rsidP="00C37E5D">
      <w:pPr>
        <w:pStyle w:val="Sinespaciado"/>
        <w:ind w:left="708" w:firstLine="708"/>
        <w:jc w:val="both"/>
        <w:rPr>
          <w:rFonts w:ascii="Arial" w:hAnsi="Arial" w:cs="Arial"/>
          <w:b/>
          <w:bCs/>
          <w:lang w:val="es-CO" w:eastAsia="es-ES"/>
        </w:rPr>
      </w:pPr>
    </w:p>
    <w:p w14:paraId="4F5A3B73" w14:textId="422BFF69" w:rsidR="00C37E5D" w:rsidRDefault="00C37E5D" w:rsidP="00C37E5D">
      <w:pPr>
        <w:pStyle w:val="Sinespaciado"/>
        <w:jc w:val="center"/>
        <w:rPr>
          <w:rFonts w:ascii="Arial" w:hAnsi="Arial" w:cs="Arial"/>
          <w:b/>
          <w:bCs/>
          <w:lang w:val="es-CO" w:eastAsia="es-ES"/>
        </w:rPr>
      </w:pPr>
    </w:p>
    <w:p w14:paraId="2CF241E7" w14:textId="77777777" w:rsidR="009E38EB" w:rsidRPr="00BC6830" w:rsidRDefault="009E38EB" w:rsidP="00C37E5D">
      <w:pPr>
        <w:pStyle w:val="Sinespaciado"/>
        <w:jc w:val="center"/>
        <w:rPr>
          <w:rFonts w:ascii="Arial" w:hAnsi="Arial" w:cs="Arial"/>
          <w:b/>
          <w:bCs/>
          <w:lang w:val="es-CO" w:eastAsia="es-ES"/>
        </w:rPr>
      </w:pPr>
    </w:p>
    <w:p w14:paraId="53A77D46" w14:textId="77777777" w:rsidR="00BC6830" w:rsidRDefault="00BC6830" w:rsidP="00C37E5D">
      <w:pPr>
        <w:pStyle w:val="Sinespaciado"/>
        <w:jc w:val="center"/>
        <w:rPr>
          <w:rFonts w:ascii="Arial" w:hAnsi="Arial" w:cs="Arial"/>
          <w:b/>
          <w:bCs/>
          <w:lang w:val="es-CO" w:eastAsia="es-ES"/>
        </w:rPr>
      </w:pPr>
    </w:p>
    <w:p w14:paraId="5B7DBFBE" w14:textId="77777777" w:rsidR="00852765" w:rsidRDefault="00852765" w:rsidP="00C37E5D">
      <w:pPr>
        <w:pStyle w:val="Sinespaciado"/>
        <w:jc w:val="center"/>
        <w:rPr>
          <w:rFonts w:ascii="Arial" w:hAnsi="Arial" w:cs="Arial"/>
          <w:b/>
          <w:bCs/>
          <w:lang w:val="es-CO" w:eastAsia="es-ES"/>
        </w:rPr>
      </w:pPr>
    </w:p>
    <w:p w14:paraId="0231C9A6" w14:textId="77777777" w:rsidR="00C37E5D" w:rsidRPr="00BC6830" w:rsidRDefault="00C37E5D" w:rsidP="00C37E5D">
      <w:pPr>
        <w:pStyle w:val="Sinespaciado"/>
        <w:jc w:val="center"/>
        <w:rPr>
          <w:rFonts w:ascii="Arial" w:hAnsi="Arial" w:cs="Arial"/>
          <w:lang w:val="es-CO" w:eastAsia="es-ES"/>
        </w:rPr>
      </w:pPr>
      <w:r w:rsidRPr="00BC6830">
        <w:rPr>
          <w:rFonts w:ascii="Arial" w:hAnsi="Arial" w:cs="Arial"/>
          <w:b/>
          <w:bCs/>
          <w:lang w:val="es-CO" w:eastAsia="es-ES"/>
        </w:rPr>
        <w:t>RICARDO ALFONSO ALBORNOZ BARRETO</w:t>
      </w:r>
    </w:p>
    <w:p w14:paraId="4B118ED1" w14:textId="77777777" w:rsidR="00C37E5D" w:rsidRPr="00BC6830" w:rsidRDefault="00C37E5D" w:rsidP="00C37E5D">
      <w:pPr>
        <w:jc w:val="center"/>
        <w:rPr>
          <w:rFonts w:ascii="Arial" w:hAnsi="Arial" w:cs="Arial"/>
          <w:lang w:val="es-CO" w:eastAsia="es-ES"/>
        </w:rPr>
      </w:pPr>
      <w:r w:rsidRPr="00BC6830">
        <w:rPr>
          <w:rFonts w:ascii="Arial" w:hAnsi="Arial" w:cs="Arial"/>
          <w:lang w:val="es-CO" w:eastAsia="es-ES"/>
        </w:rPr>
        <w:t>Secretario</w:t>
      </w:r>
    </w:p>
    <w:p w14:paraId="7BA0B387" w14:textId="77777777" w:rsidR="00841B08" w:rsidRDefault="00841B08" w:rsidP="00C37E5D">
      <w:pPr>
        <w:pStyle w:val="Sinespaciado"/>
        <w:jc w:val="both"/>
        <w:rPr>
          <w:rFonts w:ascii="Arial" w:hAnsi="Arial" w:cs="Arial"/>
          <w:b/>
          <w:sz w:val="14"/>
          <w:szCs w:val="14"/>
          <w:lang w:val="es-CO"/>
        </w:rPr>
      </w:pPr>
    </w:p>
    <w:p w14:paraId="268644EA" w14:textId="77777777" w:rsidR="00C37E5D" w:rsidRPr="00BC6830" w:rsidRDefault="00C37E5D" w:rsidP="00C37E5D">
      <w:pPr>
        <w:pStyle w:val="Sinespaciado"/>
        <w:jc w:val="both"/>
        <w:rPr>
          <w:rFonts w:ascii="Arial" w:hAnsi="Arial" w:cs="Arial"/>
          <w:sz w:val="14"/>
          <w:szCs w:val="14"/>
          <w:lang w:val="es-CO"/>
        </w:rPr>
      </w:pPr>
      <w:r w:rsidRPr="00BC6830">
        <w:rPr>
          <w:rFonts w:ascii="Arial" w:hAnsi="Arial" w:cs="Arial"/>
          <w:b/>
          <w:sz w:val="14"/>
          <w:szCs w:val="14"/>
          <w:lang w:val="es-CO"/>
        </w:rPr>
        <w:t>Nota</w:t>
      </w:r>
      <w:r w:rsidRPr="00BC6830">
        <w:rPr>
          <w:rFonts w:ascii="Arial" w:hAnsi="Arial" w:cs="Arial"/>
          <w:sz w:val="14"/>
          <w:szCs w:val="14"/>
          <w:lang w:val="es-CO"/>
        </w:rPr>
        <w:t xml:space="preserve">. La grabación magnetofónica y las transcripciones correspondientes reposan en la secretaría de la Comisión Séptima. </w:t>
      </w:r>
    </w:p>
    <w:p w14:paraId="080E7A36" w14:textId="77777777" w:rsidR="00C37E5D" w:rsidRPr="00BC6830" w:rsidRDefault="00C37E5D" w:rsidP="00C37E5D">
      <w:pPr>
        <w:pStyle w:val="Sinespaciado"/>
        <w:jc w:val="both"/>
        <w:rPr>
          <w:rFonts w:ascii="Arial" w:hAnsi="Arial" w:cs="Arial"/>
          <w:b/>
          <w:sz w:val="14"/>
          <w:szCs w:val="14"/>
          <w:lang w:val="es-CO"/>
        </w:rPr>
      </w:pPr>
      <w:r w:rsidRPr="00BC6830">
        <w:rPr>
          <w:rFonts w:ascii="Arial" w:hAnsi="Arial" w:cs="Arial"/>
          <w:sz w:val="14"/>
          <w:szCs w:val="14"/>
          <w:lang w:val="es-CO"/>
        </w:rPr>
        <w:t>El registro de asistencia y las votaciones nominales hacen parte integral de la presente acta.</w:t>
      </w:r>
    </w:p>
    <w:p w14:paraId="36A5AAB0" w14:textId="2CBD2DF7" w:rsidR="00C37E5D" w:rsidRDefault="00C37E5D" w:rsidP="00667EBF">
      <w:pPr>
        <w:pStyle w:val="Sinespaciado"/>
        <w:jc w:val="both"/>
        <w:rPr>
          <w:rFonts w:ascii="Arial" w:hAnsi="Arial" w:cs="Arial"/>
          <w:b/>
          <w:sz w:val="14"/>
          <w:szCs w:val="14"/>
          <w:lang w:val="es-CO"/>
        </w:rPr>
      </w:pPr>
      <w:r w:rsidRPr="00BC6830">
        <w:rPr>
          <w:rFonts w:ascii="Arial" w:hAnsi="Arial" w:cs="Arial"/>
          <w:b/>
          <w:sz w:val="14"/>
          <w:szCs w:val="14"/>
          <w:lang w:val="es-CO"/>
        </w:rPr>
        <w:t>Elaboró. María Eugenia Hoyos Cárdenas-Transcriptor</w:t>
      </w:r>
    </w:p>
    <w:p w14:paraId="70992316" w14:textId="3DE3F256" w:rsidR="009E38EB" w:rsidRDefault="009E38EB">
      <w:pPr>
        <w:rPr>
          <w:rFonts w:ascii="Arial" w:hAnsi="Arial" w:cs="Arial"/>
          <w:b/>
          <w:sz w:val="14"/>
          <w:szCs w:val="14"/>
          <w:lang w:val="es-CO"/>
        </w:rPr>
      </w:pPr>
      <w:r>
        <w:rPr>
          <w:rFonts w:ascii="Arial" w:hAnsi="Arial" w:cs="Arial"/>
          <w:b/>
          <w:sz w:val="14"/>
          <w:szCs w:val="14"/>
          <w:lang w:val="es-CO"/>
        </w:rPr>
        <w:br w:type="page"/>
      </w:r>
    </w:p>
    <w:p w14:paraId="6CD4A415" w14:textId="07401757" w:rsidR="009E38EB" w:rsidRDefault="009E38EB" w:rsidP="00667EBF">
      <w:pPr>
        <w:pStyle w:val="Sinespaciado"/>
        <w:jc w:val="both"/>
        <w:rPr>
          <w:rFonts w:ascii="Arial" w:hAnsi="Arial" w:cs="Arial"/>
          <w:sz w:val="24"/>
          <w:szCs w:val="24"/>
          <w:lang w:val="es-CO"/>
        </w:rPr>
      </w:pPr>
      <w:r>
        <w:rPr>
          <w:rFonts w:ascii="Arial" w:hAnsi="Arial" w:cs="Arial"/>
          <w:noProof/>
          <w:sz w:val="24"/>
          <w:szCs w:val="24"/>
          <w:lang w:val="es-CO"/>
        </w:rPr>
        <w:lastRenderedPageBreak/>
        <w:drawing>
          <wp:anchor distT="0" distB="0" distL="114300" distR="114300" simplePos="0" relativeHeight="251658240" behindDoc="0" locked="0" layoutInCell="1" allowOverlap="1" wp14:anchorId="24CADE05" wp14:editId="40CC2139">
            <wp:simplePos x="0" y="0"/>
            <wp:positionH relativeFrom="margin">
              <wp:posOffset>-635</wp:posOffset>
            </wp:positionH>
            <wp:positionV relativeFrom="paragraph">
              <wp:posOffset>175260</wp:posOffset>
            </wp:positionV>
            <wp:extent cx="5975985" cy="7734300"/>
            <wp:effectExtent l="0" t="0" r="5715"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68"/>
                    <a:stretch>
                      <a:fillRect/>
                    </a:stretch>
                  </pic:blipFill>
                  <pic:spPr>
                    <a:xfrm>
                      <a:off x="0" y="0"/>
                      <a:ext cx="5975985" cy="7734300"/>
                    </a:xfrm>
                    <a:prstGeom prst="rect">
                      <a:avLst/>
                    </a:prstGeom>
                  </pic:spPr>
                </pic:pic>
              </a:graphicData>
            </a:graphic>
            <wp14:sizeRelH relativeFrom="page">
              <wp14:pctWidth>0</wp14:pctWidth>
            </wp14:sizeRelH>
            <wp14:sizeRelV relativeFrom="page">
              <wp14:pctHeight>0</wp14:pctHeight>
            </wp14:sizeRelV>
          </wp:anchor>
        </w:drawing>
      </w:r>
    </w:p>
    <w:p w14:paraId="1ED0B1E3" w14:textId="3D97E52F" w:rsidR="009E38EB" w:rsidRDefault="009E38EB" w:rsidP="00667EBF">
      <w:pPr>
        <w:pStyle w:val="Sinespaciado"/>
        <w:jc w:val="both"/>
        <w:rPr>
          <w:rFonts w:ascii="Arial" w:hAnsi="Arial" w:cs="Arial"/>
          <w:sz w:val="24"/>
          <w:szCs w:val="24"/>
          <w:lang w:val="es-CO"/>
        </w:rPr>
      </w:pPr>
    </w:p>
    <w:p w14:paraId="41B556DD" w14:textId="72235F85" w:rsidR="009E38EB" w:rsidRDefault="009E38EB" w:rsidP="00667EBF">
      <w:pPr>
        <w:pStyle w:val="Sinespaciado"/>
        <w:jc w:val="both"/>
        <w:rPr>
          <w:rFonts w:ascii="Arial" w:hAnsi="Arial" w:cs="Arial"/>
          <w:sz w:val="24"/>
          <w:szCs w:val="24"/>
          <w:lang w:val="es-CO"/>
        </w:rPr>
      </w:pPr>
    </w:p>
    <w:p w14:paraId="52146D06" w14:textId="3D711516" w:rsidR="009E38EB" w:rsidRDefault="009E38EB">
      <w:pPr>
        <w:rPr>
          <w:rFonts w:ascii="Arial" w:hAnsi="Arial" w:cs="Arial"/>
          <w:sz w:val="24"/>
          <w:szCs w:val="24"/>
          <w:lang w:val="es-CO"/>
        </w:rPr>
      </w:pPr>
      <w:r>
        <w:rPr>
          <w:rFonts w:ascii="Arial" w:hAnsi="Arial" w:cs="Arial"/>
          <w:sz w:val="24"/>
          <w:szCs w:val="24"/>
          <w:lang w:val="es-CO"/>
        </w:rPr>
        <w:br w:type="page"/>
      </w:r>
    </w:p>
    <w:p w14:paraId="3642B5E6" w14:textId="0DDD20C7" w:rsidR="009E38EB" w:rsidRDefault="009E38EB" w:rsidP="00667EBF">
      <w:pPr>
        <w:pStyle w:val="Sinespaciado"/>
        <w:jc w:val="both"/>
        <w:rPr>
          <w:rFonts w:ascii="Arial" w:hAnsi="Arial" w:cs="Arial"/>
          <w:sz w:val="24"/>
          <w:szCs w:val="24"/>
          <w:lang w:val="es-CO"/>
        </w:rPr>
      </w:pPr>
      <w:r>
        <w:rPr>
          <w:rFonts w:ascii="Arial" w:hAnsi="Arial" w:cs="Arial"/>
          <w:noProof/>
          <w:sz w:val="24"/>
          <w:szCs w:val="24"/>
          <w:lang w:val="es-CO"/>
        </w:rPr>
        <w:lastRenderedPageBreak/>
        <w:drawing>
          <wp:anchor distT="0" distB="0" distL="114300" distR="114300" simplePos="0" relativeHeight="251659264" behindDoc="0" locked="0" layoutInCell="1" allowOverlap="1" wp14:anchorId="2C6F8F55" wp14:editId="773F2790">
            <wp:simplePos x="0" y="0"/>
            <wp:positionH relativeFrom="margin">
              <wp:posOffset>-635</wp:posOffset>
            </wp:positionH>
            <wp:positionV relativeFrom="paragraph">
              <wp:posOffset>175260</wp:posOffset>
            </wp:positionV>
            <wp:extent cx="5902325" cy="7639050"/>
            <wp:effectExtent l="0" t="0" r="3175"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69"/>
                    <a:stretch>
                      <a:fillRect/>
                    </a:stretch>
                  </pic:blipFill>
                  <pic:spPr>
                    <a:xfrm>
                      <a:off x="0" y="0"/>
                      <a:ext cx="5902325" cy="7639050"/>
                    </a:xfrm>
                    <a:prstGeom prst="rect">
                      <a:avLst/>
                    </a:prstGeom>
                  </pic:spPr>
                </pic:pic>
              </a:graphicData>
            </a:graphic>
            <wp14:sizeRelH relativeFrom="page">
              <wp14:pctWidth>0</wp14:pctWidth>
            </wp14:sizeRelH>
            <wp14:sizeRelV relativeFrom="page">
              <wp14:pctHeight>0</wp14:pctHeight>
            </wp14:sizeRelV>
          </wp:anchor>
        </w:drawing>
      </w:r>
    </w:p>
    <w:p w14:paraId="64CF6FD2" w14:textId="486961E3" w:rsidR="009E38EB" w:rsidRDefault="009E38EB" w:rsidP="00667EBF">
      <w:pPr>
        <w:pStyle w:val="Sinespaciado"/>
        <w:jc w:val="both"/>
        <w:rPr>
          <w:rFonts w:ascii="Arial" w:hAnsi="Arial" w:cs="Arial"/>
          <w:sz w:val="24"/>
          <w:szCs w:val="24"/>
          <w:lang w:val="es-CO"/>
        </w:rPr>
      </w:pPr>
    </w:p>
    <w:p w14:paraId="2DFA3433" w14:textId="4CDDC522" w:rsidR="009E38EB" w:rsidRDefault="009E38EB" w:rsidP="00667EBF">
      <w:pPr>
        <w:pStyle w:val="Sinespaciado"/>
        <w:jc w:val="both"/>
        <w:rPr>
          <w:rFonts w:ascii="Arial" w:hAnsi="Arial" w:cs="Arial"/>
          <w:sz w:val="24"/>
          <w:szCs w:val="24"/>
          <w:lang w:val="es-CO"/>
        </w:rPr>
      </w:pPr>
    </w:p>
    <w:p w14:paraId="72E09313" w14:textId="2EC74EDD" w:rsidR="009E38EB" w:rsidRDefault="009E38EB">
      <w:pPr>
        <w:rPr>
          <w:rFonts w:ascii="Arial" w:hAnsi="Arial" w:cs="Arial"/>
          <w:sz w:val="24"/>
          <w:szCs w:val="24"/>
          <w:lang w:val="es-CO"/>
        </w:rPr>
      </w:pPr>
      <w:r>
        <w:rPr>
          <w:rFonts w:ascii="Arial" w:hAnsi="Arial" w:cs="Arial"/>
          <w:sz w:val="24"/>
          <w:szCs w:val="24"/>
          <w:lang w:val="es-CO"/>
        </w:rPr>
        <w:br w:type="page"/>
      </w:r>
    </w:p>
    <w:p w14:paraId="2F292DAE" w14:textId="4DDA3DD9" w:rsidR="009E38EB" w:rsidRDefault="009E38EB" w:rsidP="00667EBF">
      <w:pPr>
        <w:pStyle w:val="Sinespaciado"/>
        <w:jc w:val="both"/>
        <w:rPr>
          <w:rFonts w:ascii="Arial" w:hAnsi="Arial" w:cs="Arial"/>
          <w:sz w:val="24"/>
          <w:szCs w:val="24"/>
          <w:lang w:val="es-CO"/>
        </w:rPr>
      </w:pPr>
      <w:r>
        <w:rPr>
          <w:rFonts w:ascii="Arial" w:hAnsi="Arial" w:cs="Arial"/>
          <w:noProof/>
          <w:sz w:val="24"/>
          <w:szCs w:val="24"/>
          <w:lang w:val="es-CO"/>
        </w:rPr>
        <w:lastRenderedPageBreak/>
        <w:drawing>
          <wp:anchor distT="0" distB="0" distL="114300" distR="114300" simplePos="0" relativeHeight="251660288" behindDoc="0" locked="0" layoutInCell="1" allowOverlap="1" wp14:anchorId="31EBFA54" wp14:editId="48837FBA">
            <wp:simplePos x="0" y="0"/>
            <wp:positionH relativeFrom="margin">
              <wp:posOffset>-635</wp:posOffset>
            </wp:positionH>
            <wp:positionV relativeFrom="paragraph">
              <wp:posOffset>175260</wp:posOffset>
            </wp:positionV>
            <wp:extent cx="6012815" cy="7781925"/>
            <wp:effectExtent l="0" t="0" r="6985" b="952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70"/>
                    <a:stretch>
                      <a:fillRect/>
                    </a:stretch>
                  </pic:blipFill>
                  <pic:spPr>
                    <a:xfrm>
                      <a:off x="0" y="0"/>
                      <a:ext cx="6012815" cy="7781925"/>
                    </a:xfrm>
                    <a:prstGeom prst="rect">
                      <a:avLst/>
                    </a:prstGeom>
                  </pic:spPr>
                </pic:pic>
              </a:graphicData>
            </a:graphic>
            <wp14:sizeRelH relativeFrom="page">
              <wp14:pctWidth>0</wp14:pctWidth>
            </wp14:sizeRelH>
            <wp14:sizeRelV relativeFrom="page">
              <wp14:pctHeight>0</wp14:pctHeight>
            </wp14:sizeRelV>
          </wp:anchor>
        </w:drawing>
      </w:r>
    </w:p>
    <w:p w14:paraId="40B76958" w14:textId="632642B6" w:rsidR="009E38EB" w:rsidRDefault="009E38EB" w:rsidP="00667EBF">
      <w:pPr>
        <w:pStyle w:val="Sinespaciado"/>
        <w:jc w:val="both"/>
        <w:rPr>
          <w:rFonts w:ascii="Arial" w:hAnsi="Arial" w:cs="Arial"/>
          <w:sz w:val="24"/>
          <w:szCs w:val="24"/>
          <w:lang w:val="es-CO"/>
        </w:rPr>
      </w:pPr>
    </w:p>
    <w:p w14:paraId="5D6FB00C" w14:textId="77C7F0DD" w:rsidR="009E38EB" w:rsidRDefault="009E38EB" w:rsidP="00667EBF">
      <w:pPr>
        <w:pStyle w:val="Sinespaciado"/>
        <w:jc w:val="both"/>
        <w:rPr>
          <w:rFonts w:ascii="Arial" w:hAnsi="Arial" w:cs="Arial"/>
          <w:sz w:val="24"/>
          <w:szCs w:val="24"/>
          <w:lang w:val="es-CO"/>
        </w:rPr>
      </w:pPr>
    </w:p>
    <w:p w14:paraId="4C703683" w14:textId="37F7C7F3" w:rsidR="009E38EB" w:rsidRDefault="009E38EB">
      <w:pPr>
        <w:rPr>
          <w:rFonts w:ascii="Arial" w:hAnsi="Arial" w:cs="Arial"/>
          <w:sz w:val="24"/>
          <w:szCs w:val="24"/>
          <w:lang w:val="es-CO"/>
        </w:rPr>
      </w:pPr>
      <w:r>
        <w:rPr>
          <w:rFonts w:ascii="Arial" w:hAnsi="Arial" w:cs="Arial"/>
          <w:sz w:val="24"/>
          <w:szCs w:val="24"/>
          <w:lang w:val="es-CO"/>
        </w:rPr>
        <w:br w:type="page"/>
      </w:r>
    </w:p>
    <w:p w14:paraId="37BE7FFB" w14:textId="5A347B98" w:rsidR="009E38EB" w:rsidRDefault="009E38EB" w:rsidP="00667EBF">
      <w:pPr>
        <w:pStyle w:val="Sinespaciado"/>
        <w:jc w:val="both"/>
        <w:rPr>
          <w:rFonts w:ascii="Arial" w:hAnsi="Arial" w:cs="Arial"/>
          <w:sz w:val="24"/>
          <w:szCs w:val="24"/>
          <w:lang w:val="es-CO"/>
        </w:rPr>
      </w:pPr>
      <w:r>
        <w:rPr>
          <w:rFonts w:ascii="Arial" w:hAnsi="Arial" w:cs="Arial"/>
          <w:noProof/>
          <w:sz w:val="24"/>
          <w:szCs w:val="24"/>
          <w:lang w:val="es-CO"/>
        </w:rPr>
        <w:lastRenderedPageBreak/>
        <w:drawing>
          <wp:anchor distT="0" distB="0" distL="114300" distR="114300" simplePos="0" relativeHeight="251661312" behindDoc="0" locked="0" layoutInCell="1" allowOverlap="1" wp14:anchorId="5D5DBA66" wp14:editId="2A766CE8">
            <wp:simplePos x="0" y="0"/>
            <wp:positionH relativeFrom="margin">
              <wp:posOffset>-635</wp:posOffset>
            </wp:positionH>
            <wp:positionV relativeFrom="paragraph">
              <wp:posOffset>175260</wp:posOffset>
            </wp:positionV>
            <wp:extent cx="5939155" cy="7686675"/>
            <wp:effectExtent l="0" t="0" r="4445" b="952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71"/>
                    <a:stretch>
                      <a:fillRect/>
                    </a:stretch>
                  </pic:blipFill>
                  <pic:spPr>
                    <a:xfrm>
                      <a:off x="0" y="0"/>
                      <a:ext cx="5939155" cy="7686675"/>
                    </a:xfrm>
                    <a:prstGeom prst="rect">
                      <a:avLst/>
                    </a:prstGeom>
                  </pic:spPr>
                </pic:pic>
              </a:graphicData>
            </a:graphic>
            <wp14:sizeRelH relativeFrom="page">
              <wp14:pctWidth>0</wp14:pctWidth>
            </wp14:sizeRelH>
            <wp14:sizeRelV relativeFrom="page">
              <wp14:pctHeight>0</wp14:pctHeight>
            </wp14:sizeRelV>
          </wp:anchor>
        </w:drawing>
      </w:r>
    </w:p>
    <w:p w14:paraId="23EE8384" w14:textId="402157DC" w:rsidR="009E38EB" w:rsidRDefault="009E38EB" w:rsidP="00667EBF">
      <w:pPr>
        <w:pStyle w:val="Sinespaciado"/>
        <w:jc w:val="both"/>
        <w:rPr>
          <w:rFonts w:ascii="Arial" w:hAnsi="Arial" w:cs="Arial"/>
          <w:sz w:val="24"/>
          <w:szCs w:val="24"/>
          <w:lang w:val="es-CO"/>
        </w:rPr>
      </w:pPr>
    </w:p>
    <w:p w14:paraId="565247A7" w14:textId="1C3CCF55" w:rsidR="009E38EB" w:rsidRDefault="009E38EB" w:rsidP="00667EBF">
      <w:pPr>
        <w:pStyle w:val="Sinespaciado"/>
        <w:jc w:val="both"/>
        <w:rPr>
          <w:rFonts w:ascii="Arial" w:hAnsi="Arial" w:cs="Arial"/>
          <w:sz w:val="24"/>
          <w:szCs w:val="24"/>
          <w:lang w:val="es-CO"/>
        </w:rPr>
      </w:pPr>
    </w:p>
    <w:p w14:paraId="63EABB8E" w14:textId="186D052E" w:rsidR="009E38EB" w:rsidRDefault="009E38EB">
      <w:pPr>
        <w:rPr>
          <w:rFonts w:ascii="Arial" w:hAnsi="Arial" w:cs="Arial"/>
          <w:sz w:val="24"/>
          <w:szCs w:val="24"/>
          <w:lang w:val="es-CO"/>
        </w:rPr>
      </w:pPr>
      <w:r>
        <w:rPr>
          <w:rFonts w:ascii="Arial" w:hAnsi="Arial" w:cs="Arial"/>
          <w:sz w:val="24"/>
          <w:szCs w:val="24"/>
          <w:lang w:val="es-CO"/>
        </w:rPr>
        <w:br w:type="page"/>
      </w:r>
    </w:p>
    <w:p w14:paraId="296C6F08" w14:textId="5C835038" w:rsidR="009E38EB" w:rsidRDefault="009E38EB" w:rsidP="00667EBF">
      <w:pPr>
        <w:pStyle w:val="Sinespaciado"/>
        <w:jc w:val="both"/>
        <w:rPr>
          <w:rFonts w:ascii="Arial" w:hAnsi="Arial" w:cs="Arial"/>
          <w:sz w:val="24"/>
          <w:szCs w:val="24"/>
          <w:lang w:val="es-CO"/>
        </w:rPr>
      </w:pPr>
      <w:r>
        <w:rPr>
          <w:rFonts w:ascii="Arial" w:hAnsi="Arial" w:cs="Arial"/>
          <w:noProof/>
          <w:sz w:val="24"/>
          <w:szCs w:val="24"/>
          <w:lang w:val="es-CO"/>
        </w:rPr>
        <w:lastRenderedPageBreak/>
        <w:drawing>
          <wp:anchor distT="0" distB="0" distL="114300" distR="114300" simplePos="0" relativeHeight="251662336" behindDoc="0" locked="0" layoutInCell="1" allowOverlap="1" wp14:anchorId="5B114E58" wp14:editId="34A957A0">
            <wp:simplePos x="0" y="0"/>
            <wp:positionH relativeFrom="margin">
              <wp:posOffset>-635</wp:posOffset>
            </wp:positionH>
            <wp:positionV relativeFrom="paragraph">
              <wp:posOffset>175260</wp:posOffset>
            </wp:positionV>
            <wp:extent cx="6057900" cy="7839075"/>
            <wp:effectExtent l="0" t="0" r="0" b="952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72"/>
                    <a:stretch>
                      <a:fillRect/>
                    </a:stretch>
                  </pic:blipFill>
                  <pic:spPr>
                    <a:xfrm>
                      <a:off x="0" y="0"/>
                      <a:ext cx="6057900" cy="7839075"/>
                    </a:xfrm>
                    <a:prstGeom prst="rect">
                      <a:avLst/>
                    </a:prstGeom>
                  </pic:spPr>
                </pic:pic>
              </a:graphicData>
            </a:graphic>
            <wp14:sizeRelH relativeFrom="page">
              <wp14:pctWidth>0</wp14:pctWidth>
            </wp14:sizeRelH>
            <wp14:sizeRelV relativeFrom="page">
              <wp14:pctHeight>0</wp14:pctHeight>
            </wp14:sizeRelV>
          </wp:anchor>
        </w:drawing>
      </w:r>
    </w:p>
    <w:p w14:paraId="69DFD708" w14:textId="30523335" w:rsidR="009E38EB" w:rsidRDefault="009E38EB" w:rsidP="00667EBF">
      <w:pPr>
        <w:pStyle w:val="Sinespaciado"/>
        <w:jc w:val="both"/>
        <w:rPr>
          <w:rFonts w:ascii="Arial" w:hAnsi="Arial" w:cs="Arial"/>
          <w:sz w:val="24"/>
          <w:szCs w:val="24"/>
          <w:lang w:val="es-CO"/>
        </w:rPr>
      </w:pPr>
    </w:p>
    <w:p w14:paraId="532A1DAB" w14:textId="77777777" w:rsidR="009E38EB" w:rsidRPr="00667EBF" w:rsidRDefault="009E38EB" w:rsidP="00667EBF">
      <w:pPr>
        <w:pStyle w:val="Sinespaciado"/>
        <w:jc w:val="both"/>
        <w:rPr>
          <w:rFonts w:ascii="Arial" w:hAnsi="Arial" w:cs="Arial"/>
          <w:sz w:val="24"/>
          <w:szCs w:val="24"/>
          <w:lang w:val="es-CO"/>
        </w:rPr>
      </w:pPr>
    </w:p>
    <w:sectPr w:rsidR="009E38EB" w:rsidRPr="00667EBF" w:rsidSect="00326699">
      <w:footerReference w:type="default" r:id="rId173"/>
      <w:pgSz w:w="12242" w:h="15842" w:code="1"/>
      <w:pgMar w:top="1134" w:right="1021" w:bottom="567" w:left="1531" w:header="567"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F9D02" w14:textId="77777777" w:rsidR="00CA0683" w:rsidRDefault="00CA0683" w:rsidP="00EF6466">
      <w:pPr>
        <w:spacing w:after="0" w:line="240" w:lineRule="auto"/>
      </w:pPr>
      <w:r>
        <w:separator/>
      </w:r>
    </w:p>
  </w:endnote>
  <w:endnote w:type="continuationSeparator" w:id="0">
    <w:p w14:paraId="68727808" w14:textId="77777777" w:rsidR="00CA0683" w:rsidRDefault="00CA0683" w:rsidP="00EF6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altName w:val="Arial Narrow"/>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Pinyon Scrip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907F4" w14:textId="77777777" w:rsidR="009E38EB" w:rsidRPr="009E38EB" w:rsidRDefault="009E38EB" w:rsidP="009E38EB">
    <w:pPr>
      <w:pStyle w:val="Piedepgina"/>
      <w:jc w:val="center"/>
      <w:rPr>
        <w:rFonts w:ascii="Arial" w:hAnsi="Arial" w:cs="Arial"/>
        <w:b/>
        <w:bCs/>
        <w:sz w:val="14"/>
        <w:szCs w:val="14"/>
      </w:rPr>
    </w:pPr>
    <w:proofErr w:type="spellStart"/>
    <w:r w:rsidRPr="009E38EB">
      <w:rPr>
        <w:rFonts w:ascii="Arial" w:hAnsi="Arial" w:cs="Arial"/>
        <w:b/>
        <w:bCs/>
        <w:sz w:val="14"/>
        <w:szCs w:val="14"/>
      </w:rPr>
      <w:t>Página</w:t>
    </w:r>
    <w:proofErr w:type="spellEnd"/>
    <w:r w:rsidRPr="009E38EB">
      <w:rPr>
        <w:rFonts w:ascii="Arial" w:hAnsi="Arial" w:cs="Arial"/>
        <w:b/>
        <w:bCs/>
        <w:sz w:val="14"/>
        <w:szCs w:val="14"/>
      </w:rPr>
      <w:t xml:space="preserve"> </w:t>
    </w:r>
    <w:r w:rsidRPr="009E38EB">
      <w:rPr>
        <w:rFonts w:ascii="Arial" w:hAnsi="Arial" w:cs="Arial"/>
        <w:b/>
        <w:bCs/>
        <w:sz w:val="14"/>
        <w:szCs w:val="14"/>
      </w:rPr>
      <w:fldChar w:fldCharType="begin"/>
    </w:r>
    <w:r w:rsidRPr="009E38EB">
      <w:rPr>
        <w:rFonts w:ascii="Arial" w:hAnsi="Arial" w:cs="Arial"/>
        <w:b/>
        <w:bCs/>
        <w:sz w:val="14"/>
        <w:szCs w:val="14"/>
      </w:rPr>
      <w:instrText>PAGE  \* Arabic  \* MERGEFORMAT</w:instrText>
    </w:r>
    <w:r w:rsidRPr="009E38EB">
      <w:rPr>
        <w:rFonts w:ascii="Arial" w:hAnsi="Arial" w:cs="Arial"/>
        <w:b/>
        <w:bCs/>
        <w:sz w:val="14"/>
        <w:szCs w:val="14"/>
      </w:rPr>
      <w:fldChar w:fldCharType="separate"/>
    </w:r>
    <w:r w:rsidRPr="009E38EB">
      <w:rPr>
        <w:rFonts w:ascii="Arial" w:hAnsi="Arial" w:cs="Arial"/>
        <w:b/>
        <w:bCs/>
        <w:sz w:val="14"/>
        <w:szCs w:val="14"/>
      </w:rPr>
      <w:t>1</w:t>
    </w:r>
    <w:r w:rsidRPr="009E38EB">
      <w:rPr>
        <w:rFonts w:ascii="Arial" w:hAnsi="Arial" w:cs="Arial"/>
        <w:b/>
        <w:bCs/>
        <w:sz w:val="14"/>
        <w:szCs w:val="14"/>
      </w:rPr>
      <w:fldChar w:fldCharType="end"/>
    </w:r>
    <w:r w:rsidRPr="009E38EB">
      <w:rPr>
        <w:rFonts w:ascii="Arial" w:hAnsi="Arial" w:cs="Arial"/>
        <w:b/>
        <w:bCs/>
        <w:sz w:val="14"/>
        <w:szCs w:val="14"/>
      </w:rPr>
      <w:t xml:space="preserve"> de </w:t>
    </w:r>
    <w:r w:rsidRPr="009E38EB">
      <w:rPr>
        <w:rFonts w:ascii="Arial" w:hAnsi="Arial" w:cs="Arial"/>
        <w:b/>
        <w:bCs/>
        <w:sz w:val="14"/>
        <w:szCs w:val="14"/>
      </w:rPr>
      <w:fldChar w:fldCharType="begin"/>
    </w:r>
    <w:r w:rsidRPr="009E38EB">
      <w:rPr>
        <w:rFonts w:ascii="Arial" w:hAnsi="Arial" w:cs="Arial"/>
        <w:b/>
        <w:bCs/>
        <w:sz w:val="14"/>
        <w:szCs w:val="14"/>
      </w:rPr>
      <w:instrText>NUMPAGES  \* Arabic  \* MERGEFORMAT</w:instrText>
    </w:r>
    <w:r w:rsidRPr="009E38EB">
      <w:rPr>
        <w:rFonts w:ascii="Arial" w:hAnsi="Arial" w:cs="Arial"/>
        <w:b/>
        <w:bCs/>
        <w:sz w:val="14"/>
        <w:szCs w:val="14"/>
      </w:rPr>
      <w:fldChar w:fldCharType="separate"/>
    </w:r>
    <w:r w:rsidRPr="009E38EB">
      <w:rPr>
        <w:rFonts w:ascii="Arial" w:hAnsi="Arial" w:cs="Arial"/>
        <w:b/>
        <w:bCs/>
        <w:sz w:val="14"/>
        <w:szCs w:val="14"/>
      </w:rPr>
      <w:t>29</w:t>
    </w:r>
    <w:r w:rsidRPr="009E38EB">
      <w:rPr>
        <w:rFonts w:ascii="Arial" w:hAnsi="Arial" w:cs="Arial"/>
        <w:b/>
        <w:bCs/>
        <w:sz w:val="14"/>
        <w:szCs w:val="14"/>
      </w:rPr>
      <w:fldChar w:fldCharType="end"/>
    </w:r>
  </w:p>
  <w:p w14:paraId="00D97963" w14:textId="77777777" w:rsidR="00382575" w:rsidRDefault="003825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B3492" w14:textId="77777777" w:rsidR="00CA0683" w:rsidRDefault="00CA0683" w:rsidP="00EF6466">
      <w:pPr>
        <w:spacing w:after="0" w:line="240" w:lineRule="auto"/>
      </w:pPr>
      <w:r>
        <w:separator/>
      </w:r>
    </w:p>
  </w:footnote>
  <w:footnote w:type="continuationSeparator" w:id="0">
    <w:p w14:paraId="07A90D9B" w14:textId="77777777" w:rsidR="00CA0683" w:rsidRDefault="00CA0683" w:rsidP="00EF64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abstractNum w:abstractNumId="6" w15:restartNumberingAfterBreak="0">
    <w:nsid w:val="34D0444C"/>
    <w:multiLevelType w:val="hybridMultilevel"/>
    <w:tmpl w:val="F8F8C776"/>
    <w:lvl w:ilvl="0" w:tplc="537C4DD4">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24B26"/>
    <w:rsid w:val="0002719D"/>
    <w:rsid w:val="00034616"/>
    <w:rsid w:val="00043831"/>
    <w:rsid w:val="0006063C"/>
    <w:rsid w:val="00060A23"/>
    <w:rsid w:val="00066A07"/>
    <w:rsid w:val="000702DF"/>
    <w:rsid w:val="0008256D"/>
    <w:rsid w:val="000C08C4"/>
    <w:rsid w:val="000D177E"/>
    <w:rsid w:val="000D2F6E"/>
    <w:rsid w:val="000D7E1D"/>
    <w:rsid w:val="00102F0E"/>
    <w:rsid w:val="00134EEA"/>
    <w:rsid w:val="0015074B"/>
    <w:rsid w:val="001606F7"/>
    <w:rsid w:val="001C1E4B"/>
    <w:rsid w:val="001D00B4"/>
    <w:rsid w:val="001E5AA3"/>
    <w:rsid w:val="00203564"/>
    <w:rsid w:val="002705CA"/>
    <w:rsid w:val="00290DA6"/>
    <w:rsid w:val="0029639D"/>
    <w:rsid w:val="002F6D23"/>
    <w:rsid w:val="00326699"/>
    <w:rsid w:val="00326F90"/>
    <w:rsid w:val="003562B1"/>
    <w:rsid w:val="00382575"/>
    <w:rsid w:val="003970BD"/>
    <w:rsid w:val="003D29E0"/>
    <w:rsid w:val="003D4754"/>
    <w:rsid w:val="003D7F06"/>
    <w:rsid w:val="003E4F24"/>
    <w:rsid w:val="00430F76"/>
    <w:rsid w:val="00431610"/>
    <w:rsid w:val="00446130"/>
    <w:rsid w:val="00452750"/>
    <w:rsid w:val="004C2AD1"/>
    <w:rsid w:val="004F1723"/>
    <w:rsid w:val="004F7887"/>
    <w:rsid w:val="00504B59"/>
    <w:rsid w:val="0055165E"/>
    <w:rsid w:val="0057347E"/>
    <w:rsid w:val="005B25CC"/>
    <w:rsid w:val="005E0E45"/>
    <w:rsid w:val="006146DD"/>
    <w:rsid w:val="00635E65"/>
    <w:rsid w:val="00667EBF"/>
    <w:rsid w:val="00680AF0"/>
    <w:rsid w:val="006A4BE8"/>
    <w:rsid w:val="006B1A67"/>
    <w:rsid w:val="006C1337"/>
    <w:rsid w:val="006D01B5"/>
    <w:rsid w:val="006D4EB4"/>
    <w:rsid w:val="006E5851"/>
    <w:rsid w:val="007029AB"/>
    <w:rsid w:val="00705FAE"/>
    <w:rsid w:val="00707C2E"/>
    <w:rsid w:val="00712380"/>
    <w:rsid w:val="00722CC2"/>
    <w:rsid w:val="007356D2"/>
    <w:rsid w:val="00750AF3"/>
    <w:rsid w:val="00776517"/>
    <w:rsid w:val="00790FD9"/>
    <w:rsid w:val="007A3CC9"/>
    <w:rsid w:val="007E688E"/>
    <w:rsid w:val="008131DF"/>
    <w:rsid w:val="0082283C"/>
    <w:rsid w:val="00841B08"/>
    <w:rsid w:val="00852765"/>
    <w:rsid w:val="008717C6"/>
    <w:rsid w:val="008E7852"/>
    <w:rsid w:val="008F7C18"/>
    <w:rsid w:val="009138B9"/>
    <w:rsid w:val="009369BC"/>
    <w:rsid w:val="009457B4"/>
    <w:rsid w:val="00950954"/>
    <w:rsid w:val="009519B8"/>
    <w:rsid w:val="00952ACE"/>
    <w:rsid w:val="00980F34"/>
    <w:rsid w:val="00997E52"/>
    <w:rsid w:val="009A5299"/>
    <w:rsid w:val="009C125F"/>
    <w:rsid w:val="009C5C5E"/>
    <w:rsid w:val="009D49E0"/>
    <w:rsid w:val="009E38EB"/>
    <w:rsid w:val="00A056C1"/>
    <w:rsid w:val="00A16C3D"/>
    <w:rsid w:val="00A214A4"/>
    <w:rsid w:val="00A260CE"/>
    <w:rsid w:val="00A32892"/>
    <w:rsid w:val="00A347FB"/>
    <w:rsid w:val="00A40EAB"/>
    <w:rsid w:val="00A53584"/>
    <w:rsid w:val="00A743A8"/>
    <w:rsid w:val="00A95D4C"/>
    <w:rsid w:val="00AA1D8D"/>
    <w:rsid w:val="00B03E74"/>
    <w:rsid w:val="00B14500"/>
    <w:rsid w:val="00B1577F"/>
    <w:rsid w:val="00B17F76"/>
    <w:rsid w:val="00B47730"/>
    <w:rsid w:val="00B55A7C"/>
    <w:rsid w:val="00B75B20"/>
    <w:rsid w:val="00BA3912"/>
    <w:rsid w:val="00BB2C49"/>
    <w:rsid w:val="00BC5EE4"/>
    <w:rsid w:val="00BC6830"/>
    <w:rsid w:val="00BD36C5"/>
    <w:rsid w:val="00BD5EBF"/>
    <w:rsid w:val="00BE07BB"/>
    <w:rsid w:val="00C37E5D"/>
    <w:rsid w:val="00C52D84"/>
    <w:rsid w:val="00C57C27"/>
    <w:rsid w:val="00C70B65"/>
    <w:rsid w:val="00C86C4C"/>
    <w:rsid w:val="00C94E83"/>
    <w:rsid w:val="00CA0683"/>
    <w:rsid w:val="00CA209C"/>
    <w:rsid w:val="00CA7476"/>
    <w:rsid w:val="00CB0664"/>
    <w:rsid w:val="00CB6FF2"/>
    <w:rsid w:val="00CD20DD"/>
    <w:rsid w:val="00D069AD"/>
    <w:rsid w:val="00D260EC"/>
    <w:rsid w:val="00D56A85"/>
    <w:rsid w:val="00D6383B"/>
    <w:rsid w:val="00D659D5"/>
    <w:rsid w:val="00D65D64"/>
    <w:rsid w:val="00D83AF5"/>
    <w:rsid w:val="00DA5152"/>
    <w:rsid w:val="00DA65ED"/>
    <w:rsid w:val="00DA6D7A"/>
    <w:rsid w:val="00DE319B"/>
    <w:rsid w:val="00DE429D"/>
    <w:rsid w:val="00DF2D78"/>
    <w:rsid w:val="00E26A16"/>
    <w:rsid w:val="00E726DD"/>
    <w:rsid w:val="00E804B5"/>
    <w:rsid w:val="00E81DFF"/>
    <w:rsid w:val="00EA64DC"/>
    <w:rsid w:val="00EC4AD0"/>
    <w:rsid w:val="00ED5EBE"/>
    <w:rsid w:val="00ED72A4"/>
    <w:rsid w:val="00EE6882"/>
    <w:rsid w:val="00EF6466"/>
    <w:rsid w:val="00F01E71"/>
    <w:rsid w:val="00F10117"/>
    <w:rsid w:val="00FC46DA"/>
    <w:rsid w:val="00FC693F"/>
    <w:rsid w:val="00FE28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9248EF"/>
  <w14:defaultImageDpi w14:val="300"/>
  <w15:docId w15:val="{C648A1C9-FA4D-4BD3-9FF9-9C131EF65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link w:val="SinespaciadoCar"/>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4"/>
      </w:numPr>
      <w:contextualSpacing/>
    </w:pPr>
  </w:style>
  <w:style w:type="paragraph" w:styleId="Listaconnmeros2">
    <w:name w:val="List Number 2"/>
    <w:basedOn w:val="Normal"/>
    <w:uiPriority w:val="99"/>
    <w:unhideWhenUsed/>
    <w:rsid w:val="0029639D"/>
    <w:pPr>
      <w:numPr>
        <w:numId w:val="5"/>
      </w:numPr>
      <w:contextualSpacing/>
    </w:pPr>
  </w:style>
  <w:style w:type="paragraph" w:styleId="Listaconnmeros3">
    <w:name w:val="List Number 3"/>
    <w:basedOn w:val="Normal"/>
    <w:uiPriority w:val="99"/>
    <w:unhideWhenUsed/>
    <w:rsid w:val="0029639D"/>
    <w:pPr>
      <w:numPr>
        <w:numId w:val="6"/>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Textoennegrita">
    <w:name w:val="Strong"/>
    <w:basedOn w:val="Fuentedeprrafopredeter"/>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NR15">
    <w:name w:val="TNR_15"/>
    <w:rPr>
      <w:rFonts w:ascii="Times New Roman" w:hAnsi="Times New Roman"/>
      <w:sz w:val="46"/>
    </w:rPr>
  </w:style>
  <w:style w:type="character" w:customStyle="1" w:styleId="TNR16">
    <w:name w:val="TNR_16"/>
    <w:rPr>
      <w:rFonts w:ascii="Times New Roman" w:hAnsi="Times New Roman"/>
      <w:sz w:val="27"/>
    </w:rPr>
  </w:style>
  <w:style w:type="character" w:customStyle="1" w:styleId="TNR17">
    <w:name w:val="TNR_17"/>
    <w:rPr>
      <w:rFonts w:ascii="Times New Roman" w:hAnsi="Times New Roman"/>
      <w:sz w:val="24"/>
    </w:rPr>
  </w:style>
  <w:style w:type="character" w:customStyle="1" w:styleId="TNR18">
    <w:name w:val="TNR_18"/>
    <w:rPr>
      <w:rFonts w:ascii="Times New Roman" w:hAnsi="Times New Roman"/>
      <w:sz w:val="60"/>
    </w:rPr>
  </w:style>
  <w:style w:type="character" w:customStyle="1" w:styleId="TNR19">
    <w:name w:val="TNR_19"/>
    <w:rPr>
      <w:rFonts w:ascii="Times New Roman" w:hAnsi="Times New Roman"/>
      <w:sz w:val="36"/>
    </w:rPr>
  </w:style>
  <w:style w:type="character" w:customStyle="1" w:styleId="TNR20">
    <w:name w:val="TNR_20"/>
    <w:rPr>
      <w:rFonts w:ascii="Times New Roman" w:hAnsi="Times New Roman"/>
      <w:sz w:val="45"/>
    </w:rPr>
  </w:style>
  <w:style w:type="character" w:customStyle="1" w:styleId="TNR21">
    <w:name w:val="TNR_21"/>
    <w:rPr>
      <w:rFonts w:ascii="Times New Roman" w:hAnsi="Times New Roman"/>
      <w:sz w:val="24"/>
    </w:rPr>
  </w:style>
  <w:style w:type="paragraph" w:styleId="Textodeglobo">
    <w:name w:val="Balloon Text"/>
    <w:basedOn w:val="Normal"/>
    <w:link w:val="TextodegloboCar"/>
    <w:uiPriority w:val="99"/>
    <w:semiHidden/>
    <w:unhideWhenUsed/>
    <w:rsid w:val="00134EEA"/>
    <w:pPr>
      <w:spacing w:after="0" w:line="240" w:lineRule="auto"/>
    </w:pPr>
    <w:rPr>
      <w:rFonts w:ascii="Tahoma" w:eastAsiaTheme="minorHAnsi" w:hAnsi="Tahoma" w:cs="Tahoma"/>
      <w:sz w:val="16"/>
      <w:szCs w:val="16"/>
      <w:lang w:val="es-CO"/>
    </w:rPr>
  </w:style>
  <w:style w:type="character" w:customStyle="1" w:styleId="TextodegloboCar">
    <w:name w:val="Texto de globo Car"/>
    <w:basedOn w:val="Fuentedeprrafopredeter"/>
    <w:link w:val="Textodeglobo"/>
    <w:uiPriority w:val="99"/>
    <w:semiHidden/>
    <w:rsid w:val="00134EEA"/>
    <w:rPr>
      <w:rFonts w:ascii="Tahoma" w:eastAsiaTheme="minorHAnsi" w:hAnsi="Tahoma" w:cs="Tahoma"/>
      <w:sz w:val="16"/>
      <w:szCs w:val="16"/>
      <w:lang w:val="es-CO"/>
    </w:rPr>
  </w:style>
  <w:style w:type="character" w:styleId="Hipervnculo">
    <w:name w:val="Hyperlink"/>
    <w:basedOn w:val="Fuentedeprrafopredeter"/>
    <w:uiPriority w:val="99"/>
    <w:unhideWhenUsed/>
    <w:rsid w:val="00134EEA"/>
    <w:rPr>
      <w:color w:val="0000FF" w:themeColor="hyperlink"/>
      <w:u w:val="single"/>
    </w:rPr>
  </w:style>
  <w:style w:type="character" w:customStyle="1" w:styleId="SinespaciadoCar">
    <w:name w:val="Sin espaciado Car"/>
    <w:basedOn w:val="Fuentedeprrafopredeter"/>
    <w:link w:val="Sinespaciado"/>
    <w:uiPriority w:val="1"/>
    <w:locked/>
    <w:rsid w:val="00134EEA"/>
  </w:style>
  <w:style w:type="character" w:customStyle="1" w:styleId="titlepl">
    <w:name w:val="titlepl"/>
    <w:basedOn w:val="Fuentedeprrafopredeter"/>
    <w:rsid w:val="00134EEA"/>
  </w:style>
  <w:style w:type="paragraph" w:customStyle="1" w:styleId="Default">
    <w:name w:val="Default"/>
    <w:rsid w:val="00134EEA"/>
    <w:pPr>
      <w:autoSpaceDE w:val="0"/>
      <w:autoSpaceDN w:val="0"/>
      <w:adjustRightInd w:val="0"/>
      <w:spacing w:after="0" w:line="240" w:lineRule="auto"/>
    </w:pPr>
    <w:rPr>
      <w:rFonts w:ascii="Arial" w:eastAsiaTheme="minorHAnsi" w:hAnsi="Arial" w:cs="Arial"/>
      <w:color w:val="000000"/>
      <w:sz w:val="24"/>
      <w:szCs w:val="24"/>
      <w:lang w:val="es-CO"/>
    </w:rPr>
  </w:style>
  <w:style w:type="character" w:customStyle="1" w:styleId="go">
    <w:name w:val="go"/>
    <w:basedOn w:val="Fuentedeprrafopredeter"/>
    <w:rsid w:val="00134EEA"/>
  </w:style>
  <w:style w:type="paragraph" w:styleId="NormalWeb">
    <w:name w:val="Normal (Web)"/>
    <w:basedOn w:val="Normal"/>
    <w:uiPriority w:val="99"/>
    <w:unhideWhenUsed/>
    <w:rsid w:val="00C37E5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amara.gov.co/representantes/wilmer-yair-castellanos-hernandez" TargetMode="External"/><Relationship Id="rId21" Type="http://schemas.openxmlformats.org/officeDocument/2006/relationships/hyperlink" Target="https://www.camara.gov.co/representantes/alejandro-garcia-rios" TargetMode="External"/><Relationship Id="rId42" Type="http://schemas.openxmlformats.org/officeDocument/2006/relationships/hyperlink" Target="https://www.camara.gov.co/representantes/astrid-sanchez-montes-de-oca" TargetMode="External"/><Relationship Id="rId63" Type="http://schemas.openxmlformats.org/officeDocument/2006/relationships/hyperlink" Target="https://www.camara.gov.co/representantes/catherine-juvinao-clavijo" TargetMode="External"/><Relationship Id="rId84" Type="http://schemas.openxmlformats.org/officeDocument/2006/relationships/hyperlink" Target="https://www.camara.gov.co/representantes/german-jose-gomez-lopez" TargetMode="External"/><Relationship Id="rId138" Type="http://schemas.openxmlformats.org/officeDocument/2006/relationships/hyperlink" Target="https://www.camara.gov.co/representantes/victor-manuel-salcedo-guerrero" TargetMode="External"/><Relationship Id="rId159" Type="http://schemas.openxmlformats.org/officeDocument/2006/relationships/hyperlink" Target="https://www.camara.gov.co/representantes/jhon-fredi-valencia-caicedo" TargetMode="External"/><Relationship Id="rId170" Type="http://schemas.openxmlformats.org/officeDocument/2006/relationships/image" Target="media/image4.jpg"/><Relationship Id="rId107" Type="http://schemas.openxmlformats.org/officeDocument/2006/relationships/hyperlink" Target="https://www.camara.gov.co/ivan-leonidas-name-vasquez" TargetMode="External"/><Relationship Id="rId11" Type="http://schemas.openxmlformats.org/officeDocument/2006/relationships/hyperlink" Target="https://www.camara.gov.co/representantes/juan-carlos-garcia-gomez" TargetMode="External"/><Relationship Id="rId32" Type="http://schemas.openxmlformats.org/officeDocument/2006/relationships/hyperlink" Target="https://www.camara.gov.co/representantes/alexander-harley-bermudez-lasso" TargetMode="External"/><Relationship Id="rId53" Type="http://schemas.openxmlformats.org/officeDocument/2006/relationships/hyperlink" Target="https://www.camara.gov.co/alfredo-rafael-deluque-zuleta" TargetMode="External"/><Relationship Id="rId74" Type="http://schemas.openxmlformats.org/officeDocument/2006/relationships/hyperlink" Target="https://www.camara.gov.co/andrea-padilla-villarraga" TargetMode="External"/><Relationship Id="rId128" Type="http://schemas.openxmlformats.org/officeDocument/2006/relationships/hyperlink" Target="https://www.camara.gov.co/representantes/leider-alexandra-vasquez-ochoa" TargetMode="External"/><Relationship Id="rId149" Type="http://schemas.openxmlformats.org/officeDocument/2006/relationships/hyperlink" Target="https://www.camara.gov.co/representantes/jairo-humberto-cristo-correa" TargetMode="External"/><Relationship Id="rId5" Type="http://schemas.openxmlformats.org/officeDocument/2006/relationships/webSettings" Target="webSettings.xml"/><Relationship Id="rId95" Type="http://schemas.openxmlformats.org/officeDocument/2006/relationships/hyperlink" Target="https://www.camara.gov.co/representantes/julio-cesar-triana-quintero" TargetMode="External"/><Relationship Id="rId160" Type="http://schemas.openxmlformats.org/officeDocument/2006/relationships/hyperlink" Target="https://www.camara.gov.co/representantes/maria-eugenia-lopera-monsalve" TargetMode="External"/><Relationship Id="rId22" Type="http://schemas.openxmlformats.org/officeDocument/2006/relationships/hyperlink" Target="https://www.camara.gov.co/representantes/juan-sebastian-gomez-gonzalez" TargetMode="External"/><Relationship Id="rId43" Type="http://schemas.openxmlformats.org/officeDocument/2006/relationships/hyperlink" Target="https://www.camara.gov.co/representantes/milene-jarava-diaz" TargetMode="External"/><Relationship Id="rId64" Type="http://schemas.openxmlformats.org/officeDocument/2006/relationships/hyperlink" Target="https://www.camara.gov.co/representantes/jaime-raul-salamanca-torres" TargetMode="External"/><Relationship Id="rId118" Type="http://schemas.openxmlformats.org/officeDocument/2006/relationships/hyperlink" Target="https://www.camara.gov.co/edwing-fabian-diaz-plata" TargetMode="External"/><Relationship Id="rId139" Type="http://schemas.openxmlformats.org/officeDocument/2006/relationships/hyperlink" Target="https://www.camara.gov.co/representantes/camilo-esteban-avila-morales" TargetMode="External"/><Relationship Id="rId85" Type="http://schemas.openxmlformats.org/officeDocument/2006/relationships/hyperlink" Target="https://www.camara.gov.co/representantes/carlos-alberto-carreno-marin" TargetMode="External"/><Relationship Id="rId150" Type="http://schemas.openxmlformats.org/officeDocument/2006/relationships/hyperlink" Target="https://www.camara.gov.co/representantes/carlos-adolfo-ardila-espinosa" TargetMode="External"/><Relationship Id="rId171" Type="http://schemas.openxmlformats.org/officeDocument/2006/relationships/image" Target="media/image5.jpg"/><Relationship Id="rId12" Type="http://schemas.openxmlformats.org/officeDocument/2006/relationships/hyperlink" Target="https://www.camara.gov.co/representantes/maria-fernanda-carrascal-rojas" TargetMode="External"/><Relationship Id="rId33" Type="http://schemas.openxmlformats.org/officeDocument/2006/relationships/hyperlink" Target="https://www.camara.gov.co/representantes/luis-carlos-ochoa-tobon" TargetMode="External"/><Relationship Id="rId108" Type="http://schemas.openxmlformats.org/officeDocument/2006/relationships/hyperlink" Target="https://www.camara.gov.co/ana-carolina-espitia-jerez" TargetMode="External"/><Relationship Id="rId129" Type="http://schemas.openxmlformats.org/officeDocument/2006/relationships/hyperlink" Target="https://www.camara.gov.co/maria-jose-pizarro-rodriguez" TargetMode="External"/><Relationship Id="rId54" Type="http://schemas.openxmlformats.org/officeDocument/2006/relationships/hyperlink" Target="https://www.camara.gov.co/john-moises-besaile-fayad" TargetMode="External"/><Relationship Id="rId75" Type="http://schemas.openxmlformats.org/officeDocument/2006/relationships/hyperlink" Target="https://www.camara.gov.co/ivan-leonidas-name-vasquez" TargetMode="External"/><Relationship Id="rId96" Type="http://schemas.openxmlformats.org/officeDocument/2006/relationships/hyperlink" Target="https://www.camara.gov.co/representantes/julian-peinado-ramirez" TargetMode="External"/><Relationship Id="rId140" Type="http://schemas.openxmlformats.org/officeDocument/2006/relationships/hyperlink" Target="https://www.camara.gov.co/representantes/betsy-judith-perez-arango" TargetMode="External"/><Relationship Id="rId161" Type="http://schemas.openxmlformats.org/officeDocument/2006/relationships/hyperlink" Target="https://www.camara.gov.co/representantes/john-jairo-gonzalez-agudelo"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camara.gov.co/representantes/catherine-juvinao-clavijo" TargetMode="External"/><Relationship Id="rId28" Type="http://schemas.openxmlformats.org/officeDocument/2006/relationships/hyperlink" Target="https://www.camara.gov.co/edwing-fabian-diaz-plata" TargetMode="External"/><Relationship Id="rId49" Type="http://schemas.openxmlformats.org/officeDocument/2006/relationships/hyperlink" Target="https://www.camara.gov.co/representantes/diego-fernando-caicedo-navas" TargetMode="External"/><Relationship Id="rId114" Type="http://schemas.openxmlformats.org/officeDocument/2006/relationships/hyperlink" Target="https://www.camara.gov.co/representantes/cristian-danilo-avendano-fino" TargetMode="External"/><Relationship Id="rId119" Type="http://schemas.openxmlformats.org/officeDocument/2006/relationships/hyperlink" Target="https://www.camara.gov.co/ivan-leonidas-name-vasquez" TargetMode="External"/><Relationship Id="rId44" Type="http://schemas.openxmlformats.org/officeDocument/2006/relationships/hyperlink" Target="https://www.camara.gov.co/representantes/jorge-eliecer-tamayo-marulanda" TargetMode="External"/><Relationship Id="rId60" Type="http://schemas.openxmlformats.org/officeDocument/2006/relationships/hyperlink" Target="https://www.camara.gov.co/representantes/carolina-giraldo-botero" TargetMode="External"/><Relationship Id="rId65" Type="http://schemas.openxmlformats.org/officeDocument/2006/relationships/hyperlink" Target="https://www.camara.gov.co/representantes/jennifer-dalley-pedraza-sandoval" TargetMode="External"/><Relationship Id="rId81" Type="http://schemas.openxmlformats.org/officeDocument/2006/relationships/hyperlink" Target="https://www.camara.gov.co/representantes/german-rogelio-rozo-anis" TargetMode="External"/><Relationship Id="rId86" Type="http://schemas.openxmlformats.org/officeDocument/2006/relationships/hyperlink" Target="https://www.camara.gov.co/representantes/jairo-reinaldo-cala-suarez" TargetMode="External"/><Relationship Id="rId130" Type="http://schemas.openxmlformats.org/officeDocument/2006/relationships/hyperlink" Target="https://www.camara.gov.co/wilson-arias-castillo" TargetMode="External"/><Relationship Id="rId135" Type="http://schemas.openxmlformats.org/officeDocument/2006/relationships/hyperlink" Target="https://www.camara.gov.co/jael-quiroga-carrillo" TargetMode="External"/><Relationship Id="rId151" Type="http://schemas.openxmlformats.org/officeDocument/2006/relationships/hyperlink" Target="https://www.camara.gov.co/representantes/alvaro-leonel-rueda-caballero" TargetMode="External"/><Relationship Id="rId156" Type="http://schemas.openxmlformats.org/officeDocument/2006/relationships/hyperlink" Target="https://www.camara.gov.co/representantes/german-rogelio-rozo-anis" TargetMode="External"/><Relationship Id="rId172" Type="http://schemas.openxmlformats.org/officeDocument/2006/relationships/image" Target="media/image6.jpg"/><Relationship Id="rId13" Type="http://schemas.openxmlformats.org/officeDocument/2006/relationships/hyperlink" Target="https://www.camara.gov.co/representantes/elkin-rodolfo-ospina-ospina" TargetMode="External"/><Relationship Id="rId18" Type="http://schemas.openxmlformats.org/officeDocument/2006/relationships/hyperlink" Target="https://www.camara.gov.co/representantes/duvalier-sanchez-arango" TargetMode="External"/><Relationship Id="rId39" Type="http://schemas.openxmlformats.org/officeDocument/2006/relationships/hyperlink" Target="https://www.camara.gov.co/representantes/wilmer-ramiro-carrillo-mendoza" TargetMode="External"/><Relationship Id="rId109" Type="http://schemas.openxmlformats.org/officeDocument/2006/relationships/hyperlink" Target="https://www.camara.gov.co/representantes/jaime-raul-salamanca-torres" TargetMode="External"/><Relationship Id="rId34" Type="http://schemas.openxmlformats.org/officeDocument/2006/relationships/hyperlink" Target="https://www.camara.gov.co/representantes/hugo-alfonso-archila-suarez" TargetMode="External"/><Relationship Id="rId50" Type="http://schemas.openxmlformats.org/officeDocument/2006/relationships/hyperlink" Target="https://www.camara.gov.co/juan-carlos-garces-rojas" TargetMode="External"/><Relationship Id="rId55" Type="http://schemas.openxmlformats.org/officeDocument/2006/relationships/hyperlink" Target="https://www.camara.gov.co/berner-leon-zambrano-erazo" TargetMode="External"/><Relationship Id="rId76" Type="http://schemas.openxmlformats.org/officeDocument/2006/relationships/hyperlink" Target="https://www.camara.gov.co/representantes/oscar-hernan-sanchez-leon" TargetMode="External"/><Relationship Id="rId97" Type="http://schemas.openxmlformats.org/officeDocument/2006/relationships/hyperlink" Target="https://www.camara.gov.co/representantes/oscar-hernan-sanchez-leon" TargetMode="External"/><Relationship Id="rId104" Type="http://schemas.openxmlformats.org/officeDocument/2006/relationships/hyperlink" Target="https://www.camara.gov.co/representantes/juan-sebastian-gomez-gonzalez" TargetMode="External"/><Relationship Id="rId120" Type="http://schemas.openxmlformats.org/officeDocument/2006/relationships/hyperlink" Target="https://www.camara.gov.co/ana-carolina-espitia-jerez" TargetMode="External"/><Relationship Id="rId125" Type="http://schemas.openxmlformats.org/officeDocument/2006/relationships/hyperlink" Target="https://www.camara.gov.co/representantes/alirio-uribe-munoz" TargetMode="External"/><Relationship Id="rId141" Type="http://schemas.openxmlformats.org/officeDocument/2006/relationships/hyperlink" Target="https://www.camara.gov.co/representantes/german-rogelio-rozo-anis" TargetMode="External"/><Relationship Id="rId146" Type="http://schemas.openxmlformats.org/officeDocument/2006/relationships/hyperlink" Target="https://www.camara.gov.co/representantes/hernando-gonzalez" TargetMode="External"/><Relationship Id="rId167" Type="http://schemas.openxmlformats.org/officeDocument/2006/relationships/hyperlink" Target="https://www.camara.gov.co/representantes/jairo-reinaldo-cala-suarez" TargetMode="External"/><Relationship Id="rId7" Type="http://schemas.openxmlformats.org/officeDocument/2006/relationships/endnotes" Target="endnotes.xml"/><Relationship Id="rId71" Type="http://schemas.openxmlformats.org/officeDocument/2006/relationships/hyperlink" Target="https://www.camara.gov.co/angelica-lisbeth-lozano-correa" TargetMode="External"/><Relationship Id="rId92" Type="http://schemas.openxmlformats.org/officeDocument/2006/relationships/hyperlink" Target="https://www.camara.gov.co/imelda-daza-cotes" TargetMode="External"/><Relationship Id="rId162" Type="http://schemas.openxmlformats.org/officeDocument/2006/relationships/hyperlink" Target="https://www.camara.gov.co/representantes/monica-karina-bocanegra-pantoja" TargetMode="External"/><Relationship Id="rId2" Type="http://schemas.openxmlformats.org/officeDocument/2006/relationships/numbering" Target="numbering.xml"/><Relationship Id="rId29" Type="http://schemas.openxmlformats.org/officeDocument/2006/relationships/hyperlink" Target="https://www.camara.gov.co/representantes/agmeth-jose-escaf-tigerino" TargetMode="External"/><Relationship Id="rId24" Type="http://schemas.openxmlformats.org/officeDocument/2006/relationships/hyperlink" Target="https://www.camara.gov.co/angelica-lisbeth-lozano-correa" TargetMode="External"/><Relationship Id="rId40" Type="http://schemas.openxmlformats.org/officeDocument/2006/relationships/hyperlink" Target="https://www.camara.gov.co/representantes/saray-elena-robayo-bechara" TargetMode="External"/><Relationship Id="rId45" Type="http://schemas.openxmlformats.org/officeDocument/2006/relationships/hyperlink" Target="https://www.camara.gov.co/representantes/victor-manuel-salcedo-guerrero" TargetMode="External"/><Relationship Id="rId66" Type="http://schemas.openxmlformats.org/officeDocument/2006/relationships/hyperlink" Target="https://www.camara.gov.co/representantes/julia-miranda-londono" TargetMode="External"/><Relationship Id="rId87" Type="http://schemas.openxmlformats.org/officeDocument/2006/relationships/hyperlink" Target="https://www.camara.gov.co/representantes/luis-alberto-alban-urbano" TargetMode="External"/><Relationship Id="rId110" Type="http://schemas.openxmlformats.org/officeDocument/2006/relationships/hyperlink" Target="https://www.camara.gov.co/representantes/juan-diego-munoz-cabrera" TargetMode="External"/><Relationship Id="rId115" Type="http://schemas.openxmlformats.org/officeDocument/2006/relationships/hyperlink" Target="https://www.camara.gov.co/representantes/juan-sebastian-gomez-gonzalez" TargetMode="External"/><Relationship Id="rId131" Type="http://schemas.openxmlformats.org/officeDocument/2006/relationships/hyperlink" Target="https://www.camara.gov.co/omar-de-jesus-restrepo-correa" TargetMode="External"/><Relationship Id="rId136" Type="http://schemas.openxmlformats.org/officeDocument/2006/relationships/hyperlink" Target="https://www.camara.gov.co/gloria-ines-florez-schneider" TargetMode="External"/><Relationship Id="rId157" Type="http://schemas.openxmlformats.org/officeDocument/2006/relationships/hyperlink" Target="https://www.camara.gov.co/representantes/julian-peinado-ramirez" TargetMode="External"/><Relationship Id="rId61" Type="http://schemas.openxmlformats.org/officeDocument/2006/relationships/hyperlink" Target="https://www.camara.gov.co/representantes/duvalier-sanchez-arango" TargetMode="External"/><Relationship Id="rId82" Type="http://schemas.openxmlformats.org/officeDocument/2006/relationships/hyperlink" Target="https://www.camara.gov.co/representantes/carlos-felipe-quintero-ovalle" TargetMode="External"/><Relationship Id="rId152" Type="http://schemas.openxmlformats.org/officeDocument/2006/relationships/hyperlink" Target="https://www.camara.gov.co/representantes/gloria-liliana-rodriguez-valencia" TargetMode="External"/><Relationship Id="rId173" Type="http://schemas.openxmlformats.org/officeDocument/2006/relationships/footer" Target="footer1.xml"/><Relationship Id="rId19" Type="http://schemas.openxmlformats.org/officeDocument/2006/relationships/hyperlink" Target="https://www.camara.gov.co/representantes/santiago-osorio-marin" TargetMode="External"/><Relationship Id="rId14" Type="http://schemas.openxmlformats.org/officeDocument/2006/relationships/hyperlink" Target="https://www.camara.gov.co/representantes/carolina-giraldo-botero" TargetMode="External"/><Relationship Id="rId30" Type="http://schemas.openxmlformats.org/officeDocument/2006/relationships/hyperlink" Target="https://www.camara.gov.co/representantes/german-rogelio-rozo-anis" TargetMode="External"/><Relationship Id="rId35" Type="http://schemas.openxmlformats.org/officeDocument/2006/relationships/hyperlink" Target="https://www.camara.gov.co/representantes/carlos-adolfo-ardila-espinosa" TargetMode="External"/><Relationship Id="rId56" Type="http://schemas.openxmlformats.org/officeDocument/2006/relationships/hyperlink" Target="https://www.camara.gov.co/antonio-jose-correa-jimenez" TargetMode="External"/><Relationship Id="rId77" Type="http://schemas.openxmlformats.org/officeDocument/2006/relationships/hyperlink" Target="https://www.camara.gov.co/representantes/hector-david-chaparro-chaparro" TargetMode="External"/><Relationship Id="rId100" Type="http://schemas.openxmlformats.org/officeDocument/2006/relationships/hyperlink" Target="https://www.camara.gov.co/taxonomy/term/1100" TargetMode="External"/><Relationship Id="rId105" Type="http://schemas.openxmlformats.org/officeDocument/2006/relationships/hyperlink" Target="https://www.camara.gov.co/representantes/olga-lucia-velasquez-nieto" TargetMode="External"/><Relationship Id="rId126" Type="http://schemas.openxmlformats.org/officeDocument/2006/relationships/hyperlink" Target="https://www.camara.gov.co/representantes/hector-david-chaparro-chaparro" TargetMode="External"/><Relationship Id="rId147" Type="http://schemas.openxmlformats.org/officeDocument/2006/relationships/hyperlink" Target="https://www.camara.gov.co/representantes/jaime-rodriguez-contreras" TargetMode="External"/><Relationship Id="rId168" Type="http://schemas.openxmlformats.org/officeDocument/2006/relationships/image" Target="media/image2.jpg"/><Relationship Id="rId8" Type="http://schemas.openxmlformats.org/officeDocument/2006/relationships/image" Target="media/image1.png"/><Relationship Id="rId51" Type="http://schemas.openxmlformats.org/officeDocument/2006/relationships/hyperlink" Target="https://www.camara.gov.co/jose-alfredo-gnecco-zuleta" TargetMode="External"/><Relationship Id="rId72" Type="http://schemas.openxmlformats.org/officeDocument/2006/relationships/hyperlink" Target="https://www.camara.gov.co/edwing-fabian-diaz-plata" TargetMode="External"/><Relationship Id="rId93" Type="http://schemas.openxmlformats.org/officeDocument/2006/relationships/hyperlink" Target="https://www.camara.gov.co/pablo-catatumbo-torres-victoria" TargetMode="External"/><Relationship Id="rId98" Type="http://schemas.openxmlformats.org/officeDocument/2006/relationships/hyperlink" Target="https://www.camara.gov.co/representantes/jorge-eliecer-tamayo-marulanda" TargetMode="External"/><Relationship Id="rId121" Type="http://schemas.openxmlformats.org/officeDocument/2006/relationships/hyperlink" Target="https://www.camara.gov.co/representantes/maria-fernanda-carrascal-rojas" TargetMode="External"/><Relationship Id="rId142" Type="http://schemas.openxmlformats.org/officeDocument/2006/relationships/hyperlink" Target="https://www.camara.gov.co/representantes/jorge-alexander-quevedo-herrera" TargetMode="External"/><Relationship Id="rId163" Type="http://schemas.openxmlformats.org/officeDocument/2006/relationships/hyperlink" Target="https://www.camara.gov.co/representantes/olga-beatriz-gonzalez-correa" TargetMode="External"/><Relationship Id="rId3" Type="http://schemas.openxmlformats.org/officeDocument/2006/relationships/styles" Target="styles.xml"/><Relationship Id="rId25" Type="http://schemas.openxmlformats.org/officeDocument/2006/relationships/hyperlink" Target="https://www.camara.gov.co/david-andres-luna-sanchez" TargetMode="External"/><Relationship Id="rId46" Type="http://schemas.openxmlformats.org/officeDocument/2006/relationships/hyperlink" Target="https://www.camara.gov.co/representantes/alexander-guarin-silva" TargetMode="External"/><Relationship Id="rId67" Type="http://schemas.openxmlformats.org/officeDocument/2006/relationships/hyperlink" Target="https://www.camara.gov.co/representantes/juan-sebastian-gomez-gonzalez" TargetMode="External"/><Relationship Id="rId116" Type="http://schemas.openxmlformats.org/officeDocument/2006/relationships/hyperlink" Target="https://www.camara.gov.co/representantes/olga-lucia-velasquez-nieto" TargetMode="External"/><Relationship Id="rId137" Type="http://schemas.openxmlformats.org/officeDocument/2006/relationships/hyperlink" Target="https://www.camara.gov.co/representantes/jairo-humberto-cristo-correa" TargetMode="External"/><Relationship Id="rId158" Type="http://schemas.openxmlformats.org/officeDocument/2006/relationships/hyperlink" Target="https://www.camara.gov.co/representantes/saray-elena-robayo-bechara" TargetMode="External"/><Relationship Id="rId20" Type="http://schemas.openxmlformats.org/officeDocument/2006/relationships/hyperlink" Target="https://www.camara.gov.co/representantes/jaime-raul-salamanca-torres" TargetMode="External"/><Relationship Id="rId41" Type="http://schemas.openxmlformats.org/officeDocument/2006/relationships/hyperlink" Target="https://www.camara.gov.co/representantes/jose-eliecer-salazar-lopez" TargetMode="External"/><Relationship Id="rId62" Type="http://schemas.openxmlformats.org/officeDocument/2006/relationships/hyperlink" Target="https://www.camara.gov.co/representantes/daniel-carvalho-mejia" TargetMode="External"/><Relationship Id="rId83" Type="http://schemas.openxmlformats.org/officeDocument/2006/relationships/hyperlink" Target="https://www.camara.gov.co/representantes/hugo-alfonso-archila-suarez" TargetMode="External"/><Relationship Id="rId88" Type="http://schemas.openxmlformats.org/officeDocument/2006/relationships/hyperlink" Target="https://www.camara.gov.co/representantes/pedro-baracutao-garcia-ospina" TargetMode="External"/><Relationship Id="rId111" Type="http://schemas.openxmlformats.org/officeDocument/2006/relationships/hyperlink" Target="https://www.camara.gov.co/representantes/duvalier-sanchez-arango" TargetMode="External"/><Relationship Id="rId132" Type="http://schemas.openxmlformats.org/officeDocument/2006/relationships/hyperlink" Target="https://www.camara.gov.co/angelica-lisbeth-lozano-correa" TargetMode="External"/><Relationship Id="rId153" Type="http://schemas.openxmlformats.org/officeDocument/2006/relationships/hyperlink" Target="https://www.camara.gov.co/representantes/hugo-alfonso-archila-suarez" TargetMode="External"/><Relationship Id="rId174" Type="http://schemas.openxmlformats.org/officeDocument/2006/relationships/fontTable" Target="fontTable.xml"/><Relationship Id="rId15" Type="http://schemas.openxmlformats.org/officeDocument/2006/relationships/hyperlink" Target="https://www.camara.gov.co/representantes/cristian-danilo-avendano-fino" TargetMode="External"/><Relationship Id="rId36" Type="http://schemas.openxmlformats.org/officeDocument/2006/relationships/hyperlink" Target="https://www.camara.gov.co/representantes/dolcey-oscar-torres-romero" TargetMode="External"/><Relationship Id="rId57" Type="http://schemas.openxmlformats.org/officeDocument/2006/relationships/hyperlink" Target="https://www.camara.gov.co/juan-felipe-lemos-uribe" TargetMode="External"/><Relationship Id="rId106" Type="http://schemas.openxmlformats.org/officeDocument/2006/relationships/hyperlink" Target="https://www.camara.gov.co/representantes/wilmer-yair-castellanos-hernandez" TargetMode="External"/><Relationship Id="rId127" Type="http://schemas.openxmlformats.org/officeDocument/2006/relationships/hyperlink" Target="https://www.camara.gov.co/representantes/jorge-alexander-quevedo-herrera" TargetMode="External"/><Relationship Id="rId10" Type="http://schemas.openxmlformats.org/officeDocument/2006/relationships/hyperlink" Target="https://www.camara.gov.co/representantes/agmeth-jose-escaf-tigerino" TargetMode="External"/><Relationship Id="rId31" Type="http://schemas.openxmlformats.org/officeDocument/2006/relationships/hyperlink" Target="https://www.camara.gov.co/representantes/hector-david-chaparro-chaparro" TargetMode="External"/><Relationship Id="rId52" Type="http://schemas.openxmlformats.org/officeDocument/2006/relationships/hyperlink" Target="https://www.camara.gov.co/norma-hurtado-sanchez" TargetMode="External"/><Relationship Id="rId73" Type="http://schemas.openxmlformats.org/officeDocument/2006/relationships/hyperlink" Target="https://www.camara.gov.co/ana-carolina-espitia-jerez" TargetMode="External"/><Relationship Id="rId78" Type="http://schemas.openxmlformats.org/officeDocument/2006/relationships/hyperlink" Target="https://www.camara.gov.co/representantes/dolcey-oscar-torres-romero" TargetMode="External"/><Relationship Id="rId94" Type="http://schemas.openxmlformats.org/officeDocument/2006/relationships/hyperlink" Target="https://www.camara.gov.co/representantes/juan-carlos-lozada-vargas" TargetMode="External"/><Relationship Id="rId99" Type="http://schemas.openxmlformats.org/officeDocument/2006/relationships/hyperlink" Target="https://www.camara.gov.co/alejandro-alberto-vega-perez" TargetMode="External"/><Relationship Id="rId101" Type="http://schemas.openxmlformats.org/officeDocument/2006/relationships/hyperlink" Target="https://www.camara.gov.co/representantes/jaime-raul-salamanca-torres" TargetMode="External"/><Relationship Id="rId122" Type="http://schemas.openxmlformats.org/officeDocument/2006/relationships/hyperlink" Target="https://www.camara.gov.co/representantes/german-jose-gomez-lopez" TargetMode="External"/><Relationship Id="rId143" Type="http://schemas.openxmlformats.org/officeDocument/2006/relationships/hyperlink" Target="https://www.camara.gov.co/representantes/hugo-alfonso-archila-suarez" TargetMode="External"/><Relationship Id="rId148" Type="http://schemas.openxmlformats.org/officeDocument/2006/relationships/hyperlink" Target="https://www.camara.gov.co/representantes/adriana-carolina-arbelaez-giraldo" TargetMode="External"/><Relationship Id="rId164" Type="http://schemas.openxmlformats.org/officeDocument/2006/relationships/hyperlink" Target="https://www.camara.gov.co/representantes/flora-perdomo-andrade" TargetMode="External"/><Relationship Id="rId16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s://www.camara.gov.co/representantes/olga-lucia-velasquez-nieto" TargetMode="External"/><Relationship Id="rId26" Type="http://schemas.openxmlformats.org/officeDocument/2006/relationships/hyperlink" Target="https://www.camara.gov.co/ana-paola-agudelo-garcia" TargetMode="External"/><Relationship Id="rId47" Type="http://schemas.openxmlformats.org/officeDocument/2006/relationships/hyperlink" Target="https://www.camara.gov.co/representantes/ana-rogelia-monsalve-alvarez" TargetMode="External"/><Relationship Id="rId68" Type="http://schemas.openxmlformats.org/officeDocument/2006/relationships/hyperlink" Target="https://www.camara.gov.co/representantes/cristian-danilo-avendano-fino" TargetMode="External"/><Relationship Id="rId89" Type="http://schemas.openxmlformats.org/officeDocument/2006/relationships/hyperlink" Target="https://www.camara.gov.co/omar-de-jesus-restrepo-correa" TargetMode="External"/><Relationship Id="rId112" Type="http://schemas.openxmlformats.org/officeDocument/2006/relationships/hyperlink" Target="https://www.camara.gov.co/representantes/santiago-osorio-marin" TargetMode="External"/><Relationship Id="rId133" Type="http://schemas.openxmlformats.org/officeDocument/2006/relationships/hyperlink" Target="https://www.camara.gov.co/robert-daza-guevara" TargetMode="External"/><Relationship Id="rId154" Type="http://schemas.openxmlformats.org/officeDocument/2006/relationships/hyperlink" Target="https://www.camara.gov.co/representantes/jezmi-lizeth-barraza-arraut" TargetMode="External"/><Relationship Id="rId175" Type="http://schemas.openxmlformats.org/officeDocument/2006/relationships/theme" Target="theme/theme1.xml"/><Relationship Id="rId16" Type="http://schemas.openxmlformats.org/officeDocument/2006/relationships/hyperlink" Target="https://www.camara.gov.co/representantes/juan-diego-munoz-cabrera" TargetMode="External"/><Relationship Id="rId37" Type="http://schemas.openxmlformats.org/officeDocument/2006/relationships/hyperlink" Target="https://www.camara.gov.co/representantes/jennifer-dalley-pedraza-sandoval" TargetMode="External"/><Relationship Id="rId58" Type="http://schemas.openxmlformats.org/officeDocument/2006/relationships/hyperlink" Target="https://www.camara.gov.co/representantes/olga-lucia-velasquez-nieto" TargetMode="External"/><Relationship Id="rId79" Type="http://schemas.openxmlformats.org/officeDocument/2006/relationships/hyperlink" Target="https://www.camara.gov.co/representantes/andres-david-calle-aguas" TargetMode="External"/><Relationship Id="rId102" Type="http://schemas.openxmlformats.org/officeDocument/2006/relationships/hyperlink" Target="https://www.camara.gov.co/representantes/juan-diego-munoz-cabrera" TargetMode="External"/><Relationship Id="rId123" Type="http://schemas.openxmlformats.org/officeDocument/2006/relationships/hyperlink" Target="https://www.camara.gov.co/representantes/alfredo-mondragon-garzon" TargetMode="External"/><Relationship Id="rId144" Type="http://schemas.openxmlformats.org/officeDocument/2006/relationships/hyperlink" Target="https://www.camara.gov.co/representantes/juan-camilo-londono-barrera" TargetMode="External"/><Relationship Id="rId90" Type="http://schemas.openxmlformats.org/officeDocument/2006/relationships/hyperlink" Target="https://www.camara.gov.co/griselda-lobo-silva" TargetMode="External"/><Relationship Id="rId165" Type="http://schemas.openxmlformats.org/officeDocument/2006/relationships/hyperlink" Target="https://www.camara.gov.co/representantes/olga-lucia-velasquez-nieto" TargetMode="External"/><Relationship Id="rId27" Type="http://schemas.openxmlformats.org/officeDocument/2006/relationships/hyperlink" Target="https://www.camara.gov.co/ivan-leonidas-name-vasquez" TargetMode="External"/><Relationship Id="rId48" Type="http://schemas.openxmlformats.org/officeDocument/2006/relationships/hyperlink" Target="https://www.camara.gov.co/representantes/teresa-de-jesus-enriquez-rosero" TargetMode="External"/><Relationship Id="rId69" Type="http://schemas.openxmlformats.org/officeDocument/2006/relationships/hyperlink" Target="https://www.camara.gov.co/representantes/juan-carlos-garcia-gomez" TargetMode="External"/><Relationship Id="rId113" Type="http://schemas.openxmlformats.org/officeDocument/2006/relationships/hyperlink" Target="https://www.camara.gov.co/representantes/martha-lisbeth-alfonso-jurado" TargetMode="External"/><Relationship Id="rId134" Type="http://schemas.openxmlformats.org/officeDocument/2006/relationships/hyperlink" Target="https://www.camara.gov.co/diela-liliana-solarte-benavides" TargetMode="External"/><Relationship Id="rId80" Type="http://schemas.openxmlformats.org/officeDocument/2006/relationships/hyperlink" Target="https://www.camara.gov.co/representantes/jairo-humberto-cristo-correa" TargetMode="External"/><Relationship Id="rId155" Type="http://schemas.openxmlformats.org/officeDocument/2006/relationships/hyperlink" Target="https://www.camara.gov.co/representantes/gilma-diaz-arias" TargetMode="External"/><Relationship Id="rId17" Type="http://schemas.openxmlformats.org/officeDocument/2006/relationships/hyperlink" Target="https://www.camara.gov.co/representantes/daniel-carvalho-mejia" TargetMode="External"/><Relationship Id="rId38" Type="http://schemas.openxmlformats.org/officeDocument/2006/relationships/hyperlink" Target="https://www.camara.gov.co/representantes/ana-paola-garcia-soto" TargetMode="External"/><Relationship Id="rId59" Type="http://schemas.openxmlformats.org/officeDocument/2006/relationships/hyperlink" Target="https://www.camara.gov.co/representantes/juan-camilo-londono-barrera" TargetMode="External"/><Relationship Id="rId103" Type="http://schemas.openxmlformats.org/officeDocument/2006/relationships/hyperlink" Target="https://www.camara.gov.co/representantes/cristian-danilo-avendano-fino" TargetMode="External"/><Relationship Id="rId124" Type="http://schemas.openxmlformats.org/officeDocument/2006/relationships/hyperlink" Target="https://www.camara.gov.co/representantes/jorge-hernan-bastidas-rosero" TargetMode="External"/><Relationship Id="rId70" Type="http://schemas.openxmlformats.org/officeDocument/2006/relationships/hyperlink" Target="https://www.camara.gov.co/representantes/juan-diego-munoz-cabrera" TargetMode="External"/><Relationship Id="rId91" Type="http://schemas.openxmlformats.org/officeDocument/2006/relationships/hyperlink" Target="https://www.camara.gov.co/julian-gallo-cubillos" TargetMode="External"/><Relationship Id="rId145" Type="http://schemas.openxmlformats.org/officeDocument/2006/relationships/hyperlink" Target="https://www.camara.gov.co/representantes/hector-david-chaparro-chaparro" TargetMode="External"/><Relationship Id="rId166" Type="http://schemas.openxmlformats.org/officeDocument/2006/relationships/hyperlink" Target="https://www.camara.gov.co/representantes/kelyn-johana-gonzalez-duar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44096-6C0B-4AAC-A817-447C386BD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5529</TotalTime>
  <Pages>33</Pages>
  <Words>17751</Words>
  <Characters>97635</Characters>
  <Application>Microsoft Office Word</Application>
  <DocSecurity>0</DocSecurity>
  <Lines>813</Lines>
  <Paragraphs>230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115156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Augusto Cardona Trujillo</cp:lastModifiedBy>
  <cp:revision>83</cp:revision>
  <cp:lastPrinted>2023-04-28T15:58:00Z</cp:lastPrinted>
  <dcterms:created xsi:type="dcterms:W3CDTF">2023-04-20T15:19:00Z</dcterms:created>
  <dcterms:modified xsi:type="dcterms:W3CDTF">2023-05-02T17:25:00Z</dcterms:modified>
  <cp:category/>
</cp:coreProperties>
</file>